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E312C" w14:textId="7A462975" w:rsidR="003C3390" w:rsidRDefault="00000000" w:rsidP="002460CC">
      <w:pPr>
        <w:spacing w:after="0" w:line="240" w:lineRule="auto"/>
        <w:jc w:val="center"/>
        <w:rPr>
          <w:rFonts w:ascii="Calibri" w:eastAsia="Calibri" w:hAnsi="Calibri" w:cs="Calibri"/>
          <w:b/>
          <w:bCs/>
        </w:rPr>
      </w:pPr>
      <w:r>
        <w:rPr>
          <w:rFonts w:ascii="Calibri" w:eastAsia="Calibri" w:hAnsi="Calibri" w:cs="Calibri"/>
          <w:b/>
          <w:bCs/>
        </w:rPr>
        <w:t xml:space="preserve">PROYECTOS DE LEY PARA ANUNCIAR </w:t>
      </w:r>
    </w:p>
    <w:p w14:paraId="78C14CFB" w14:textId="77777777" w:rsidR="003C3390" w:rsidRDefault="00000000" w:rsidP="002460CC">
      <w:pPr>
        <w:spacing w:after="0" w:line="240" w:lineRule="auto"/>
        <w:jc w:val="center"/>
        <w:rPr>
          <w:rFonts w:ascii="Calibri" w:eastAsia="Calibri" w:hAnsi="Calibri" w:cs="Calibri"/>
          <w:b/>
          <w:bCs/>
        </w:rPr>
      </w:pPr>
      <w:r>
        <w:rPr>
          <w:rFonts w:ascii="Calibri" w:eastAsia="Calibri" w:hAnsi="Calibri" w:cs="Calibri"/>
          <w:b/>
          <w:bCs/>
        </w:rPr>
        <w:t>LEGISLATURA 2025 - 2026</w:t>
      </w:r>
    </w:p>
    <w:p w14:paraId="3959D4F4" w14:textId="69CE336C" w:rsidR="003C3390" w:rsidRDefault="00000000" w:rsidP="002460CC">
      <w:pPr>
        <w:spacing w:after="0" w:line="240" w:lineRule="auto"/>
        <w:jc w:val="center"/>
        <w:rPr>
          <w:rFonts w:ascii="Calibri" w:eastAsia="Calibri" w:hAnsi="Calibri" w:cs="Calibri"/>
          <w:b/>
          <w:bCs/>
        </w:rPr>
      </w:pPr>
      <w:r>
        <w:rPr>
          <w:rFonts w:ascii="Calibri" w:eastAsia="Calibri" w:hAnsi="Calibri" w:cs="Calibri"/>
          <w:b/>
          <w:bCs/>
        </w:rPr>
        <w:t xml:space="preserve">SESIÓN PLENARIA </w:t>
      </w:r>
      <w:r w:rsidR="007E604D">
        <w:rPr>
          <w:rFonts w:ascii="Calibri" w:eastAsia="Calibri" w:hAnsi="Calibri" w:cs="Calibri"/>
          <w:b/>
          <w:bCs/>
        </w:rPr>
        <w:t>1</w:t>
      </w:r>
      <w:r w:rsidR="00253485">
        <w:rPr>
          <w:rFonts w:ascii="Calibri" w:eastAsia="Calibri" w:hAnsi="Calibri" w:cs="Calibri"/>
          <w:b/>
          <w:bCs/>
        </w:rPr>
        <w:t>7</w:t>
      </w:r>
      <w:r>
        <w:rPr>
          <w:rFonts w:ascii="Calibri" w:eastAsia="Calibri" w:hAnsi="Calibri" w:cs="Calibri"/>
          <w:b/>
          <w:bCs/>
        </w:rPr>
        <w:t xml:space="preserve"> DE </w:t>
      </w:r>
      <w:r w:rsidR="00873C26">
        <w:rPr>
          <w:rFonts w:ascii="Calibri" w:eastAsia="Calibri" w:hAnsi="Calibri" w:cs="Calibri"/>
          <w:b/>
          <w:bCs/>
        </w:rPr>
        <w:t xml:space="preserve">JUNIO </w:t>
      </w:r>
      <w:r>
        <w:rPr>
          <w:rFonts w:ascii="Calibri" w:eastAsia="Calibri" w:hAnsi="Calibri" w:cs="Calibri"/>
          <w:b/>
          <w:bCs/>
        </w:rPr>
        <w:t>DE 2026</w:t>
      </w:r>
    </w:p>
    <w:p w14:paraId="464B63EA" w14:textId="77777777" w:rsidR="003C3390" w:rsidRDefault="003C3390" w:rsidP="002460CC">
      <w:pPr>
        <w:spacing w:after="0" w:line="240" w:lineRule="auto"/>
        <w:jc w:val="both"/>
        <w:rPr>
          <w:rFonts w:ascii="Calibri" w:eastAsia="Calibri" w:hAnsi="Calibri" w:cs="Calibri"/>
          <w:b/>
          <w:bCs/>
        </w:rPr>
      </w:pPr>
    </w:p>
    <w:p w14:paraId="5754D244" w14:textId="77777777" w:rsidR="00253485" w:rsidRDefault="00253485" w:rsidP="002460CC">
      <w:pPr>
        <w:spacing w:after="0" w:line="240" w:lineRule="auto"/>
        <w:jc w:val="both"/>
        <w:rPr>
          <w:rFonts w:ascii="Calibri" w:eastAsia="Calibri" w:hAnsi="Calibri" w:cs="Calibri"/>
          <w:b/>
          <w:bCs/>
          <w:u w:val="single"/>
        </w:rPr>
      </w:pPr>
    </w:p>
    <w:p w14:paraId="46FBC366" w14:textId="77777777" w:rsidR="00253485" w:rsidRDefault="00253485" w:rsidP="00253485">
      <w:pPr>
        <w:spacing w:after="0" w:line="240" w:lineRule="auto"/>
        <w:jc w:val="both"/>
        <w:rPr>
          <w:rFonts w:ascii="Calibri" w:eastAsia="Calibri" w:hAnsi="Calibri" w:cs="Calibri"/>
          <w:b/>
          <w:bCs/>
          <w:u w:val="single"/>
        </w:rPr>
      </w:pPr>
      <w:r>
        <w:rPr>
          <w:rFonts w:ascii="Calibri" w:eastAsia="Calibri" w:hAnsi="Calibri" w:cs="Calibri"/>
          <w:b/>
          <w:bCs/>
          <w:u w:val="single"/>
        </w:rPr>
        <w:t xml:space="preserve">CON INFORME DE </w:t>
      </w:r>
      <w:proofErr w:type="spellStart"/>
      <w:r>
        <w:rPr>
          <w:rFonts w:ascii="Calibri" w:eastAsia="Calibri" w:hAnsi="Calibri" w:cs="Calibri"/>
          <w:b/>
          <w:bCs/>
          <w:u w:val="single"/>
        </w:rPr>
        <w:t>CONCILIACIÓN</w:t>
      </w:r>
      <w:proofErr w:type="spellEnd"/>
    </w:p>
    <w:p w14:paraId="4383F10D"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718E0D25" w14:textId="77777777" w:rsidTr="008763C7">
        <w:tc>
          <w:tcPr>
            <w:tcW w:w="3002" w:type="dxa"/>
            <w:tcBorders>
              <w:top w:val="single" w:sz="24" w:space="0" w:color="000000"/>
              <w:bottom w:val="single" w:sz="4" w:space="0" w:color="000000"/>
            </w:tcBorders>
            <w:vAlign w:val="center"/>
          </w:tcPr>
          <w:p w14:paraId="37C36720" w14:textId="77777777" w:rsidR="00253485" w:rsidRDefault="00253485" w:rsidP="0025348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5E580393"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149 DE 2024 SENADO – 572 DE 2025 CÁMARA</w:t>
            </w:r>
          </w:p>
        </w:tc>
      </w:tr>
      <w:tr w:rsidR="00253485" w:rsidRPr="00676F65" w14:paraId="1141F366"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19B301C"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91A31F" w14:textId="77777777" w:rsidR="00253485" w:rsidRPr="009075A3" w:rsidRDefault="00253485" w:rsidP="008763C7">
            <w:pPr>
              <w:spacing w:after="0" w:line="240" w:lineRule="auto"/>
              <w:ind w:left="15"/>
              <w:jc w:val="cente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pPr>
            <w:r w:rsidRPr="001A545C">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w:t>
            </w:r>
            <w:r w:rsidRPr="009075A3">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MEDIO DE LA CUAL SE REGULA LO REFERENTE A LOS GESTORES</w:t>
            </w:r>
          </w:p>
          <w:p w14:paraId="132BCD55" w14:textId="77777777" w:rsidR="00253485" w:rsidRDefault="00253485" w:rsidP="008763C7">
            <w:pPr>
              <w:spacing w:after="0" w:line="240" w:lineRule="auto"/>
              <w:ind w:left="15"/>
              <w:jc w:val="center"/>
              <w:rPr>
                <w:rFonts w:ascii="Calibri" w:eastAsia="Calibri" w:hAnsi="Calibri" w:cs="Calibri"/>
                <w:lang w:val="es-CO" w:eastAsia="es-CO"/>
              </w:rPr>
            </w:pPr>
            <w:r w:rsidRPr="009075A3">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COMUNITARIOS DEL AGUA Y SANEAMIENTO BÁSICO Y SE DICTAN OTRAS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9075A3">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DISPOSICIONES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w:t>
            </w:r>
            <w:r w:rsidRPr="009075A3">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w:t>
            </w:r>
            <w:r>
              <w:rPr>
                <w:rFonts w:ascii="Calibri" w:eastAsia="Calibri" w:hAnsi="Calibri" w:cs="Calibri"/>
                <w:lang w:val="es-CO" w:eastAsia="es-CO"/>
              </w:rPr>
              <w:t xml:space="preserve"> </w:t>
            </w:r>
          </w:p>
          <w:p w14:paraId="1270ED07" w14:textId="00781B1E" w:rsidR="00253485" w:rsidRPr="00676F65" w:rsidRDefault="00253485" w:rsidP="008763C7">
            <w:pPr>
              <w:spacing w:after="0" w:line="240" w:lineRule="auto"/>
              <w:ind w:left="15"/>
              <w:jc w:val="center"/>
              <w:rPr>
                <w:rFonts w:ascii="Calibri" w:eastAsia="Calibri" w:hAnsi="Calibri" w:cs="Calibri"/>
                <w:lang w:val="es-CO" w:eastAsia="es-CO"/>
              </w:rPr>
            </w:pPr>
            <w:r w:rsidRPr="00676F65">
              <w:rPr>
                <w:rFonts w:ascii="Calibri" w:eastAsia="Calibri" w:hAnsi="Calibri" w:cs="Calibri"/>
                <w:lang w:val="es-CO" w:eastAsia="es-CO"/>
              </w:rPr>
              <w:t xml:space="preserve">GACETA: </w:t>
            </w:r>
            <w:r w:rsidR="00C75EEF" w:rsidRPr="00C75EEF">
              <w:rPr>
                <w:rFonts w:ascii="Calibri" w:eastAsia="Calibri" w:hAnsi="Calibri" w:cs="Calibri"/>
                <w:lang w:val="es-CO" w:eastAsia="es-CO"/>
              </w:rPr>
              <w:t>727</w:t>
            </w:r>
            <w:r w:rsidRPr="00676F65">
              <w:rPr>
                <w:rFonts w:ascii="Calibri" w:eastAsia="Calibri" w:hAnsi="Calibri" w:cs="Calibri"/>
                <w:lang w:val="es-CO" w:eastAsia="es-CO"/>
              </w:rPr>
              <w:t>/26</w:t>
            </w:r>
          </w:p>
        </w:tc>
      </w:tr>
      <w:tr w:rsidR="00253485" w:rsidRPr="00676F65" w14:paraId="420FA812"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2A2338F8"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44D3C51" w14:textId="77777777" w:rsidR="00253485" w:rsidRPr="009075A3" w:rsidRDefault="00253485" w:rsidP="008763C7">
            <w:pPr>
              <w:spacing w:after="0" w:line="240" w:lineRule="auto"/>
              <w:jc w:val="center"/>
              <w:rPr>
                <w:rFonts w:ascii="Calibri" w:eastAsia="Calibri" w:hAnsi="Calibri" w:cs="Calibri"/>
                <w:sz w:val="20"/>
                <w:szCs w:val="20"/>
                <w:lang w:val="es-CO" w:eastAsia="es-CO"/>
              </w:rPr>
            </w:pPr>
            <w:r w:rsidRPr="009075A3">
              <w:rPr>
                <w:rFonts w:ascii="Calibri" w:eastAsia="Calibri" w:hAnsi="Calibri" w:cs="Calibri"/>
                <w:sz w:val="20"/>
                <w:szCs w:val="20"/>
                <w:lang w:eastAsia="es-CO"/>
              </w:rPr>
              <w:t xml:space="preserve">H.S. ROBERT DAZA GUEVARA, IVÁN CEPEDA CASTRO, ANA CAROLINA ESPITIA JERÉZ, PEDRO HERNANDO </w:t>
            </w:r>
            <w:proofErr w:type="spellStart"/>
            <w:r w:rsidRPr="009075A3">
              <w:rPr>
                <w:rFonts w:ascii="Calibri" w:eastAsia="Calibri" w:hAnsi="Calibri" w:cs="Calibri"/>
                <w:sz w:val="20"/>
                <w:szCs w:val="20"/>
                <w:lang w:eastAsia="es-CO"/>
              </w:rPr>
              <w:t>FLÓREZ</w:t>
            </w:r>
            <w:proofErr w:type="spellEnd"/>
            <w:r w:rsidRPr="009075A3">
              <w:rPr>
                <w:rFonts w:ascii="Calibri" w:eastAsia="Calibri" w:hAnsi="Calibri" w:cs="Calibri"/>
                <w:sz w:val="20"/>
                <w:szCs w:val="20"/>
                <w:lang w:eastAsia="es-CO"/>
              </w:rPr>
              <w:t xml:space="preserve"> PORRAS, SANDRA JAIMES CRUZ, GUIDO ECHEVERRI PIEDRAHITA, SANDRA RAMÍREZ LOBO, ALEX </w:t>
            </w:r>
            <w:proofErr w:type="spellStart"/>
            <w:r w:rsidRPr="009075A3">
              <w:rPr>
                <w:rFonts w:ascii="Calibri" w:eastAsia="Calibri" w:hAnsi="Calibri" w:cs="Calibri"/>
                <w:sz w:val="20"/>
                <w:szCs w:val="20"/>
                <w:lang w:eastAsia="es-CO"/>
              </w:rPr>
              <w:t>FLÓREZ</w:t>
            </w:r>
            <w:proofErr w:type="spellEnd"/>
            <w:r w:rsidRPr="009075A3">
              <w:rPr>
                <w:rFonts w:ascii="Calibri" w:eastAsia="Calibri" w:hAnsi="Calibri" w:cs="Calibri"/>
                <w:sz w:val="20"/>
                <w:szCs w:val="20"/>
                <w:lang w:eastAsia="es-CO"/>
              </w:rPr>
              <w:t xml:space="preserve"> HERNÁNDEZ, FABIAN DIAZ PLATA, MARTHA PERALTA EPIEYÚ, PABLO CATATUMBO TORRES, OMAR RESTREPO CORREA, AÍDA AVELLA ESQUIVEL, GLORIA </w:t>
            </w:r>
            <w:proofErr w:type="spellStart"/>
            <w:r w:rsidRPr="009075A3">
              <w:rPr>
                <w:rFonts w:ascii="Calibri" w:eastAsia="Calibri" w:hAnsi="Calibri" w:cs="Calibri"/>
                <w:sz w:val="20"/>
                <w:szCs w:val="20"/>
                <w:lang w:eastAsia="es-CO"/>
              </w:rPr>
              <w:t>FLÓREZ</w:t>
            </w:r>
            <w:proofErr w:type="spellEnd"/>
            <w:r w:rsidRPr="009075A3">
              <w:rPr>
                <w:rFonts w:ascii="Calibri" w:eastAsia="Calibri" w:hAnsi="Calibri" w:cs="Calibri"/>
                <w:sz w:val="20"/>
                <w:szCs w:val="20"/>
                <w:lang w:eastAsia="es-CO"/>
              </w:rPr>
              <w:t xml:space="preserve"> SCHNEIDER, CARLOS BENAVIDES MORA, CATALINA PÉREZ </w:t>
            </w:r>
            <w:proofErr w:type="spellStart"/>
            <w:r w:rsidRPr="009075A3">
              <w:rPr>
                <w:rFonts w:ascii="Calibri" w:eastAsia="Calibri" w:hAnsi="Calibri" w:cs="Calibri"/>
                <w:sz w:val="20"/>
                <w:szCs w:val="20"/>
                <w:lang w:eastAsia="es-CO"/>
              </w:rPr>
              <w:t>PÉREZ</w:t>
            </w:r>
            <w:proofErr w:type="spellEnd"/>
            <w:r w:rsidRPr="009075A3">
              <w:rPr>
                <w:rFonts w:ascii="Calibri" w:eastAsia="Calibri" w:hAnsi="Calibri" w:cs="Calibri"/>
                <w:sz w:val="20"/>
                <w:szCs w:val="20"/>
                <w:lang w:eastAsia="es-CO"/>
              </w:rPr>
              <w:t xml:space="preserve">, H.R. ALIRIO URIBE </w:t>
            </w:r>
            <w:proofErr w:type="spellStart"/>
            <w:r w:rsidRPr="009075A3">
              <w:rPr>
                <w:rFonts w:ascii="Calibri" w:eastAsia="Calibri" w:hAnsi="Calibri" w:cs="Calibri"/>
                <w:sz w:val="20"/>
                <w:szCs w:val="20"/>
                <w:lang w:eastAsia="es-CO"/>
              </w:rPr>
              <w:t>MUÑÓZ</w:t>
            </w:r>
            <w:proofErr w:type="spellEnd"/>
            <w:r w:rsidRPr="009075A3">
              <w:rPr>
                <w:rFonts w:ascii="Calibri" w:eastAsia="Calibri" w:hAnsi="Calibri" w:cs="Calibri"/>
                <w:sz w:val="20"/>
                <w:szCs w:val="20"/>
                <w:lang w:eastAsia="es-CO"/>
              </w:rPr>
              <w:t xml:space="preserve">, JORGE ANDRÉS CANCIMANCE, EDUARD SARMIENTO HIDALGO, </w:t>
            </w:r>
            <w:proofErr w:type="spellStart"/>
            <w:r w:rsidRPr="009075A3">
              <w:rPr>
                <w:rFonts w:ascii="Calibri" w:eastAsia="Calibri" w:hAnsi="Calibri" w:cs="Calibri"/>
                <w:sz w:val="20"/>
                <w:szCs w:val="20"/>
                <w:lang w:eastAsia="es-CO"/>
              </w:rPr>
              <w:t>HERACLITO</w:t>
            </w:r>
            <w:proofErr w:type="spellEnd"/>
            <w:r w:rsidRPr="009075A3">
              <w:rPr>
                <w:rFonts w:ascii="Calibri" w:eastAsia="Calibri" w:hAnsi="Calibri" w:cs="Calibri"/>
                <w:sz w:val="20"/>
                <w:szCs w:val="20"/>
                <w:lang w:eastAsia="es-CO"/>
              </w:rPr>
              <w:t xml:space="preserve"> </w:t>
            </w:r>
            <w:proofErr w:type="spellStart"/>
            <w:r w:rsidRPr="009075A3">
              <w:rPr>
                <w:rFonts w:ascii="Calibri" w:eastAsia="Calibri" w:hAnsi="Calibri" w:cs="Calibri"/>
                <w:sz w:val="20"/>
                <w:szCs w:val="20"/>
                <w:lang w:eastAsia="es-CO"/>
              </w:rPr>
              <w:t>LANDINEZ</w:t>
            </w:r>
            <w:proofErr w:type="spellEnd"/>
            <w:r w:rsidRPr="009075A3">
              <w:rPr>
                <w:rFonts w:ascii="Calibri" w:eastAsia="Calibri" w:hAnsi="Calibri" w:cs="Calibri"/>
                <w:sz w:val="20"/>
                <w:szCs w:val="20"/>
                <w:lang w:eastAsia="es-CO"/>
              </w:rPr>
              <w:t>, JENNIFER PEDRAZA, LUIS ALBERTO ALBÁN, DIOGENES QUINTERO, ORLANDO CASTILLO, GABRIEL BECERRA YAÑEZ, CRISTOBAL CAICEDO ANGULO, ALEJANDRO TORO, CARMEN FELISA RAMÍREZ, WILMER CASTELLANOS HERNÁNDEZ, PEDRO SUÁREZ VACCA, MARIA FERNANDA CARRASCAL, LEYLA RINCÓN TRUJILLO.</w:t>
            </w:r>
          </w:p>
        </w:tc>
      </w:tr>
      <w:tr w:rsidR="00253485" w:rsidRPr="00676F65" w14:paraId="53B68040"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6DAFA0AA" w14:textId="77777777" w:rsidR="00253485" w:rsidRPr="00676F65" w:rsidRDefault="00253485" w:rsidP="008763C7">
            <w:pPr>
              <w:spacing w:after="0" w:line="240" w:lineRule="auto"/>
              <w:ind w:left="360"/>
              <w:jc w:val="center"/>
              <w:rPr>
                <w:rFonts w:ascii="Calibri" w:eastAsia="Calibri" w:hAnsi="Calibri" w:cs="Calibri"/>
                <w:lang w:val="es-CO" w:eastAsia="es-CO"/>
              </w:rPr>
            </w:pPr>
            <w:r>
              <w:rPr>
                <w:rFonts w:ascii="Calibri" w:eastAsia="Calibri" w:hAnsi="Calibri" w:cs="Calibri"/>
                <w:lang w:val="es-CO" w:eastAsia="es-CO"/>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5B389B4"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eastAsia="es-CO"/>
              </w:rPr>
              <w:t xml:space="preserve">H.S. </w:t>
            </w:r>
            <w:r w:rsidRPr="009075A3">
              <w:rPr>
                <w:rFonts w:ascii="Calibri" w:eastAsia="Calibri" w:hAnsi="Calibri" w:cs="Calibri"/>
                <w:lang w:eastAsia="es-CO"/>
              </w:rPr>
              <w:t>ROBERT DAZA GUEVARA</w:t>
            </w:r>
          </w:p>
        </w:tc>
      </w:tr>
    </w:tbl>
    <w:p w14:paraId="1B630A7E"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68789590" w14:textId="77777777" w:rsidTr="008763C7">
        <w:tc>
          <w:tcPr>
            <w:tcW w:w="3002" w:type="dxa"/>
            <w:tcBorders>
              <w:top w:val="single" w:sz="24" w:space="0" w:color="000000"/>
              <w:bottom w:val="single" w:sz="4" w:space="0" w:color="000000"/>
            </w:tcBorders>
            <w:vAlign w:val="center"/>
          </w:tcPr>
          <w:p w14:paraId="3CE90BDE" w14:textId="30AB7636" w:rsidR="00253485" w:rsidRDefault="00253485" w:rsidP="00253485">
            <w:pPr>
              <w:pBdr>
                <w:top w:val="nil"/>
                <w:left w:val="nil"/>
                <w:bottom w:val="nil"/>
                <w:right w:val="nil"/>
                <w:between w:val="nil"/>
              </w:pBdr>
              <w:rPr>
                <w:rFonts w:ascii="Calibri" w:eastAsia="Calibri" w:hAnsi="Calibri" w:cs="Calibri"/>
                <w:b/>
                <w:bCs/>
                <w:color w:val="000000"/>
              </w:rPr>
            </w:pPr>
            <w:bookmarkStart w:id="0" w:name="_Hlk232581740"/>
            <w:r>
              <w:rPr>
                <w:rFonts w:ascii="Calibri" w:eastAsia="Calibri" w:hAnsi="Calibri" w:cs="Calibri"/>
                <w:b/>
                <w:bCs/>
                <w:color w:val="000000"/>
              </w:rPr>
              <w:t xml:space="preserve">2.  </w:t>
            </w: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3791DC9"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277 DE 2025 SENADO – 058 DE 2024 CÁMARA</w:t>
            </w:r>
          </w:p>
        </w:tc>
      </w:tr>
      <w:tr w:rsidR="00253485" w:rsidRPr="00676F65" w14:paraId="7FB31959"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0EA494"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CCB7DA" w14:textId="77777777" w:rsidR="00253485" w:rsidRDefault="00253485" w:rsidP="008763C7">
            <w:pPr>
              <w:spacing w:after="0" w:line="240" w:lineRule="auto"/>
              <w:ind w:left="15"/>
              <w:jc w:val="center"/>
              <w:rPr>
                <w:rFonts w:ascii="Calibri" w:eastAsia="Calibri" w:hAnsi="Calibri" w:cs="Calibri"/>
                <w:lang w:val="es-CO" w:eastAsia="es-CO"/>
              </w:rPr>
            </w:pPr>
            <w:r w:rsidRPr="001A545C">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POR LA CUAL SE CREAN LOS SISTEMAS DE </w:t>
            </w:r>
            <w:proofErr w:type="spellStart"/>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SANCION</w:t>
            </w:r>
            <w:proofErr w:type="spellEnd"/>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POR PUNTOS Y DE LICENCIAMIENTO GRADUAL, SE MODIFICA LA LEY 769 DE 2002 Y SE DICTAN OTRAS DISPOSICIONES”</w:t>
            </w:r>
            <w:r w:rsidRPr="009075A3">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w:t>
            </w:r>
            <w:r>
              <w:rPr>
                <w:rFonts w:ascii="Calibri" w:eastAsia="Calibri" w:hAnsi="Calibri" w:cs="Calibri"/>
                <w:lang w:val="es-CO" w:eastAsia="es-CO"/>
              </w:rPr>
              <w:t xml:space="preserve"> </w:t>
            </w:r>
          </w:p>
          <w:p w14:paraId="41B60A3A" w14:textId="6D748AC6" w:rsidR="00253485" w:rsidRPr="00676F65" w:rsidRDefault="00253485" w:rsidP="008763C7">
            <w:pPr>
              <w:spacing w:after="0" w:line="240" w:lineRule="auto"/>
              <w:ind w:left="15"/>
              <w:jc w:val="center"/>
              <w:rPr>
                <w:rFonts w:ascii="Calibri" w:eastAsia="Calibri" w:hAnsi="Calibri" w:cs="Calibri"/>
                <w:lang w:val="es-CO" w:eastAsia="es-CO"/>
              </w:rPr>
            </w:pPr>
            <w:r w:rsidRPr="00676F65">
              <w:rPr>
                <w:rFonts w:ascii="Calibri" w:eastAsia="Calibri" w:hAnsi="Calibri" w:cs="Calibri"/>
                <w:lang w:val="es-CO" w:eastAsia="es-CO"/>
              </w:rPr>
              <w:t xml:space="preserve">GACETA: </w:t>
            </w:r>
            <w:r w:rsidRPr="00253485">
              <w:rPr>
                <w:rFonts w:ascii="Calibri" w:eastAsia="Calibri" w:hAnsi="Calibri" w:cs="Calibri"/>
                <w:lang w:val="es-CO" w:eastAsia="es-CO"/>
              </w:rPr>
              <w:t>729</w:t>
            </w:r>
            <w:r w:rsidRPr="00676F65">
              <w:rPr>
                <w:rFonts w:ascii="Calibri" w:eastAsia="Calibri" w:hAnsi="Calibri" w:cs="Calibri"/>
                <w:lang w:val="es-CO" w:eastAsia="es-CO"/>
              </w:rPr>
              <w:t>/26</w:t>
            </w:r>
          </w:p>
        </w:tc>
      </w:tr>
      <w:tr w:rsidR="00253485" w:rsidRPr="00676F65" w14:paraId="63033F19"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14E07A13"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2B7DF6E" w14:textId="77777777" w:rsidR="00253485" w:rsidRPr="009075A3" w:rsidRDefault="00253485" w:rsidP="008763C7">
            <w:pPr>
              <w:spacing w:after="0" w:line="240" w:lineRule="auto"/>
              <w:jc w:val="center"/>
              <w:rPr>
                <w:rFonts w:ascii="Calibri" w:eastAsia="Calibri" w:hAnsi="Calibri" w:cs="Calibri"/>
                <w:sz w:val="20"/>
                <w:szCs w:val="20"/>
                <w:lang w:val="es-CO" w:eastAsia="es-CO"/>
              </w:rPr>
            </w:pPr>
            <w:r w:rsidRPr="00325A59">
              <w:rPr>
                <w:rFonts w:ascii="Calibri" w:eastAsia="Calibri" w:hAnsi="Calibri" w:cs="Calibri"/>
                <w:sz w:val="20"/>
                <w:szCs w:val="20"/>
                <w:lang w:eastAsia="es-CO"/>
              </w:rPr>
              <w:t xml:space="preserve">H.S. ANGÉLICA LISBETH LOZANO CORREA, </w:t>
            </w:r>
            <w:proofErr w:type="spellStart"/>
            <w:r w:rsidRPr="00325A59">
              <w:rPr>
                <w:rFonts w:ascii="Calibri" w:eastAsia="Calibri" w:hAnsi="Calibri" w:cs="Calibri"/>
                <w:sz w:val="20"/>
                <w:szCs w:val="20"/>
                <w:lang w:eastAsia="es-CO"/>
              </w:rPr>
              <w:t>H.</w:t>
            </w:r>
            <w:proofErr w:type="gramStart"/>
            <w:r w:rsidRPr="00325A59">
              <w:rPr>
                <w:rFonts w:ascii="Calibri" w:eastAsia="Calibri" w:hAnsi="Calibri" w:cs="Calibri"/>
                <w:sz w:val="20"/>
                <w:szCs w:val="20"/>
                <w:lang w:eastAsia="es-CO"/>
              </w:rPr>
              <w:t>R.DANIEL</w:t>
            </w:r>
            <w:proofErr w:type="spellEnd"/>
            <w:proofErr w:type="gramEnd"/>
            <w:r w:rsidRPr="00325A59">
              <w:rPr>
                <w:rFonts w:ascii="Calibri" w:eastAsia="Calibri" w:hAnsi="Calibri" w:cs="Calibri"/>
                <w:sz w:val="20"/>
                <w:szCs w:val="20"/>
                <w:lang w:eastAsia="es-CO"/>
              </w:rPr>
              <w:t xml:space="preserve"> CARVALHO MEJÍA, LUIS CARLOS OCHOA </w:t>
            </w:r>
            <w:proofErr w:type="spellStart"/>
            <w:r w:rsidRPr="00325A59">
              <w:rPr>
                <w:rFonts w:ascii="Calibri" w:eastAsia="Calibri" w:hAnsi="Calibri" w:cs="Calibri"/>
                <w:sz w:val="20"/>
                <w:szCs w:val="20"/>
                <w:lang w:eastAsia="es-CO"/>
              </w:rPr>
              <w:t>TOBÓN</w:t>
            </w:r>
            <w:proofErr w:type="spellEnd"/>
            <w:r w:rsidRPr="00325A59">
              <w:rPr>
                <w:rFonts w:ascii="Calibri" w:eastAsia="Calibri" w:hAnsi="Calibri" w:cs="Calibri"/>
                <w:sz w:val="20"/>
                <w:szCs w:val="20"/>
                <w:lang w:eastAsia="es-CO"/>
              </w:rPr>
              <w:t>, JAIME RAÚL SALAMANCA TORRES, JUAN SEBASTIÁN GÓMEZ GONZÁLES, ALEJANDRO GARCÍA RÍOS, HERNANDO GONZÁLEZ, DIEGO FERNANDO CAICEDO NAVAS, CRISTIAN DANILO AVENDAÑO FINO</w:t>
            </w:r>
          </w:p>
        </w:tc>
      </w:tr>
      <w:tr w:rsidR="00253485" w:rsidRPr="00676F65" w14:paraId="47C8225A"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0E988E82" w14:textId="77777777" w:rsidR="00253485" w:rsidRPr="00676F65" w:rsidRDefault="00253485" w:rsidP="008763C7">
            <w:pPr>
              <w:spacing w:after="0" w:line="240" w:lineRule="auto"/>
              <w:ind w:left="360"/>
              <w:jc w:val="center"/>
              <w:rPr>
                <w:rFonts w:ascii="Calibri" w:eastAsia="Calibri" w:hAnsi="Calibri" w:cs="Calibri"/>
                <w:lang w:val="es-CO" w:eastAsia="es-CO"/>
              </w:rPr>
            </w:pPr>
            <w:r>
              <w:rPr>
                <w:rFonts w:ascii="Calibri" w:eastAsia="Calibri" w:hAnsi="Calibri" w:cs="Calibri"/>
                <w:lang w:val="es-CO" w:eastAsia="es-CO"/>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D9FD557"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eastAsia="es-CO"/>
              </w:rPr>
              <w:t>H.S. JULIO ALBERTO ELIAS VIDAL</w:t>
            </w:r>
          </w:p>
        </w:tc>
      </w:tr>
      <w:bookmarkEnd w:id="0"/>
    </w:tbl>
    <w:p w14:paraId="63DAB5ED" w14:textId="77777777" w:rsidR="00253485" w:rsidRDefault="00253485" w:rsidP="00253485">
      <w:pPr>
        <w:jc w:val="both"/>
        <w:rPr>
          <w:rFonts w:ascii="Calibri" w:eastAsia="Calibri" w:hAnsi="Calibri" w:cs="Calibri"/>
          <w:b/>
          <w:bCs/>
          <w:u w:val="single"/>
        </w:rPr>
      </w:pPr>
    </w:p>
    <w:p w14:paraId="58824021" w14:textId="77777777" w:rsidR="00253485" w:rsidRDefault="00253485" w:rsidP="00253485">
      <w:pPr>
        <w:spacing w:after="0" w:line="240" w:lineRule="auto"/>
        <w:jc w:val="both"/>
        <w:rPr>
          <w:rFonts w:ascii="Calibri" w:eastAsia="Calibri" w:hAnsi="Calibri" w:cs="Calibri"/>
          <w:b/>
          <w:bCs/>
          <w:u w:val="single"/>
        </w:rPr>
      </w:pPr>
    </w:p>
    <w:p w14:paraId="07860C52" w14:textId="77777777" w:rsidR="00253485" w:rsidRDefault="00253485" w:rsidP="00253485">
      <w:pPr>
        <w:spacing w:after="0" w:line="240" w:lineRule="auto"/>
        <w:jc w:val="both"/>
        <w:rPr>
          <w:rFonts w:ascii="Calibri" w:eastAsia="Calibri" w:hAnsi="Calibri" w:cs="Calibri"/>
          <w:b/>
          <w:bCs/>
          <w:u w:val="single"/>
        </w:rPr>
      </w:pPr>
    </w:p>
    <w:p w14:paraId="1410D296" w14:textId="77777777" w:rsidR="00253485" w:rsidRDefault="00253485" w:rsidP="00253485">
      <w:pPr>
        <w:jc w:val="both"/>
        <w:rPr>
          <w:rFonts w:ascii="Calibri" w:eastAsia="Calibri" w:hAnsi="Calibri" w:cs="Calibri"/>
          <w:b/>
          <w:bCs/>
          <w:u w:val="single"/>
        </w:rPr>
      </w:pPr>
    </w:p>
    <w:p w14:paraId="15693F87" w14:textId="77777777" w:rsidR="00253485" w:rsidRDefault="00253485" w:rsidP="00253485">
      <w:pPr>
        <w:jc w:val="both"/>
        <w:rPr>
          <w:rFonts w:ascii="Calibri" w:eastAsia="Calibri" w:hAnsi="Calibri" w:cs="Calibri"/>
          <w:b/>
          <w:bCs/>
          <w:u w:val="single"/>
        </w:rPr>
      </w:pPr>
    </w:p>
    <w:p w14:paraId="201C684A"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1467C382" w14:textId="77777777" w:rsidTr="008763C7">
        <w:tc>
          <w:tcPr>
            <w:tcW w:w="3002" w:type="dxa"/>
            <w:tcBorders>
              <w:top w:val="single" w:sz="24" w:space="0" w:color="000000"/>
              <w:bottom w:val="single" w:sz="4" w:space="0" w:color="000000"/>
            </w:tcBorders>
            <w:vAlign w:val="center"/>
          </w:tcPr>
          <w:p w14:paraId="6E4A034E" w14:textId="633988E7" w:rsidR="00253485" w:rsidRPr="00253485" w:rsidRDefault="00253485" w:rsidP="00253485">
            <w:pPr>
              <w:pStyle w:val="Prrafodelista"/>
              <w:numPr>
                <w:ilvl w:val="0"/>
                <w:numId w:val="32"/>
              </w:numPr>
              <w:pBdr>
                <w:top w:val="nil"/>
                <w:left w:val="nil"/>
                <w:bottom w:val="nil"/>
                <w:right w:val="nil"/>
                <w:between w:val="nil"/>
              </w:pBdr>
              <w:spacing w:after="160" w:line="252" w:lineRule="auto"/>
              <w:rPr>
                <w:rFonts w:ascii="Calibri" w:eastAsia="Calibri" w:hAnsi="Calibri" w:cs="Calibri"/>
                <w:b/>
                <w:bCs/>
                <w:color w:val="000000"/>
              </w:rPr>
            </w:pPr>
            <w:bookmarkStart w:id="1" w:name="_Hlk232579903"/>
            <w:r w:rsidRPr="00253485">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286DB93B"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468 DE 2025 SENADO – 416 DE 2024 CÁMARA</w:t>
            </w:r>
          </w:p>
        </w:tc>
      </w:tr>
      <w:tr w:rsidR="00253485" w:rsidRPr="00394C56" w14:paraId="017C0CF6"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C4191B" w14:textId="77777777" w:rsidR="00253485" w:rsidRPr="00394C56" w:rsidRDefault="00253485" w:rsidP="008763C7">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041A91"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0F4AF3">
              <w:rPr>
                <w:rFonts w:ascii="Calibri" w:eastAsia="Calibri" w:hAnsi="Calibri" w:cs="Calibri"/>
                <w:lang w:val="es-CO" w:eastAsia="es-CO"/>
              </w:rPr>
              <w:t>“POR MEDIO DEL CUAL SE FOMENTA LA PARTICIPACIÓN DE LAS MUJERES EN LOS ESPECTÁCULOS</w:t>
            </w:r>
            <w:r>
              <w:rPr>
                <w:rFonts w:ascii="Calibri" w:eastAsia="Calibri" w:hAnsi="Calibri" w:cs="Calibri"/>
                <w:lang w:val="es-CO" w:eastAsia="es-CO"/>
              </w:rPr>
              <w:t xml:space="preserve"> </w:t>
            </w:r>
            <w:r w:rsidRPr="000F4AF3">
              <w:rPr>
                <w:rFonts w:ascii="Calibri" w:eastAsia="Calibri" w:hAnsi="Calibri" w:cs="Calibri"/>
                <w:lang w:val="es-CO" w:eastAsia="es-CO"/>
              </w:rPr>
              <w:t xml:space="preserve">PÚBLICOS MUSICALES Y SE DICTAN </w:t>
            </w:r>
            <w:proofErr w:type="gramStart"/>
            <w:r w:rsidRPr="000F4AF3">
              <w:rPr>
                <w:rFonts w:ascii="Calibri" w:eastAsia="Calibri" w:hAnsi="Calibri" w:cs="Calibri"/>
                <w:lang w:val="es-CO" w:eastAsia="es-CO"/>
              </w:rPr>
              <w:t xml:space="preserve">OTRAS </w:t>
            </w:r>
            <w:r>
              <w:rPr>
                <w:rFonts w:ascii="Calibri" w:eastAsia="Calibri" w:hAnsi="Calibri" w:cs="Calibri"/>
                <w:lang w:val="es-CO" w:eastAsia="es-CO"/>
              </w:rPr>
              <w:t xml:space="preserve"> </w:t>
            </w:r>
            <w:r w:rsidRPr="000F4AF3">
              <w:rPr>
                <w:rFonts w:ascii="Calibri" w:eastAsia="Calibri" w:hAnsi="Calibri" w:cs="Calibri"/>
                <w:lang w:val="es-CO" w:eastAsia="es-CO"/>
              </w:rPr>
              <w:t>DISPOSICIONES</w:t>
            </w:r>
            <w:proofErr w:type="gramEnd"/>
            <w:r w:rsidRPr="000F4AF3">
              <w:rPr>
                <w:rFonts w:ascii="Calibri" w:eastAsia="Calibri" w:hAnsi="Calibri" w:cs="Calibri"/>
                <w:lang w:val="es-CO" w:eastAsia="es-CO"/>
              </w:rPr>
              <w:t xml:space="preserve"> - SÚBELES A ELLAS” “LEY TERESITA</w:t>
            </w:r>
            <w:r>
              <w:rPr>
                <w:rFonts w:ascii="Calibri" w:eastAsia="Calibri" w:hAnsi="Calibri" w:cs="Calibri"/>
                <w:lang w:val="es-CO" w:eastAsia="es-CO"/>
              </w:rPr>
              <w:t xml:space="preserve"> </w:t>
            </w:r>
            <w:r w:rsidRPr="000F4AF3">
              <w:rPr>
                <w:rFonts w:ascii="Calibri" w:eastAsia="Calibri" w:hAnsi="Calibri" w:cs="Calibri"/>
                <w:lang w:val="es-CO" w:eastAsia="es-CO"/>
              </w:rPr>
              <w:t>G</w:t>
            </w:r>
            <w:r>
              <w:rPr>
                <w:rFonts w:ascii="Calibri" w:eastAsia="Calibri" w:hAnsi="Calibri" w:cs="Calibri"/>
                <w:lang w:val="es-CO" w:eastAsia="es-CO"/>
              </w:rPr>
              <w:t>Ó</w:t>
            </w:r>
            <w:r w:rsidRPr="000F4AF3">
              <w:rPr>
                <w:rFonts w:ascii="Calibri" w:eastAsia="Calibri" w:hAnsi="Calibri" w:cs="Calibri"/>
                <w:lang w:val="es-CO" w:eastAsia="es-CO"/>
              </w:rPr>
              <w:t xml:space="preserve">MEZ” </w:t>
            </w:r>
            <w:r w:rsidRPr="00394C56">
              <w:rPr>
                <w:rFonts w:ascii="Calibri" w:eastAsia="Calibri" w:hAnsi="Calibri" w:cs="Calibri"/>
                <w:lang w:val="es-CO" w:eastAsia="es-CO"/>
              </w:rPr>
              <w:t>GACETA</w:t>
            </w:r>
            <w:r>
              <w:rPr>
                <w:rFonts w:ascii="Calibri" w:eastAsia="Calibri" w:hAnsi="Calibri" w:cs="Calibri"/>
                <w:lang w:val="es-CO" w:eastAsia="es-CO"/>
              </w:rPr>
              <w:t>:</w:t>
            </w:r>
            <w:r w:rsidRPr="00394C56">
              <w:rPr>
                <w:rFonts w:ascii="Calibri" w:eastAsia="Calibri" w:hAnsi="Calibri" w:cs="Calibri"/>
                <w:lang w:val="es-CO" w:eastAsia="es-CO"/>
              </w:rPr>
              <w:t xml:space="preserve"> </w:t>
            </w:r>
            <w:r>
              <w:rPr>
                <w:rFonts w:ascii="Calibri" w:eastAsia="Calibri" w:hAnsi="Calibri" w:cs="Calibri"/>
                <w:lang w:val="es-CO" w:eastAsia="es-CO"/>
              </w:rPr>
              <w:t>693</w:t>
            </w:r>
            <w:r w:rsidRPr="00394C56">
              <w:rPr>
                <w:rFonts w:ascii="Calibri" w:eastAsia="Calibri" w:hAnsi="Calibri" w:cs="Calibri"/>
                <w:lang w:val="es-CO" w:eastAsia="es-CO"/>
              </w:rPr>
              <w:t>/26</w:t>
            </w:r>
          </w:p>
        </w:tc>
      </w:tr>
      <w:tr w:rsidR="00253485" w:rsidRPr="00394C56" w14:paraId="6D1F791E"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0F09FC82" w14:textId="77777777" w:rsidR="00253485" w:rsidRPr="00394C56" w:rsidRDefault="00253485" w:rsidP="008763C7">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D28B11E"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H.S. ANDREA PADILLA VILLARRAGA </w:t>
            </w:r>
            <w:proofErr w:type="spellStart"/>
            <w:r w:rsidRPr="00394C56">
              <w:rPr>
                <w:rFonts w:ascii="Calibri" w:eastAsia="Calibri" w:hAnsi="Calibri" w:cs="Calibri"/>
                <w:lang w:val="es-CO" w:eastAsia="es-CO"/>
              </w:rPr>
              <w:t>H.R.DANIEL</w:t>
            </w:r>
            <w:proofErr w:type="spellEnd"/>
            <w:r w:rsidRPr="00394C56">
              <w:rPr>
                <w:rFonts w:ascii="Calibri" w:eastAsia="Calibri" w:hAnsi="Calibri" w:cs="Calibri"/>
                <w:lang w:val="es-CO" w:eastAsia="es-CO"/>
              </w:rPr>
              <w:t xml:space="preserve"> CARVALHO MEJÍA, CATHERINE JUVINAO CLAVIJO, ERIKA TATIANA SÁNCHEZ PINTO, CAROLINA GIRALDO BOTERO, ALEJANDRO GARCÍA RÍOS, LUVI KATHERINE MIRANDA PEÑA, JENNIFER DALLEY PEDRAZA SANDOVAL, LEIDER ALEXANDRA VÁSQUEZ OCHOA, LUIS CARLOS OCHOA TOBÓN, MARÍA DEL MAR PIZARRO GARCÍA, JAIME RAÚL SALAMANCA TORRES, DUVALIER SÁNCHEZ ARANGO, ETNA TAMARA ARGOTE CALDERÓN, PEDRO </w:t>
            </w:r>
            <w:proofErr w:type="spellStart"/>
            <w:r w:rsidRPr="00394C56">
              <w:rPr>
                <w:rFonts w:ascii="Calibri" w:eastAsia="Calibri" w:hAnsi="Calibri" w:cs="Calibri"/>
                <w:lang w:val="es-CO" w:eastAsia="es-CO"/>
              </w:rPr>
              <w:t>BARACUTAO</w:t>
            </w:r>
            <w:proofErr w:type="spellEnd"/>
            <w:r w:rsidRPr="00394C56">
              <w:rPr>
                <w:rFonts w:ascii="Calibri" w:eastAsia="Calibri" w:hAnsi="Calibri" w:cs="Calibri"/>
                <w:lang w:val="es-CO" w:eastAsia="es-CO"/>
              </w:rPr>
              <w:t xml:space="preserve"> GARCÍA OSPINA, JUAN SEBASTIÁN GÓMEZ GONZÁLES, JUAN CARLOS LOZADA VARGAS, PEDRO JOSÉ SÚAREZ VACCA, MARÍA FERNANDA CARRASCAL ROJAS</w:t>
            </w:r>
          </w:p>
        </w:tc>
      </w:tr>
      <w:tr w:rsidR="00253485" w:rsidRPr="00394C56" w14:paraId="3C0DDF6D"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6B765258" w14:textId="77777777" w:rsidR="00253485" w:rsidRPr="00394C56" w:rsidRDefault="00253485" w:rsidP="008763C7">
            <w:pPr>
              <w:spacing w:after="0" w:line="240" w:lineRule="auto"/>
              <w:ind w:left="360"/>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3541E57E"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GUIDO ECHEVERRY PIEDRAHITA</w:t>
            </w:r>
          </w:p>
        </w:tc>
      </w:tr>
      <w:bookmarkEnd w:id="1"/>
    </w:tbl>
    <w:p w14:paraId="7B412B77"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4D7474CD" w14:textId="77777777" w:rsidTr="008763C7">
        <w:tc>
          <w:tcPr>
            <w:tcW w:w="3002" w:type="dxa"/>
            <w:tcBorders>
              <w:top w:val="single" w:sz="24" w:space="0" w:color="000000"/>
              <w:bottom w:val="single" w:sz="4" w:space="0" w:color="000000"/>
            </w:tcBorders>
            <w:vAlign w:val="center"/>
          </w:tcPr>
          <w:p w14:paraId="0E2D7064" w14:textId="1818A40A" w:rsidR="00253485" w:rsidRPr="00253485" w:rsidRDefault="00253485" w:rsidP="00253485">
            <w:pPr>
              <w:pStyle w:val="Prrafodelista"/>
              <w:numPr>
                <w:ilvl w:val="0"/>
                <w:numId w:val="32"/>
              </w:numPr>
              <w:pBdr>
                <w:top w:val="nil"/>
                <w:left w:val="nil"/>
                <w:bottom w:val="nil"/>
                <w:right w:val="nil"/>
                <w:between w:val="nil"/>
              </w:pBdr>
              <w:spacing w:after="160" w:line="252" w:lineRule="auto"/>
              <w:rPr>
                <w:rFonts w:ascii="Calibri" w:eastAsia="Calibri" w:hAnsi="Calibri" w:cs="Calibri"/>
                <w:b/>
                <w:bCs/>
                <w:color w:val="000000"/>
              </w:rPr>
            </w:pPr>
            <w:bookmarkStart w:id="2" w:name="_Hlk232580039"/>
            <w:r w:rsidRPr="00253485">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03D5F0F"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291 DE 2024 SENADO – 341 DE 2025 CÁMARA</w:t>
            </w:r>
          </w:p>
        </w:tc>
      </w:tr>
      <w:tr w:rsidR="00253485" w:rsidRPr="00394C56" w14:paraId="755DBCA8"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B1B8B7" w14:textId="77777777" w:rsidR="00253485" w:rsidRPr="00394C56" w:rsidRDefault="00253485" w:rsidP="008763C7">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07F6FB" w14:textId="77777777" w:rsidR="00253485" w:rsidRDefault="00253485" w:rsidP="008763C7">
            <w:pPr>
              <w:spacing w:after="0" w:line="240" w:lineRule="auto"/>
              <w:ind w:left="-14"/>
              <w:jc w:val="center"/>
              <w:rPr>
                <w:rFonts w:ascii="Calibri" w:eastAsia="Calibri" w:hAnsi="Calibri" w:cs="Calibri"/>
                <w:lang w:val="es-CO" w:eastAsia="es-CO"/>
              </w:rPr>
            </w:pPr>
            <w:r w:rsidRPr="000F4AF3">
              <w:rPr>
                <w:rFonts w:ascii="Calibri" w:eastAsia="Calibri" w:hAnsi="Calibri" w:cs="Calibri"/>
                <w:lang w:val="es-CO" w:eastAsia="es-CO"/>
              </w:rPr>
              <w:t>“POR MEDIO DE LA CUAL LA NACIÓN SE ASOCIA A LOS 219 AÑOS DEL MUNICIPIO DE</w:t>
            </w:r>
            <w:r>
              <w:rPr>
                <w:rFonts w:ascii="Calibri" w:eastAsia="Calibri" w:hAnsi="Calibri" w:cs="Calibri"/>
                <w:lang w:val="es-CO" w:eastAsia="es-CO"/>
              </w:rPr>
              <w:t xml:space="preserve"> </w:t>
            </w:r>
            <w:r w:rsidRPr="000F4AF3">
              <w:rPr>
                <w:rFonts w:ascii="Calibri" w:eastAsia="Calibri" w:hAnsi="Calibri" w:cs="Calibri"/>
                <w:lang w:val="es-CO" w:eastAsia="es-CO"/>
              </w:rPr>
              <w:t>GRANADA EN EL DEPARTAMENTO DE ANTIOQUIA, SE RINDE HOMENAJE A SUS HABITANTES Y SE</w:t>
            </w:r>
            <w:r>
              <w:rPr>
                <w:rFonts w:ascii="Calibri" w:eastAsia="Calibri" w:hAnsi="Calibri" w:cs="Calibri"/>
                <w:lang w:val="es-CO" w:eastAsia="es-CO"/>
              </w:rPr>
              <w:t xml:space="preserve"> </w:t>
            </w:r>
            <w:r w:rsidRPr="000F4AF3">
              <w:rPr>
                <w:rFonts w:ascii="Calibri" w:eastAsia="Calibri" w:hAnsi="Calibri" w:cs="Calibri"/>
                <w:lang w:val="es-CO" w:eastAsia="es-CO"/>
              </w:rPr>
              <w:t>DICTAN OTRAS DISPOSICIONES”.</w:t>
            </w:r>
          </w:p>
          <w:p w14:paraId="749AE55B"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GACETA</w:t>
            </w:r>
            <w:r>
              <w:rPr>
                <w:rFonts w:ascii="Calibri" w:eastAsia="Calibri" w:hAnsi="Calibri" w:cs="Calibri"/>
                <w:lang w:val="es-CO" w:eastAsia="es-CO"/>
              </w:rPr>
              <w:t>:</w:t>
            </w:r>
            <w:r w:rsidRPr="00394C56">
              <w:rPr>
                <w:rFonts w:ascii="Calibri" w:eastAsia="Calibri" w:hAnsi="Calibri" w:cs="Calibri"/>
                <w:lang w:val="es-CO" w:eastAsia="es-CO"/>
              </w:rPr>
              <w:t xml:space="preserve"> </w:t>
            </w:r>
            <w:r w:rsidRPr="00317E94">
              <w:rPr>
                <w:rFonts w:ascii="Calibri" w:eastAsia="Calibri" w:hAnsi="Calibri" w:cs="Calibri"/>
                <w:lang w:val="es-CO" w:eastAsia="es-CO"/>
              </w:rPr>
              <w:t>700</w:t>
            </w:r>
            <w:r w:rsidRPr="00394C56">
              <w:rPr>
                <w:rFonts w:ascii="Calibri" w:eastAsia="Calibri" w:hAnsi="Calibri" w:cs="Calibri"/>
                <w:lang w:val="es-CO" w:eastAsia="es-CO"/>
              </w:rPr>
              <w:t>/26</w:t>
            </w:r>
          </w:p>
        </w:tc>
      </w:tr>
      <w:tr w:rsidR="00253485" w:rsidRPr="00394C56" w14:paraId="772BE8E8"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281B68C0" w14:textId="77777777" w:rsidR="00253485" w:rsidRPr="00394C56" w:rsidRDefault="00253485" w:rsidP="008763C7">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8E60FF"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H.S. </w:t>
            </w:r>
            <w:r w:rsidRPr="001D095D">
              <w:rPr>
                <w:rFonts w:ascii="Calibri" w:eastAsia="Calibri" w:hAnsi="Calibri" w:cs="Calibri"/>
                <w:lang w:eastAsia="es-CO"/>
              </w:rPr>
              <w:t>OSCAR MAURICIO GIRALDO HERNÁNDEZ, H.R. LUIS MIGUEL LÓPEZ ARISTIZABAL.</w:t>
            </w:r>
          </w:p>
        </w:tc>
      </w:tr>
      <w:tr w:rsidR="00253485" w:rsidRPr="00394C56" w14:paraId="1D5D7960"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6A92F70D" w14:textId="77777777" w:rsidR="00253485" w:rsidRPr="00394C56" w:rsidRDefault="00253485" w:rsidP="008763C7">
            <w:pPr>
              <w:spacing w:after="0" w:line="240" w:lineRule="auto"/>
              <w:ind w:left="360"/>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231CA7C8" w14:textId="77777777" w:rsidR="00253485" w:rsidRPr="00394C56" w:rsidRDefault="00253485" w:rsidP="008763C7">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H.S. </w:t>
            </w:r>
            <w:r>
              <w:rPr>
                <w:rFonts w:ascii="Calibri" w:eastAsia="Calibri" w:hAnsi="Calibri" w:cs="Calibri"/>
                <w:lang w:val="es-CO" w:eastAsia="es-CO"/>
              </w:rPr>
              <w:t xml:space="preserve">MAURICIO GIRALDO </w:t>
            </w:r>
          </w:p>
        </w:tc>
      </w:tr>
      <w:bookmarkEnd w:id="2"/>
    </w:tbl>
    <w:p w14:paraId="260629EC"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21F79717" w14:textId="77777777" w:rsidTr="008763C7">
        <w:tc>
          <w:tcPr>
            <w:tcW w:w="3002" w:type="dxa"/>
            <w:tcBorders>
              <w:top w:val="single" w:sz="24" w:space="0" w:color="000000"/>
              <w:bottom w:val="single" w:sz="4" w:space="0" w:color="000000"/>
            </w:tcBorders>
            <w:vAlign w:val="center"/>
          </w:tcPr>
          <w:p w14:paraId="5583189A" w14:textId="77777777" w:rsidR="00253485" w:rsidRPr="001D095D" w:rsidRDefault="00253485" w:rsidP="00253485">
            <w:pPr>
              <w:pStyle w:val="Prrafodelista"/>
              <w:numPr>
                <w:ilvl w:val="0"/>
                <w:numId w:val="32"/>
              </w:numPr>
              <w:pBdr>
                <w:top w:val="nil"/>
                <w:left w:val="nil"/>
                <w:bottom w:val="nil"/>
                <w:right w:val="nil"/>
                <w:between w:val="nil"/>
              </w:pBdr>
              <w:rPr>
                <w:rFonts w:ascii="Calibri" w:eastAsia="Calibri" w:hAnsi="Calibri" w:cs="Calibri"/>
                <w:b/>
                <w:bCs/>
                <w:color w:val="000000"/>
              </w:rPr>
            </w:pPr>
            <w:bookmarkStart w:id="3" w:name="_Hlk227914663"/>
            <w:r w:rsidRPr="001D095D">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153ABEE"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 xml:space="preserve">PL.N. 459 DE 2025 </w:t>
            </w:r>
            <w:proofErr w:type="gramStart"/>
            <w:r>
              <w:rPr>
                <w:rFonts w:ascii="Calibri" w:eastAsia="Calibri" w:hAnsi="Calibri" w:cs="Calibri"/>
                <w:b/>
                <w:bCs/>
                <w:sz w:val="24"/>
                <w:szCs w:val="24"/>
              </w:rPr>
              <w:t>SENADO  -</w:t>
            </w:r>
            <w:proofErr w:type="gramEnd"/>
            <w:r>
              <w:rPr>
                <w:rFonts w:ascii="Calibri" w:eastAsia="Calibri" w:hAnsi="Calibri" w:cs="Calibri"/>
                <w:b/>
                <w:bCs/>
                <w:sz w:val="24"/>
                <w:szCs w:val="24"/>
              </w:rPr>
              <w:t xml:space="preserve"> 021 DE 2024 CÁMARA</w:t>
            </w:r>
          </w:p>
        </w:tc>
      </w:tr>
      <w:tr w:rsidR="00253485" w:rsidRPr="00676F65" w14:paraId="1DC6F56A"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6C07BA"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713126" w14:textId="77777777" w:rsidR="00253485" w:rsidRPr="001D095D" w:rsidRDefault="00253485" w:rsidP="008763C7">
            <w:pPr>
              <w:spacing w:after="0" w:line="240" w:lineRule="auto"/>
              <w:jc w:val="center"/>
              <w:rPr>
                <w:rFonts w:ascii="Calibri" w:eastAsia="Calibri" w:hAnsi="Calibri" w:cs="Calibri"/>
                <w:lang w:val="es-CO" w:eastAsia="es-CO"/>
              </w:rPr>
            </w:pPr>
            <w:r w:rsidRPr="001D095D">
              <w:rPr>
                <w:rFonts w:ascii="Calibri" w:eastAsia="Calibri" w:hAnsi="Calibri" w:cs="Calibri"/>
                <w:lang w:val="es-CO" w:eastAsia="es-CO"/>
              </w:rPr>
              <w:t>“POR MEDIO DE LA CUAL SE ESTABLECE UNA POLÍTICA PÚBLICA</w:t>
            </w:r>
            <w:r>
              <w:rPr>
                <w:rFonts w:ascii="Calibri" w:eastAsia="Calibri" w:hAnsi="Calibri" w:cs="Calibri"/>
                <w:lang w:val="es-CO" w:eastAsia="es-CO"/>
              </w:rPr>
              <w:t xml:space="preserve"> </w:t>
            </w:r>
            <w:r w:rsidRPr="001D095D">
              <w:rPr>
                <w:rFonts w:ascii="Calibri" w:eastAsia="Calibri" w:hAnsi="Calibri" w:cs="Calibri"/>
                <w:lang w:val="es-CO" w:eastAsia="es-CO"/>
              </w:rPr>
              <w:t>DE SALUD Y PROTECCIÓN SOCIAL A FAVOR DE LAS PERSONAS AFECTADAS POR LA</w:t>
            </w:r>
          </w:p>
          <w:p w14:paraId="1277830E" w14:textId="77777777" w:rsidR="00253485" w:rsidRDefault="00253485" w:rsidP="008763C7">
            <w:pPr>
              <w:spacing w:after="0" w:line="240" w:lineRule="auto"/>
              <w:jc w:val="center"/>
              <w:rPr>
                <w:rFonts w:ascii="Calibri" w:eastAsia="Calibri" w:hAnsi="Calibri" w:cs="Calibri"/>
                <w:lang w:val="es-CO" w:eastAsia="es-CO"/>
              </w:rPr>
            </w:pPr>
            <w:r w:rsidRPr="001D095D">
              <w:rPr>
                <w:rFonts w:ascii="Calibri" w:eastAsia="Calibri" w:hAnsi="Calibri" w:cs="Calibri"/>
                <w:lang w:val="es-CO" w:eastAsia="es-CO"/>
              </w:rPr>
              <w:t>TUBERCULOSIS (TB) Y SE DICTAN OTRAS DISPOSICIONES”.</w:t>
            </w:r>
          </w:p>
          <w:p w14:paraId="0DEB7A7E"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GACETA: </w:t>
            </w:r>
            <w:r w:rsidRPr="00317E94">
              <w:rPr>
                <w:rFonts w:ascii="Calibri" w:eastAsia="Calibri" w:hAnsi="Calibri" w:cs="Calibri"/>
                <w:lang w:val="es-CO" w:eastAsia="es-CO"/>
              </w:rPr>
              <w:t>700</w:t>
            </w:r>
            <w:r w:rsidRPr="00676F65">
              <w:rPr>
                <w:rFonts w:ascii="Calibri" w:eastAsia="Calibri" w:hAnsi="Calibri" w:cs="Calibri"/>
                <w:lang w:val="es-CO" w:eastAsia="es-CO"/>
              </w:rPr>
              <w:t xml:space="preserve">/26 </w:t>
            </w:r>
          </w:p>
        </w:tc>
      </w:tr>
      <w:tr w:rsidR="00253485" w:rsidRPr="00676F65" w14:paraId="58D0F652"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74C19B7A"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2768B76"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SOLEDAD TAMAYO </w:t>
            </w:r>
            <w:proofErr w:type="spellStart"/>
            <w:r w:rsidRPr="00676F65">
              <w:rPr>
                <w:rFonts w:ascii="Calibri" w:eastAsia="Calibri" w:hAnsi="Calibri" w:cs="Calibri"/>
                <w:lang w:val="es-CO" w:eastAsia="es-CO"/>
              </w:rPr>
              <w:t>TAMAYO</w:t>
            </w:r>
            <w:proofErr w:type="spellEnd"/>
            <w:r w:rsidRPr="00676F65">
              <w:rPr>
                <w:rFonts w:ascii="Calibri" w:eastAsia="Calibri" w:hAnsi="Calibri" w:cs="Calibri"/>
                <w:lang w:val="es-CO" w:eastAsia="es-CO"/>
              </w:rPr>
              <w:t xml:space="preserve">, MARCOS DANIEL PINEDA GARCÍA, BEATRIZ LORENA RÍOS CUELLAR, NADYA GEORGETTE BLEL </w:t>
            </w:r>
            <w:proofErr w:type="spellStart"/>
            <w:r w:rsidRPr="00676F65">
              <w:rPr>
                <w:rFonts w:ascii="Calibri" w:eastAsia="Calibri" w:hAnsi="Calibri" w:cs="Calibri"/>
                <w:lang w:val="es-CO" w:eastAsia="es-CO"/>
              </w:rPr>
              <w:t>SCAF</w:t>
            </w:r>
            <w:proofErr w:type="spellEnd"/>
            <w:r w:rsidRPr="00676F65">
              <w:rPr>
                <w:rFonts w:ascii="Calibri" w:eastAsia="Calibri" w:hAnsi="Calibri" w:cs="Calibri"/>
                <w:lang w:val="es-CO" w:eastAsia="es-CO"/>
              </w:rPr>
              <w:t xml:space="preserve"> </w:t>
            </w:r>
            <w:proofErr w:type="spellStart"/>
            <w:r w:rsidRPr="00676F65">
              <w:rPr>
                <w:rFonts w:ascii="Calibri" w:eastAsia="Calibri" w:hAnsi="Calibri" w:cs="Calibri"/>
                <w:lang w:val="es-CO" w:eastAsia="es-CO"/>
              </w:rPr>
              <w:t>H.</w:t>
            </w:r>
            <w:proofErr w:type="gramStart"/>
            <w:r w:rsidRPr="00676F65">
              <w:rPr>
                <w:rFonts w:ascii="Calibri" w:eastAsia="Calibri" w:hAnsi="Calibri" w:cs="Calibri"/>
                <w:lang w:val="es-CO" w:eastAsia="es-CO"/>
              </w:rPr>
              <w:t>R.MARTHA</w:t>
            </w:r>
            <w:proofErr w:type="spellEnd"/>
            <w:proofErr w:type="gramEnd"/>
            <w:r w:rsidRPr="00676F65">
              <w:rPr>
                <w:rFonts w:ascii="Calibri" w:eastAsia="Calibri" w:hAnsi="Calibri" w:cs="Calibri"/>
                <w:lang w:val="es-CO" w:eastAsia="es-CO"/>
              </w:rPr>
              <w:t xml:space="preserve"> LISBETH ALFONSO JURADO, ANDRÉS EDUARDO FORERO MOLINA</w:t>
            </w:r>
          </w:p>
        </w:tc>
      </w:tr>
      <w:tr w:rsidR="00253485" w:rsidRPr="00676F65" w14:paraId="394E1B18"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63869A6D"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3DDF445B"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NADIA BLEL SCAFF</w:t>
            </w:r>
          </w:p>
        </w:tc>
      </w:tr>
      <w:bookmarkEnd w:id="3"/>
    </w:tbl>
    <w:p w14:paraId="04723EDD"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75C1F417" w14:textId="77777777" w:rsidTr="008763C7">
        <w:tc>
          <w:tcPr>
            <w:tcW w:w="3002" w:type="dxa"/>
            <w:tcBorders>
              <w:top w:val="single" w:sz="24" w:space="0" w:color="000000"/>
              <w:bottom w:val="single" w:sz="4" w:space="0" w:color="000000"/>
            </w:tcBorders>
            <w:vAlign w:val="center"/>
          </w:tcPr>
          <w:p w14:paraId="2DE26147" w14:textId="77777777" w:rsidR="00253485" w:rsidRPr="00B103DC" w:rsidRDefault="00253485" w:rsidP="00253485">
            <w:pPr>
              <w:pStyle w:val="Prrafodelista"/>
              <w:numPr>
                <w:ilvl w:val="0"/>
                <w:numId w:val="32"/>
              </w:numPr>
              <w:pBdr>
                <w:top w:val="nil"/>
                <w:left w:val="nil"/>
                <w:bottom w:val="nil"/>
                <w:right w:val="nil"/>
                <w:between w:val="nil"/>
              </w:pBdr>
              <w:rPr>
                <w:rFonts w:ascii="Calibri" w:eastAsia="Calibri" w:hAnsi="Calibri" w:cs="Calibri"/>
                <w:b/>
                <w:bCs/>
                <w:color w:val="000000"/>
              </w:rPr>
            </w:pPr>
            <w:bookmarkStart w:id="4" w:name="_Hlk231371017"/>
            <w:r w:rsidRPr="00B103DC">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0BAB516"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216 DE 2025 SENADO – 164 DE 2024 CÁMARA</w:t>
            </w:r>
          </w:p>
        </w:tc>
      </w:tr>
      <w:tr w:rsidR="00253485" w:rsidRPr="00676F65" w14:paraId="24A27986"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BE1429"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1841D6" w14:textId="77777777" w:rsidR="00253485" w:rsidRPr="00676F65" w:rsidRDefault="00253485" w:rsidP="008763C7">
            <w:pPr>
              <w:spacing w:after="0" w:line="240" w:lineRule="auto"/>
              <w:jc w:val="center"/>
              <w:rPr>
                <w:rFonts w:ascii="Calibri" w:eastAsia="Calibri" w:hAnsi="Calibri" w:cs="Calibri"/>
                <w:lang w:val="es-CO" w:eastAsia="es-CO"/>
              </w:rPr>
            </w:pPr>
            <w:r w:rsidRPr="00B103DC">
              <w:rPr>
                <w:rFonts w:ascii="Calibri" w:eastAsia="Calibri" w:hAnsi="Calibri" w:cs="Calibri"/>
                <w:lang w:val="es-CO" w:eastAsia="es-CO"/>
              </w:rPr>
              <w:t>“POR MEDIO DE LA CUAL SE FORTALECEN LOS CANALES</w:t>
            </w:r>
            <w:r>
              <w:rPr>
                <w:rFonts w:ascii="Calibri" w:eastAsia="Calibri" w:hAnsi="Calibri" w:cs="Calibri"/>
                <w:lang w:val="es-CO" w:eastAsia="es-CO"/>
              </w:rPr>
              <w:t xml:space="preserve"> </w:t>
            </w:r>
            <w:r w:rsidRPr="00B103DC">
              <w:rPr>
                <w:rFonts w:ascii="Calibri" w:eastAsia="Calibri" w:hAnsi="Calibri" w:cs="Calibri"/>
                <w:lang w:val="es-CO" w:eastAsia="es-CO"/>
              </w:rPr>
              <w:t xml:space="preserve">UNIVERSITARIOS”. </w:t>
            </w:r>
            <w:r w:rsidRPr="00676F65">
              <w:rPr>
                <w:rFonts w:ascii="Calibri" w:eastAsia="Calibri" w:hAnsi="Calibri" w:cs="Calibri"/>
                <w:lang w:val="es-CO" w:eastAsia="es-CO"/>
              </w:rPr>
              <w:t xml:space="preserve">GACETA: </w:t>
            </w:r>
            <w:r w:rsidRPr="00317E94">
              <w:rPr>
                <w:rFonts w:ascii="Calibri" w:eastAsia="Calibri" w:hAnsi="Calibri" w:cs="Calibri"/>
                <w:lang w:val="es-CO" w:eastAsia="es-CO"/>
              </w:rPr>
              <w:t>701</w:t>
            </w:r>
            <w:r w:rsidRPr="00676F65">
              <w:rPr>
                <w:rFonts w:ascii="Calibri" w:eastAsia="Calibri" w:hAnsi="Calibri" w:cs="Calibri"/>
                <w:lang w:val="es-CO" w:eastAsia="es-CO"/>
              </w:rPr>
              <w:t>/26</w:t>
            </w:r>
          </w:p>
        </w:tc>
      </w:tr>
      <w:tr w:rsidR="00253485" w:rsidRPr="00676F65" w14:paraId="7FF255C0"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081CC7CD"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329A6D7"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JONATHAN FERNEY PULIDO HERNÁNDEZ </w:t>
            </w:r>
            <w:proofErr w:type="spellStart"/>
            <w:r w:rsidRPr="00676F65">
              <w:rPr>
                <w:rFonts w:ascii="Calibri" w:eastAsia="Calibri" w:hAnsi="Calibri" w:cs="Calibri"/>
                <w:lang w:val="es-CO" w:eastAsia="es-CO"/>
              </w:rPr>
              <w:t>H.</w:t>
            </w:r>
            <w:proofErr w:type="gramStart"/>
            <w:r w:rsidRPr="00676F65">
              <w:rPr>
                <w:rFonts w:ascii="Calibri" w:eastAsia="Calibri" w:hAnsi="Calibri" w:cs="Calibri"/>
                <w:lang w:val="es-CO" w:eastAsia="es-CO"/>
              </w:rPr>
              <w:t>R.MARELEN</w:t>
            </w:r>
            <w:proofErr w:type="spellEnd"/>
            <w:proofErr w:type="gramEnd"/>
            <w:r w:rsidRPr="00676F65">
              <w:rPr>
                <w:rFonts w:ascii="Calibri" w:eastAsia="Calibri" w:hAnsi="Calibri" w:cs="Calibri"/>
                <w:lang w:val="es-CO" w:eastAsia="es-CO"/>
              </w:rPr>
              <w:t xml:space="preserve"> CASTILLO TORRES, JAMES HERMENEGILDO MOSQUERA TORRES, JUAN MANUEL CORTÉS DUEÑAS, GERSEL LUIS PÉREZ ALTAMIRANDA, ERIKA TATIANA SÁNCHEZ </w:t>
            </w:r>
            <w:r w:rsidRPr="00676F65">
              <w:rPr>
                <w:rFonts w:ascii="Calibri" w:eastAsia="Calibri" w:hAnsi="Calibri" w:cs="Calibri"/>
                <w:lang w:val="es-CO" w:eastAsia="es-CO"/>
              </w:rPr>
              <w:lastRenderedPageBreak/>
              <w:t xml:space="preserve">PINTO, MIGUEL ABRAHAM POLO </w:t>
            </w:r>
            <w:proofErr w:type="spellStart"/>
            <w:r w:rsidRPr="00676F65">
              <w:rPr>
                <w:rFonts w:ascii="Calibri" w:eastAsia="Calibri" w:hAnsi="Calibri" w:cs="Calibri"/>
                <w:lang w:val="es-CO" w:eastAsia="es-CO"/>
              </w:rPr>
              <w:t>POLO</w:t>
            </w:r>
            <w:proofErr w:type="spellEnd"/>
            <w:r w:rsidRPr="00676F65">
              <w:rPr>
                <w:rFonts w:ascii="Calibri" w:eastAsia="Calibri" w:hAnsi="Calibri" w:cs="Calibri"/>
                <w:lang w:val="es-CO" w:eastAsia="es-CO"/>
              </w:rPr>
              <w:t>, RUTH AMELIA CAYCEDO ROSERO, JULIANA ARAY FRANCO, ANA ROGELIA MONSALVE ÁLVAREZ, JUAN FERNANDO ESPINAL RAMÍREZ</w:t>
            </w:r>
          </w:p>
        </w:tc>
      </w:tr>
      <w:tr w:rsidR="00253485" w:rsidRPr="00676F65" w14:paraId="5CCF4F7E"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0ED0AA2D"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val="es-CO" w:eastAsia="es-CO"/>
              </w:rPr>
              <w:lastRenderedPageBreak/>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761D4AE6"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CARLOS EDUARDO GUEVARA </w:t>
            </w:r>
            <w:proofErr w:type="spellStart"/>
            <w:r w:rsidRPr="00676F65">
              <w:rPr>
                <w:rFonts w:ascii="Calibri" w:eastAsia="Calibri" w:hAnsi="Calibri" w:cs="Calibri"/>
                <w:lang w:val="es-CO" w:eastAsia="es-CO"/>
              </w:rPr>
              <w:t>VILLABON</w:t>
            </w:r>
            <w:proofErr w:type="spellEnd"/>
          </w:p>
        </w:tc>
      </w:tr>
      <w:bookmarkEnd w:id="4"/>
    </w:tbl>
    <w:p w14:paraId="18296B05"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167F02F0" w14:textId="77777777" w:rsidTr="008763C7">
        <w:tc>
          <w:tcPr>
            <w:tcW w:w="3002" w:type="dxa"/>
            <w:tcBorders>
              <w:top w:val="single" w:sz="24" w:space="0" w:color="000000"/>
              <w:bottom w:val="single" w:sz="4" w:space="0" w:color="000000"/>
            </w:tcBorders>
            <w:vAlign w:val="center"/>
          </w:tcPr>
          <w:p w14:paraId="07FB54EB" w14:textId="77777777" w:rsidR="00253485" w:rsidRPr="00317E94" w:rsidRDefault="00253485" w:rsidP="00253485">
            <w:pPr>
              <w:pStyle w:val="Prrafodelista"/>
              <w:numPr>
                <w:ilvl w:val="0"/>
                <w:numId w:val="32"/>
              </w:numPr>
              <w:pBdr>
                <w:top w:val="nil"/>
                <w:left w:val="nil"/>
                <w:bottom w:val="nil"/>
                <w:right w:val="nil"/>
                <w:between w:val="nil"/>
              </w:pBdr>
              <w:rPr>
                <w:rFonts w:ascii="Calibri" w:eastAsia="Calibri" w:hAnsi="Calibri" w:cs="Calibri"/>
                <w:b/>
                <w:bCs/>
                <w:color w:val="000000"/>
              </w:rPr>
            </w:pPr>
            <w:bookmarkStart w:id="5" w:name="_Hlk232581948"/>
            <w:r w:rsidRPr="00317E94">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FF57464"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059 DE 2025 SENADO – 500 DE 2025 CÁMARA</w:t>
            </w:r>
          </w:p>
        </w:tc>
      </w:tr>
      <w:tr w:rsidR="00253485" w:rsidRPr="00676F65" w14:paraId="316B5E2A"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A0662A"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7C1CD8" w14:textId="29470EB7" w:rsidR="00253485" w:rsidRPr="00676F65" w:rsidRDefault="00253485" w:rsidP="008763C7">
            <w:pPr>
              <w:spacing w:after="0" w:line="240" w:lineRule="auto"/>
              <w:jc w:val="center"/>
              <w:rPr>
                <w:rFonts w:ascii="Calibri" w:eastAsia="Calibri" w:hAnsi="Calibri" w:cs="Calibri"/>
                <w:lang w:val="es-CO" w:eastAsia="es-CO"/>
              </w:rPr>
            </w:pPr>
            <w:r w:rsidRPr="00317E94">
              <w:rPr>
                <w:rFonts w:ascii="Calibri" w:eastAsia="Calibri" w:hAnsi="Calibri" w:cs="Calibri"/>
                <w:lang w:val="es-CO" w:eastAsia="es-CO"/>
              </w:rPr>
              <w:t>“POR MEDIO DE LA CUAL</w:t>
            </w:r>
            <w:r>
              <w:rPr>
                <w:rFonts w:ascii="Calibri" w:eastAsia="Calibri" w:hAnsi="Calibri" w:cs="Calibri"/>
                <w:lang w:val="es-CO" w:eastAsia="es-CO"/>
              </w:rPr>
              <w:t xml:space="preserve"> </w:t>
            </w:r>
            <w:r w:rsidRPr="00317E94">
              <w:rPr>
                <w:rFonts w:ascii="Calibri" w:eastAsia="Calibri" w:hAnsi="Calibri" w:cs="Calibri"/>
                <w:lang w:val="es-CO" w:eastAsia="es-CO"/>
              </w:rPr>
              <w:t>LA NACIÓN Y EL CONGRESO DE LA REPÚBLICA RINDEN PÚBLICO HOMENAJE</w:t>
            </w:r>
            <w:r>
              <w:rPr>
                <w:rFonts w:ascii="Calibri" w:eastAsia="Calibri" w:hAnsi="Calibri" w:cs="Calibri"/>
                <w:lang w:val="es-CO" w:eastAsia="es-CO"/>
              </w:rPr>
              <w:t xml:space="preserve"> </w:t>
            </w:r>
            <w:r w:rsidRPr="00317E94">
              <w:rPr>
                <w:rFonts w:ascii="Calibri" w:eastAsia="Calibri" w:hAnsi="Calibri" w:cs="Calibri"/>
                <w:lang w:val="es-CO" w:eastAsia="es-CO"/>
              </w:rPr>
              <w:t>A LA POLICÍA NACIONAL, LA DECLARAN PATRIMONIO DE LOS COLOMBIANOS</w:t>
            </w:r>
            <w:r>
              <w:rPr>
                <w:rFonts w:ascii="Calibri" w:eastAsia="Calibri" w:hAnsi="Calibri" w:cs="Calibri"/>
                <w:lang w:val="es-CO" w:eastAsia="es-CO"/>
              </w:rPr>
              <w:t xml:space="preserve"> </w:t>
            </w:r>
            <w:r w:rsidRPr="00317E94">
              <w:rPr>
                <w:rFonts w:ascii="Calibri" w:eastAsia="Calibri" w:hAnsi="Calibri" w:cs="Calibri"/>
                <w:lang w:val="es-CO" w:eastAsia="es-CO"/>
              </w:rPr>
              <w:t>Y SE DICTAN OTRAS DISPOSICIONES”</w:t>
            </w:r>
            <w:r>
              <w:rPr>
                <w:rFonts w:ascii="Calibri" w:eastAsia="Calibri" w:hAnsi="Calibri" w:cs="Calibri"/>
                <w:lang w:val="es-CO" w:eastAsia="es-CO"/>
              </w:rPr>
              <w:t xml:space="preserve">. </w:t>
            </w:r>
            <w:r w:rsidRPr="00676F65">
              <w:rPr>
                <w:rFonts w:ascii="Calibri" w:eastAsia="Calibri" w:hAnsi="Calibri" w:cs="Calibri"/>
                <w:lang w:val="es-CO" w:eastAsia="es-CO"/>
              </w:rPr>
              <w:t xml:space="preserve">GACETA: </w:t>
            </w:r>
            <w:r w:rsidRPr="00253485">
              <w:rPr>
                <w:rFonts w:ascii="Calibri" w:eastAsia="Calibri" w:hAnsi="Calibri" w:cs="Calibri"/>
                <w:lang w:val="es-CO" w:eastAsia="es-CO"/>
              </w:rPr>
              <w:t>713</w:t>
            </w:r>
            <w:r w:rsidRPr="00676F65">
              <w:rPr>
                <w:rFonts w:ascii="Calibri" w:eastAsia="Calibri" w:hAnsi="Calibri" w:cs="Calibri"/>
                <w:lang w:val="es-CO" w:eastAsia="es-CO"/>
              </w:rPr>
              <w:t>/26</w:t>
            </w:r>
          </w:p>
        </w:tc>
      </w:tr>
      <w:tr w:rsidR="00253485" w:rsidRPr="00676F65" w14:paraId="064F3898"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7F0846F9"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97B6DD"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Pr="00317E94">
              <w:rPr>
                <w:rFonts w:ascii="Calibri" w:eastAsia="Calibri" w:hAnsi="Calibri" w:cs="Calibri"/>
                <w:lang w:eastAsia="es-CO"/>
              </w:rPr>
              <w:t>JOSÉ LUIS PÉREZ OYUELA.</w:t>
            </w:r>
          </w:p>
        </w:tc>
      </w:tr>
      <w:tr w:rsidR="00253485" w:rsidRPr="00676F65" w14:paraId="56C83163"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283ADFE2"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75ABB192"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Pr="00317E94">
              <w:rPr>
                <w:rFonts w:ascii="Calibri" w:eastAsia="Calibri" w:hAnsi="Calibri" w:cs="Calibri"/>
                <w:lang w:eastAsia="es-CO"/>
              </w:rPr>
              <w:t>JOSÉ LUIS PÉREZ OYUELA.</w:t>
            </w:r>
          </w:p>
        </w:tc>
      </w:tr>
      <w:bookmarkEnd w:id="5"/>
    </w:tbl>
    <w:p w14:paraId="591B8CD6"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54CCA704" w14:textId="77777777" w:rsidTr="008763C7">
        <w:tc>
          <w:tcPr>
            <w:tcW w:w="3002" w:type="dxa"/>
            <w:tcBorders>
              <w:top w:val="single" w:sz="24" w:space="0" w:color="000000"/>
              <w:bottom w:val="single" w:sz="4" w:space="0" w:color="000000"/>
            </w:tcBorders>
            <w:vAlign w:val="center"/>
          </w:tcPr>
          <w:p w14:paraId="10F6E0D6" w14:textId="77777777" w:rsidR="00253485" w:rsidRPr="003D0AFE" w:rsidRDefault="00253485" w:rsidP="00253485">
            <w:pPr>
              <w:pStyle w:val="Prrafodelista"/>
              <w:numPr>
                <w:ilvl w:val="0"/>
                <w:numId w:val="32"/>
              </w:numPr>
              <w:pBdr>
                <w:top w:val="nil"/>
                <w:left w:val="nil"/>
                <w:bottom w:val="nil"/>
                <w:right w:val="nil"/>
                <w:between w:val="nil"/>
              </w:pBdr>
              <w:rPr>
                <w:rFonts w:ascii="Calibri" w:eastAsia="Calibri" w:hAnsi="Calibri" w:cs="Calibri"/>
                <w:b/>
                <w:bCs/>
                <w:color w:val="000000"/>
              </w:rPr>
            </w:pPr>
            <w:bookmarkStart w:id="6" w:name="_Hlk232582102"/>
            <w:r w:rsidRPr="003D0AFE">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A1C2537"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047 DE 2024 SENADO – 338 DE 2025 CÁMARA</w:t>
            </w:r>
          </w:p>
        </w:tc>
      </w:tr>
      <w:tr w:rsidR="00253485" w:rsidRPr="00676F65" w14:paraId="1748396B"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301DD8"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5B5B2" w14:textId="41F6DACE" w:rsidR="00253485" w:rsidRPr="00676F65" w:rsidRDefault="00253485" w:rsidP="008763C7">
            <w:pPr>
              <w:spacing w:after="0" w:line="240" w:lineRule="auto"/>
              <w:jc w:val="center"/>
              <w:rPr>
                <w:rFonts w:ascii="Calibri" w:eastAsia="Calibri" w:hAnsi="Calibri" w:cs="Calibri"/>
                <w:lang w:val="es-CO" w:eastAsia="es-CO"/>
              </w:rPr>
            </w:pPr>
            <w:r w:rsidRPr="003D0AFE">
              <w:rPr>
                <w:rFonts w:ascii="Calibri" w:eastAsia="Calibri" w:hAnsi="Calibri" w:cs="Calibri"/>
                <w:lang w:val="es-CO" w:eastAsia="es-CO"/>
              </w:rPr>
              <w:t>“POR LA CUAL SE FOMENTA LA INDUSTRIA</w:t>
            </w:r>
            <w:r>
              <w:rPr>
                <w:rFonts w:ascii="Calibri" w:eastAsia="Calibri" w:hAnsi="Calibri" w:cs="Calibri"/>
                <w:lang w:val="es-CO" w:eastAsia="es-CO"/>
              </w:rPr>
              <w:t xml:space="preserve"> </w:t>
            </w:r>
            <w:r w:rsidRPr="003D0AFE">
              <w:rPr>
                <w:rFonts w:ascii="Calibri" w:eastAsia="Calibri" w:hAnsi="Calibri" w:cs="Calibri"/>
                <w:lang w:val="es-CO" w:eastAsia="es-CO"/>
              </w:rPr>
              <w:t>ELECTRÓNICA Y DE SEMICONDUCTORES EN COLOMBIA”.</w:t>
            </w:r>
            <w:r>
              <w:rPr>
                <w:rFonts w:ascii="Calibri" w:eastAsia="Calibri" w:hAnsi="Calibri" w:cs="Calibri"/>
                <w:lang w:val="es-CO" w:eastAsia="es-CO"/>
              </w:rPr>
              <w:t xml:space="preserve"> </w:t>
            </w:r>
            <w:r w:rsidRPr="00676F65">
              <w:rPr>
                <w:rFonts w:ascii="Calibri" w:eastAsia="Calibri" w:hAnsi="Calibri" w:cs="Calibri"/>
                <w:lang w:val="es-CO" w:eastAsia="es-CO"/>
              </w:rPr>
              <w:t xml:space="preserve">GACETA: </w:t>
            </w:r>
            <w:r w:rsidRPr="00253485">
              <w:rPr>
                <w:rFonts w:ascii="Calibri" w:eastAsia="Calibri" w:hAnsi="Calibri" w:cs="Calibri"/>
                <w:lang w:val="es-CO" w:eastAsia="es-CO"/>
              </w:rPr>
              <w:t>714</w:t>
            </w:r>
            <w:r w:rsidRPr="00676F65">
              <w:rPr>
                <w:rFonts w:ascii="Calibri" w:eastAsia="Calibri" w:hAnsi="Calibri" w:cs="Calibri"/>
                <w:lang w:val="es-CO" w:eastAsia="es-CO"/>
              </w:rPr>
              <w:t>/26</w:t>
            </w:r>
          </w:p>
        </w:tc>
      </w:tr>
      <w:tr w:rsidR="00253485" w:rsidRPr="00676F65" w14:paraId="51BB8300"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48CF89D9"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CE82AB6"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Pr="003D0AFE">
              <w:rPr>
                <w:rFonts w:ascii="Calibri" w:eastAsia="Calibri" w:hAnsi="Calibri" w:cs="Calibri"/>
                <w:lang w:eastAsia="es-CO"/>
              </w:rPr>
              <w:t xml:space="preserve">DAVID LUNA SÁNCHEZ, ANA MARÍA CASTAÑEDA GÓMEZ, GUIDO </w:t>
            </w:r>
            <w:proofErr w:type="spellStart"/>
            <w:r w:rsidRPr="003D0AFE">
              <w:rPr>
                <w:rFonts w:ascii="Calibri" w:eastAsia="Calibri" w:hAnsi="Calibri" w:cs="Calibri"/>
                <w:lang w:eastAsia="es-CO"/>
              </w:rPr>
              <w:t>ECHVERRI</w:t>
            </w:r>
            <w:proofErr w:type="spellEnd"/>
            <w:r w:rsidRPr="003D0AFE">
              <w:rPr>
                <w:rFonts w:ascii="Calibri" w:eastAsia="Calibri" w:hAnsi="Calibri" w:cs="Calibri"/>
                <w:lang w:eastAsia="es-CO"/>
              </w:rPr>
              <w:t xml:space="preserve"> PIEDRAHITA, JULIO ALBERTO ELÍAS VIDAL, ESTEBAN QUINTERO CARDONA, SOLEDAD TAMAYO </w:t>
            </w:r>
            <w:proofErr w:type="spellStart"/>
            <w:r w:rsidRPr="003D0AFE">
              <w:rPr>
                <w:rFonts w:ascii="Calibri" w:eastAsia="Calibri" w:hAnsi="Calibri" w:cs="Calibri"/>
                <w:lang w:eastAsia="es-CO"/>
              </w:rPr>
              <w:t>TAMAYO</w:t>
            </w:r>
            <w:proofErr w:type="spellEnd"/>
            <w:r w:rsidRPr="003D0AFE">
              <w:rPr>
                <w:rFonts w:ascii="Calibri" w:eastAsia="Calibri" w:hAnsi="Calibri" w:cs="Calibri"/>
                <w:lang w:eastAsia="es-CO"/>
              </w:rPr>
              <w:t xml:space="preserve">, CARLOS EDUARDO GUEVARA VILLABÓN, H.R. DANIEL CARVALHO MEJÍA, INGRID MARLEN </w:t>
            </w:r>
            <w:proofErr w:type="spellStart"/>
            <w:r w:rsidRPr="003D0AFE">
              <w:rPr>
                <w:rFonts w:ascii="Calibri" w:eastAsia="Calibri" w:hAnsi="Calibri" w:cs="Calibri"/>
                <w:lang w:eastAsia="es-CO"/>
              </w:rPr>
              <w:t>SOGAMOSO</w:t>
            </w:r>
            <w:proofErr w:type="spellEnd"/>
            <w:r w:rsidRPr="003D0AFE">
              <w:rPr>
                <w:rFonts w:ascii="Calibri" w:eastAsia="Calibri" w:hAnsi="Calibri" w:cs="Calibri"/>
                <w:lang w:eastAsia="es-CO"/>
              </w:rPr>
              <w:t xml:space="preserve"> ALFONSO, ALEJANDRO GARCÍA RÍOS, HERNANDO GONZÁLEZ, JULIÁN DAVID LÓPEZ TENORIO.</w:t>
            </w:r>
          </w:p>
        </w:tc>
      </w:tr>
      <w:tr w:rsidR="00253485" w:rsidRPr="00676F65" w14:paraId="5AEBDC71"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219D6CA5"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2F5DC105" w14:textId="77777777" w:rsidR="00253485" w:rsidRDefault="00253485" w:rsidP="008763C7">
            <w:pPr>
              <w:spacing w:after="0" w:line="240" w:lineRule="auto"/>
              <w:jc w:val="center"/>
              <w:rPr>
                <w:rFonts w:ascii="Calibri" w:eastAsia="Calibri" w:hAnsi="Calibri" w:cs="Calibri"/>
                <w:lang w:eastAsia="es-CO"/>
              </w:rPr>
            </w:pPr>
            <w:r w:rsidRPr="003D0AFE">
              <w:rPr>
                <w:rFonts w:ascii="Calibri" w:eastAsia="Calibri" w:hAnsi="Calibri" w:cs="Calibri"/>
                <w:lang w:eastAsia="es-CO"/>
              </w:rPr>
              <w:t>COORDINADORA PONENTE</w:t>
            </w:r>
            <w:r>
              <w:rPr>
                <w:rFonts w:ascii="Calibri" w:eastAsia="Calibri" w:hAnsi="Calibri" w:cs="Calibri"/>
                <w:lang w:eastAsia="es-CO"/>
              </w:rPr>
              <w:t>:</w:t>
            </w:r>
            <w:r w:rsidRPr="003D0AFE">
              <w:rPr>
                <w:rFonts w:ascii="Calibri" w:eastAsia="Calibri" w:hAnsi="Calibri" w:cs="Calibri"/>
                <w:lang w:eastAsia="es-CO"/>
              </w:rPr>
              <w:t xml:space="preserve"> H.S. ANA MARIA CASTAÑEDA GOMEZ</w:t>
            </w:r>
            <w:r>
              <w:rPr>
                <w:rFonts w:ascii="Calibri" w:eastAsia="Calibri" w:hAnsi="Calibri" w:cs="Calibri"/>
                <w:lang w:eastAsia="es-CO"/>
              </w:rPr>
              <w:t>.</w:t>
            </w:r>
          </w:p>
          <w:p w14:paraId="3AC2B6CE" w14:textId="77777777" w:rsidR="00253485" w:rsidRPr="00676F65" w:rsidRDefault="00253485" w:rsidP="008763C7">
            <w:pPr>
              <w:spacing w:after="0" w:line="240" w:lineRule="auto"/>
              <w:jc w:val="center"/>
              <w:rPr>
                <w:rFonts w:ascii="Calibri" w:eastAsia="Calibri" w:hAnsi="Calibri" w:cs="Calibri"/>
                <w:lang w:val="es-CO" w:eastAsia="es-CO"/>
              </w:rPr>
            </w:pPr>
            <w:r w:rsidRPr="003D0AFE">
              <w:rPr>
                <w:rFonts w:ascii="Calibri" w:eastAsia="Calibri" w:hAnsi="Calibri" w:cs="Calibri"/>
                <w:lang w:eastAsia="es-CO"/>
              </w:rPr>
              <w:t>PONENTE</w:t>
            </w:r>
            <w:r>
              <w:rPr>
                <w:rFonts w:ascii="Calibri" w:eastAsia="Calibri" w:hAnsi="Calibri" w:cs="Calibri"/>
                <w:lang w:eastAsia="es-CO"/>
              </w:rPr>
              <w:t>:</w:t>
            </w:r>
            <w:r w:rsidRPr="003D0AFE">
              <w:rPr>
                <w:rFonts w:ascii="Calibri" w:eastAsia="Calibri" w:hAnsi="Calibri" w:cs="Calibri"/>
                <w:lang w:eastAsia="es-CO"/>
              </w:rPr>
              <w:t xml:space="preserve"> H.S.</w:t>
            </w:r>
            <w:r>
              <w:rPr>
                <w:rFonts w:ascii="Calibri" w:eastAsia="Calibri" w:hAnsi="Calibri" w:cs="Calibri"/>
                <w:lang w:eastAsia="es-CO"/>
              </w:rPr>
              <w:t xml:space="preserve"> </w:t>
            </w:r>
            <w:r w:rsidRPr="003D0AFE">
              <w:rPr>
                <w:rFonts w:ascii="Calibri" w:eastAsia="Calibri" w:hAnsi="Calibri" w:cs="Calibri"/>
                <w:lang w:eastAsia="es-CO"/>
              </w:rPr>
              <w:t>GUIDO ECHEVERRY PIEDRAHIT</w:t>
            </w:r>
            <w:r>
              <w:rPr>
                <w:rFonts w:ascii="Calibri" w:eastAsia="Calibri" w:hAnsi="Calibri" w:cs="Calibri"/>
                <w:lang w:eastAsia="es-CO"/>
              </w:rPr>
              <w:t>A</w:t>
            </w:r>
          </w:p>
        </w:tc>
      </w:tr>
      <w:bookmarkEnd w:id="6"/>
    </w:tbl>
    <w:p w14:paraId="2574D290" w14:textId="77777777" w:rsidR="00253485" w:rsidRDefault="00253485" w:rsidP="0025348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58B0DEF6" w14:textId="77777777" w:rsidTr="008763C7">
        <w:tc>
          <w:tcPr>
            <w:tcW w:w="3002" w:type="dxa"/>
            <w:tcBorders>
              <w:top w:val="single" w:sz="24" w:space="0" w:color="000000"/>
              <w:bottom w:val="single" w:sz="4" w:space="0" w:color="000000"/>
            </w:tcBorders>
            <w:vAlign w:val="center"/>
          </w:tcPr>
          <w:p w14:paraId="670AB497" w14:textId="77777777" w:rsidR="00253485" w:rsidRPr="003D0AFE" w:rsidRDefault="00253485" w:rsidP="00253485">
            <w:pPr>
              <w:pStyle w:val="Prrafodelista"/>
              <w:numPr>
                <w:ilvl w:val="0"/>
                <w:numId w:val="32"/>
              </w:numPr>
              <w:pBdr>
                <w:top w:val="nil"/>
                <w:left w:val="nil"/>
                <w:bottom w:val="nil"/>
                <w:right w:val="nil"/>
                <w:between w:val="nil"/>
              </w:pBdr>
              <w:rPr>
                <w:rFonts w:ascii="Calibri" w:eastAsia="Calibri" w:hAnsi="Calibri" w:cs="Calibri"/>
                <w:b/>
                <w:bCs/>
                <w:color w:val="000000"/>
              </w:rPr>
            </w:pPr>
            <w:bookmarkStart w:id="7" w:name="_Hlk232507460"/>
            <w:r w:rsidRPr="003D0AFE">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0BEF45A"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PL.N. 430 DE 2025 SENADO – 186 DE 2024 CÁMARA</w:t>
            </w:r>
          </w:p>
        </w:tc>
      </w:tr>
      <w:tr w:rsidR="00253485" w:rsidRPr="00676F65" w14:paraId="0294DDA9"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665B09"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BF2FAD" w14:textId="43181898" w:rsidR="00253485" w:rsidRPr="00676F65" w:rsidRDefault="00253485" w:rsidP="008763C7">
            <w:pPr>
              <w:spacing w:after="0" w:line="240" w:lineRule="auto"/>
              <w:jc w:val="center"/>
              <w:rPr>
                <w:rFonts w:ascii="Calibri" w:eastAsia="Calibri" w:hAnsi="Calibri" w:cs="Calibri"/>
                <w:lang w:val="es-CO" w:eastAsia="es-CO"/>
              </w:rPr>
            </w:pPr>
            <w:r w:rsidRPr="002A2183">
              <w:rPr>
                <w:rFonts w:ascii="Calibri" w:eastAsia="Calibri" w:hAnsi="Calibri" w:cs="Calibri"/>
                <w:lang w:val="es-CO" w:eastAsia="es-CO"/>
              </w:rPr>
              <w:t>“POR MEDIO DEL CUAL SE DECLARA PATRIMONIO CULTURAL DE LA NACIÓN AL</w:t>
            </w:r>
            <w:r>
              <w:rPr>
                <w:rFonts w:ascii="Calibri" w:eastAsia="Calibri" w:hAnsi="Calibri" w:cs="Calibri"/>
                <w:lang w:val="es-CO" w:eastAsia="es-CO"/>
              </w:rPr>
              <w:t xml:space="preserve"> </w:t>
            </w:r>
            <w:r w:rsidRPr="002A2183">
              <w:rPr>
                <w:rFonts w:ascii="Calibri" w:eastAsia="Calibri" w:hAnsi="Calibri" w:cs="Calibri"/>
                <w:lang w:val="es-CO" w:eastAsia="es-CO"/>
              </w:rPr>
              <w:t>MUSEO ARQUEOLÓGICO DE GALAPA -MUGA- Y SE DICTAN OTRAS DISPOSICIONES</w:t>
            </w:r>
            <w:r>
              <w:rPr>
                <w:rFonts w:ascii="Calibri" w:eastAsia="Calibri" w:hAnsi="Calibri" w:cs="Calibri"/>
                <w:lang w:val="es-CO" w:eastAsia="es-CO"/>
              </w:rPr>
              <w:t>”</w:t>
            </w:r>
            <w:r w:rsidRPr="002A2183">
              <w:rPr>
                <w:rFonts w:ascii="Calibri" w:eastAsia="Calibri" w:hAnsi="Calibri" w:cs="Calibri"/>
                <w:lang w:val="es-CO" w:eastAsia="es-CO"/>
              </w:rPr>
              <w:t>.</w:t>
            </w:r>
            <w:r>
              <w:rPr>
                <w:rFonts w:ascii="Calibri" w:eastAsia="Calibri" w:hAnsi="Calibri" w:cs="Calibri"/>
                <w:lang w:val="es-CO" w:eastAsia="es-CO"/>
              </w:rPr>
              <w:t xml:space="preserve"> </w:t>
            </w:r>
            <w:r w:rsidRPr="00676F65">
              <w:rPr>
                <w:rFonts w:ascii="Calibri" w:eastAsia="Calibri" w:hAnsi="Calibri" w:cs="Calibri"/>
                <w:lang w:val="es-CO" w:eastAsia="es-CO"/>
              </w:rPr>
              <w:t xml:space="preserve">GACETA: </w:t>
            </w:r>
            <w:r w:rsidRPr="00253485">
              <w:rPr>
                <w:rFonts w:ascii="Calibri" w:eastAsia="Calibri" w:hAnsi="Calibri" w:cs="Calibri"/>
                <w:lang w:val="es-CO" w:eastAsia="es-CO"/>
              </w:rPr>
              <w:t>719</w:t>
            </w:r>
            <w:r w:rsidRPr="00676F65">
              <w:rPr>
                <w:rFonts w:ascii="Calibri" w:eastAsia="Calibri" w:hAnsi="Calibri" w:cs="Calibri"/>
                <w:lang w:val="es-CO" w:eastAsia="es-CO"/>
              </w:rPr>
              <w:t>/26</w:t>
            </w:r>
          </w:p>
        </w:tc>
      </w:tr>
      <w:tr w:rsidR="00253485" w:rsidRPr="00676F65" w14:paraId="0803ADCA"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24085FC2" w14:textId="77777777" w:rsidR="00253485" w:rsidRPr="00676F65" w:rsidRDefault="00253485" w:rsidP="008763C7">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04E5444" w14:textId="77777777" w:rsidR="00253485" w:rsidRPr="00676F65" w:rsidRDefault="00253485" w:rsidP="008763C7">
            <w:pPr>
              <w:spacing w:after="0" w:line="240" w:lineRule="auto"/>
              <w:jc w:val="center"/>
              <w:rPr>
                <w:rFonts w:ascii="Calibri" w:eastAsia="Calibri" w:hAnsi="Calibri" w:cs="Calibri"/>
                <w:lang w:val="es-CO" w:eastAsia="es-CO"/>
              </w:rPr>
            </w:pPr>
            <w:r w:rsidRPr="002A2183">
              <w:rPr>
                <w:rFonts w:ascii="Calibri" w:eastAsia="Calibri" w:hAnsi="Calibri" w:cs="Calibri"/>
                <w:lang w:eastAsia="es-CO"/>
              </w:rPr>
              <w:t xml:space="preserve">H.S. ANTONIO LUIS </w:t>
            </w:r>
            <w:proofErr w:type="spellStart"/>
            <w:r w:rsidRPr="002A2183">
              <w:rPr>
                <w:rFonts w:ascii="Calibri" w:eastAsia="Calibri" w:hAnsi="Calibri" w:cs="Calibri"/>
                <w:lang w:eastAsia="es-CO"/>
              </w:rPr>
              <w:t>ZABARAÍN</w:t>
            </w:r>
            <w:proofErr w:type="spellEnd"/>
            <w:r w:rsidRPr="002A2183">
              <w:rPr>
                <w:rFonts w:ascii="Calibri" w:eastAsia="Calibri" w:hAnsi="Calibri" w:cs="Calibri"/>
                <w:lang w:eastAsia="es-CO"/>
              </w:rPr>
              <w:t xml:space="preserve"> GUEVARA, CARLOS MARIO FARELO DAZA, JORGE ENRIQUE BENEDETTI MARTELO, CARLOS JULIO GONZÁLEZ VILLA, </w:t>
            </w:r>
            <w:proofErr w:type="spellStart"/>
            <w:r w:rsidRPr="002A2183">
              <w:rPr>
                <w:rFonts w:ascii="Calibri" w:eastAsia="Calibri" w:hAnsi="Calibri" w:cs="Calibri"/>
                <w:lang w:eastAsia="es-CO"/>
              </w:rPr>
              <w:t>H.R.MODESTO</w:t>
            </w:r>
            <w:proofErr w:type="spellEnd"/>
            <w:r w:rsidRPr="002A2183">
              <w:rPr>
                <w:rFonts w:ascii="Calibri" w:eastAsia="Calibri" w:hAnsi="Calibri" w:cs="Calibri"/>
                <w:lang w:eastAsia="es-CO"/>
              </w:rPr>
              <w:t xml:space="preserve"> ENRIQUE AGUILERA VIDES, BAYARDO GILBERTO BETANCOURT PÉREZ, BETSY JUDITH PÉREZ ARANGO, HERNANDO GONZÁLEZ, GERSEL LUIS PÉREZ ALTAMIRANDA, JAIRO HUMBERTO CRISTO CORREA, JAVIER ALEXANDER SÁNCHEZ REYES, JOHN EDGAR PÉREZ ROJAS, LINA MARÍA GARRIDO MARTÍN, NÉSTOR LEONARDO RICO </w:t>
            </w:r>
            <w:proofErr w:type="spellStart"/>
            <w:r w:rsidRPr="002A2183">
              <w:rPr>
                <w:rFonts w:ascii="Calibri" w:eastAsia="Calibri" w:hAnsi="Calibri" w:cs="Calibri"/>
                <w:lang w:eastAsia="es-CO"/>
              </w:rPr>
              <w:t>RICO</w:t>
            </w:r>
            <w:proofErr w:type="spellEnd"/>
            <w:r w:rsidRPr="002A2183">
              <w:rPr>
                <w:rFonts w:ascii="Calibri" w:eastAsia="Calibri" w:hAnsi="Calibri" w:cs="Calibri"/>
                <w:lang w:eastAsia="es-CO"/>
              </w:rPr>
              <w:t>, OSCAR RODRIGO CAMPO HURTADO, SANDRA MILENA RAMÍREZ CAVIEDES, MAURICIO PARODI DÍAZ, JORGE MÉNDEZ HERNÁNDEZ, LUZ AYDA PASTRANA LOAIZA, JORGE MÉNDEZ HERNÁNDEZ</w:t>
            </w:r>
          </w:p>
        </w:tc>
      </w:tr>
      <w:tr w:rsidR="00253485" w:rsidRPr="00676F65" w14:paraId="257B40DF"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102EE63E"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val="es-CO" w:eastAsia="es-CO"/>
              </w:rPr>
              <w:t>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7243936A" w14:textId="77777777" w:rsidR="00253485" w:rsidRPr="00676F65" w:rsidRDefault="00253485" w:rsidP="008763C7">
            <w:pPr>
              <w:spacing w:after="0" w:line="240" w:lineRule="auto"/>
              <w:jc w:val="center"/>
              <w:rPr>
                <w:rFonts w:ascii="Calibri" w:eastAsia="Calibri" w:hAnsi="Calibri" w:cs="Calibri"/>
                <w:lang w:val="es-CO" w:eastAsia="es-CO"/>
              </w:rPr>
            </w:pPr>
            <w:r w:rsidRPr="002A2183">
              <w:rPr>
                <w:rFonts w:ascii="Calibri" w:eastAsia="Calibri" w:hAnsi="Calibri" w:cs="Calibri"/>
                <w:lang w:eastAsia="es-CO"/>
              </w:rPr>
              <w:t>JULIO ALBERTO ELIAS VIDAL</w:t>
            </w:r>
          </w:p>
        </w:tc>
      </w:tr>
      <w:bookmarkEnd w:id="7"/>
    </w:tbl>
    <w:p w14:paraId="04746C21" w14:textId="77777777" w:rsidR="00253485" w:rsidRDefault="00253485" w:rsidP="00253485">
      <w:pPr>
        <w:spacing w:after="0" w:line="240" w:lineRule="auto"/>
        <w:jc w:val="both"/>
        <w:rPr>
          <w:rFonts w:ascii="Calibri" w:eastAsia="Calibri" w:hAnsi="Calibri" w:cs="Calibri"/>
          <w:b/>
          <w:bCs/>
          <w:sz w:val="28"/>
          <w:szCs w:val="28"/>
        </w:rPr>
      </w:pPr>
    </w:p>
    <w:p w14:paraId="25DDCE1C" w14:textId="5BCBBF6C" w:rsidR="003C3390" w:rsidRDefault="00000000" w:rsidP="002460CC">
      <w:pPr>
        <w:spacing w:after="0" w:line="240" w:lineRule="auto"/>
        <w:jc w:val="both"/>
        <w:rPr>
          <w:rFonts w:ascii="Calibri" w:eastAsia="Calibri" w:hAnsi="Calibri" w:cs="Calibri"/>
          <w:b/>
          <w:bCs/>
          <w:u w:val="single"/>
        </w:rPr>
      </w:pPr>
      <w:r>
        <w:rPr>
          <w:rFonts w:ascii="Calibri" w:eastAsia="Calibri" w:hAnsi="Calibri" w:cs="Calibri"/>
          <w:b/>
          <w:bCs/>
          <w:u w:val="single"/>
        </w:rPr>
        <w:lastRenderedPageBreak/>
        <w:t>CON INFORME DE COMISIÓN ACCIDENTAL</w:t>
      </w:r>
    </w:p>
    <w:p w14:paraId="760B125F" w14:textId="77777777" w:rsidR="002460CC" w:rsidRDefault="002460CC" w:rsidP="002460CC">
      <w:pPr>
        <w:spacing w:after="0" w:line="240" w:lineRule="auto"/>
        <w:jc w:val="both"/>
        <w:rPr>
          <w:rFonts w:ascii="Calibri" w:eastAsia="Calibri" w:hAnsi="Calibri" w:cs="Calibri"/>
          <w:b/>
          <w:bCs/>
          <w:u w:val="single"/>
        </w:rPr>
      </w:pPr>
    </w:p>
    <w:p w14:paraId="23B6DC1F" w14:textId="77777777" w:rsidR="003C3390" w:rsidRDefault="003C3390" w:rsidP="002460CC">
      <w:pPr>
        <w:spacing w:after="0" w:line="240" w:lineRule="auto"/>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D46D0" w14:paraId="73F50F62" w14:textId="77777777" w:rsidTr="00F35571">
        <w:tc>
          <w:tcPr>
            <w:tcW w:w="3002" w:type="dxa"/>
            <w:tcBorders>
              <w:top w:val="single" w:sz="24" w:space="0" w:color="000000"/>
              <w:bottom w:val="single" w:sz="4" w:space="0" w:color="000000"/>
            </w:tcBorders>
            <w:vAlign w:val="center"/>
          </w:tcPr>
          <w:p w14:paraId="3927530D" w14:textId="77777777" w:rsidR="003C3390" w:rsidRDefault="00000000" w:rsidP="00F35571">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34A9DFA2" w14:textId="77777777" w:rsidR="003C3390" w:rsidRDefault="00000000" w:rsidP="00F35571">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076 DE 2024 SENADO </w:t>
            </w:r>
          </w:p>
        </w:tc>
      </w:tr>
      <w:tr w:rsidR="001D46D0" w:rsidRPr="00676F65" w14:paraId="7E61C20A" w14:textId="77777777" w:rsidTr="00F3557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5C1206"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ADADD4" w14:textId="77777777" w:rsidR="00861EB5" w:rsidRDefault="00861EB5" w:rsidP="00861EB5">
            <w:pPr>
              <w:ind w:left="-127"/>
              <w:jc w:val="center"/>
              <w:rPr>
                <w:rFonts w:ascii="Calibri" w:hAnsi="Calibri" w:cs="Calibri"/>
                <w:b/>
                <w:bCs/>
                <w14:shadow w14:blurRad="50800" w14:dist="38100" w14:dir="5400000" w14:sx="100000" w14:sy="100000" w14:kx="0" w14:ky="0" w14:algn="t">
                  <w14:srgbClr w14:val="000000">
                    <w14:alpha w14:val="60000"/>
                  </w14:srgbClr>
                </w14:shadow>
              </w:rPr>
            </w:pPr>
            <w:r w:rsidRPr="00CE3F9A">
              <w:rPr>
                <w:rFonts w:ascii="Calibri" w:hAnsi="Calibri" w:cs="Calibri"/>
                <w:b/>
                <w:bCs/>
                <w14:shadow w14:blurRad="50800" w14:dist="38100" w14:dir="5400000" w14:sx="100000" w14:sy="100000" w14:kx="0" w14:ky="0" w14:algn="t">
                  <w14:srgbClr w14:val="000000">
                    <w14:alpha w14:val="60000"/>
                  </w14:srgbClr>
                </w14:shadow>
              </w:rPr>
              <w:t>“POR MEDIO DE LA CUAL SE</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DECRETA LA AMNISTÍA A CAMPESINOS</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DEUDORES DEL BANCO</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 xml:space="preserve">AGRARIO DE COLOMBIA, VÍCTIMAS DE LA </w:t>
            </w:r>
            <w:proofErr w:type="gramStart"/>
            <w:r w:rsidRPr="00CE3F9A">
              <w:rPr>
                <w:rFonts w:ascii="Calibri" w:hAnsi="Calibri" w:cs="Calibri"/>
                <w:b/>
                <w:bCs/>
                <w14:shadow w14:blurRad="50800" w14:dist="38100" w14:dir="5400000" w14:sx="100000" w14:sy="100000" w14:kx="0" w14:ky="0" w14:algn="t">
                  <w14:srgbClr w14:val="000000">
                    <w14:alpha w14:val="60000"/>
                  </w14:srgbClr>
                </w14:shadow>
              </w:rPr>
              <w:t>VIOLENCIA,</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 xml:space="preserve"> SINIESTROS</w:t>
            </w:r>
            <w:proofErr w:type="gramEnd"/>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 xml:space="preserve">AMBIENTALES, COVID-19 O CULTIVOS AFECTADOS </w:t>
            </w:r>
            <w:proofErr w:type="gramStart"/>
            <w:r w:rsidRPr="00CE3F9A">
              <w:rPr>
                <w:rFonts w:ascii="Calibri" w:hAnsi="Calibri" w:cs="Calibri"/>
                <w:b/>
                <w:bCs/>
                <w14:shadow w14:blurRad="50800" w14:dist="38100" w14:dir="5400000" w14:sx="100000" w14:sy="100000" w14:kx="0" w14:ky="0" w14:algn="t">
                  <w14:srgbClr w14:val="000000">
                    <w14:alpha w14:val="60000"/>
                  </w14:srgbClr>
                </w14:shadow>
              </w:rPr>
              <w:t>POR</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ENFERMEDADES</w:t>
            </w:r>
            <w:proofErr w:type="gramEnd"/>
            <w:r w:rsidRPr="00CE3F9A">
              <w:rPr>
                <w:rFonts w:ascii="Calibri" w:hAnsi="Calibri" w:cs="Calibri"/>
                <w:b/>
                <w:bCs/>
                <w14:shadow w14:blurRad="50800" w14:dist="38100" w14:dir="5400000" w14:sx="100000" w14:sy="100000" w14:kx="0" w14:ky="0" w14:algn="t">
                  <w14:srgbClr w14:val="000000">
                    <w14:alpha w14:val="60000"/>
                  </w14:srgbClr>
                </w14:shadow>
              </w:rPr>
              <w:t xml:space="preserve"> FITOSANITARIAS, ZOOSANITARIOS (GENERADAS</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POR PLAGAS Y ENFERMEDADES EN CULTIVOS Y ANIMALES),</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 xml:space="preserve">BIOLÓGICOS Y SE ELIMINA EL REPORTE NEGATIVO DE </w:t>
            </w:r>
            <w:proofErr w:type="gramStart"/>
            <w:r w:rsidRPr="00CE3F9A">
              <w:rPr>
                <w:rFonts w:ascii="Calibri" w:hAnsi="Calibri" w:cs="Calibri"/>
                <w:b/>
                <w:bCs/>
                <w14:shadow w14:blurRad="50800" w14:dist="38100" w14:dir="5400000" w14:sx="100000" w14:sy="100000" w14:kx="0" w14:ky="0" w14:algn="t">
                  <w14:srgbClr w14:val="000000">
                    <w14:alpha w14:val="60000"/>
                  </w14:srgbClr>
                </w14:shadow>
              </w:rPr>
              <w:t>LOS</w:t>
            </w:r>
            <w:r>
              <w:rPr>
                <w:rFonts w:ascii="Calibri" w:hAnsi="Calibri" w:cs="Calibri"/>
                <w:b/>
                <w:bCs/>
                <w14:shadow w14:blurRad="50800" w14:dist="38100" w14:dir="5400000" w14:sx="100000" w14:sy="100000" w14:kx="0" w14:ky="0" w14:algn="t">
                  <w14:srgbClr w14:val="000000">
                    <w14:alpha w14:val="60000"/>
                  </w14:srgbClr>
                </w14:shadow>
              </w:rPr>
              <w:t xml:space="preserve">  </w:t>
            </w:r>
            <w:r w:rsidRPr="00CE3F9A">
              <w:rPr>
                <w:rFonts w:ascii="Calibri" w:hAnsi="Calibri" w:cs="Calibri"/>
                <w:b/>
                <w:bCs/>
                <w14:shadow w14:blurRad="50800" w14:dist="38100" w14:dir="5400000" w14:sx="100000" w14:sy="100000" w14:kx="0" w14:ky="0" w14:algn="t">
                  <w14:srgbClr w14:val="000000">
                    <w14:alpha w14:val="60000"/>
                  </w14:srgbClr>
                </w14:shadow>
              </w:rPr>
              <w:t>HISTORIALES</w:t>
            </w:r>
            <w:proofErr w:type="gramEnd"/>
            <w:r w:rsidRPr="00CE3F9A">
              <w:rPr>
                <w:rFonts w:ascii="Calibri" w:hAnsi="Calibri" w:cs="Calibri"/>
                <w:b/>
                <w:bCs/>
                <w14:shadow w14:blurRad="50800" w14:dist="38100" w14:dir="5400000" w14:sx="100000" w14:sy="100000" w14:kx="0" w14:ky="0" w14:algn="t">
                  <w14:srgbClr w14:val="000000">
                    <w14:alpha w14:val="60000"/>
                  </w14:srgbClr>
                </w14:shadow>
              </w:rPr>
              <w:t xml:space="preserve"> CREDITICIOS”</w:t>
            </w:r>
            <w:r>
              <w:rPr>
                <w:rFonts w:ascii="Calibri" w:hAnsi="Calibri" w:cs="Calibri"/>
                <w:b/>
                <w:bCs/>
                <w14:shadow w14:blurRad="50800" w14:dist="38100" w14:dir="5400000" w14:sx="100000" w14:sy="100000" w14:kx="0" w14:ky="0" w14:algn="t">
                  <w14:srgbClr w14:val="000000">
                    <w14:alpha w14:val="60000"/>
                  </w14:srgbClr>
                </w14:shadow>
              </w:rPr>
              <w:t xml:space="preserve">. </w:t>
            </w:r>
          </w:p>
          <w:p w14:paraId="4FDD786D" w14:textId="5C531732" w:rsidR="003C3390" w:rsidRPr="00676F65" w:rsidRDefault="00A726B6" w:rsidP="00861EB5">
            <w:pPr>
              <w:ind w:left="-127"/>
              <w:jc w:val="center"/>
              <w:rPr>
                <w:rFonts w:ascii="Calibri" w:eastAsia="Calibri" w:hAnsi="Calibri" w:cs="Calibri"/>
                <w:lang w:val="es-CO" w:eastAsia="es-CO"/>
              </w:rPr>
            </w:pPr>
            <w:r w:rsidRPr="00676F65">
              <w:rPr>
                <w:rFonts w:ascii="Calibri" w:eastAsia="Calibri" w:hAnsi="Calibri" w:cs="Calibri"/>
                <w:lang w:val="es-CO" w:eastAsia="es-CO"/>
              </w:rPr>
              <w:t>GACETA: 413/26</w:t>
            </w:r>
          </w:p>
        </w:tc>
      </w:tr>
      <w:tr w:rsidR="001D46D0" w:rsidRPr="00676F65" w14:paraId="65C4D1EE"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075DEEAD"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9A0BD6"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CARLOS EDUARDO GUEVARA VILLABÓN, ANA PAOLA AGUDELO GARCÍA, MANUEL VIRGUEZ PIRAQUIVE, H.R. IRMA LUZ HERRERA RODRÍGUEZ.</w:t>
            </w:r>
          </w:p>
        </w:tc>
      </w:tr>
      <w:tr w:rsidR="001D46D0" w:rsidRPr="00676F65" w14:paraId="420625CD"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4AB67259"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4DA6D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ANTONIO LUIS ZABARAIN GUEVARA</w:t>
            </w:r>
          </w:p>
        </w:tc>
      </w:tr>
      <w:tr w:rsidR="001D46D0" w:rsidRPr="00676F65" w14:paraId="08650DFC"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00E4FCF2"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INTEGRANTES 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6BC890BA"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ANTONIO LUIS ZABARAIN GUEVARA, MANUEL ANTONIO VIRGÜEZ PIRAQUIVE, JULIÁN GALLO CUBILLOS ROBERT DAZA GUEVARA</w:t>
            </w:r>
          </w:p>
        </w:tc>
      </w:tr>
    </w:tbl>
    <w:p w14:paraId="27D63678" w14:textId="77777777" w:rsidR="003C3390" w:rsidRDefault="003C3390" w:rsidP="002460CC">
      <w:pPr>
        <w:spacing w:after="0" w:line="240" w:lineRule="auto"/>
        <w:jc w:val="both"/>
        <w:rPr>
          <w:rFonts w:ascii="Calibri" w:eastAsia="Calibri" w:hAnsi="Calibri" w:cs="Calibri"/>
          <w:b/>
          <w:bCs/>
          <w:u w:val="single"/>
        </w:rPr>
      </w:pPr>
    </w:p>
    <w:p w14:paraId="57BADBCC" w14:textId="77777777" w:rsidR="00D51947" w:rsidRDefault="00D51947" w:rsidP="002460CC">
      <w:pPr>
        <w:spacing w:after="0" w:line="240" w:lineRule="auto"/>
        <w:jc w:val="both"/>
        <w:rPr>
          <w:rFonts w:ascii="Calibri" w:eastAsia="Calibri" w:hAnsi="Calibri" w:cs="Calibri"/>
          <w:b/>
          <w:bCs/>
          <w:u w:val="single"/>
        </w:rPr>
      </w:pPr>
    </w:p>
    <w:p w14:paraId="686CA03B" w14:textId="77777777" w:rsidR="00D51947" w:rsidRDefault="00D51947" w:rsidP="00D51947">
      <w:pPr>
        <w:spacing w:after="0" w:line="240" w:lineRule="auto"/>
        <w:jc w:val="both"/>
        <w:rPr>
          <w:rFonts w:ascii="Calibri" w:eastAsia="Calibri" w:hAnsi="Calibri" w:cs="Calibri"/>
          <w:b/>
          <w:bCs/>
          <w:u w:val="single"/>
        </w:rPr>
      </w:pPr>
    </w:p>
    <w:p w14:paraId="25B70629" w14:textId="5C7B2C6E" w:rsidR="003C3390" w:rsidRDefault="006A7820" w:rsidP="00333E21">
      <w:pPr>
        <w:spacing w:after="0" w:line="240" w:lineRule="auto"/>
        <w:jc w:val="both"/>
        <w:rPr>
          <w:rFonts w:ascii="Calibri" w:eastAsia="Calibri" w:hAnsi="Calibri" w:cs="Calibri"/>
          <w:b/>
          <w:bCs/>
          <w:u w:val="single"/>
        </w:rPr>
      </w:pPr>
      <w:r>
        <w:rPr>
          <w:rFonts w:ascii="Calibri" w:eastAsia="Calibri" w:hAnsi="Calibri" w:cs="Calibri"/>
          <w:b/>
          <w:bCs/>
          <w:u w:val="single"/>
        </w:rPr>
        <w:t>CON PONENCIA PARA SEGUNDO DEBATE</w:t>
      </w:r>
    </w:p>
    <w:p w14:paraId="4785DD5E" w14:textId="77777777" w:rsidR="00333E21" w:rsidRDefault="00333E21" w:rsidP="00333E21">
      <w:pPr>
        <w:spacing w:after="0" w:line="240" w:lineRule="auto"/>
        <w:jc w:val="both"/>
        <w:rPr>
          <w:rFonts w:ascii="Calibri" w:eastAsia="Calibri" w:hAnsi="Calibri" w:cs="Calibri"/>
          <w:b/>
          <w:bCs/>
          <w:u w:val="single"/>
        </w:rPr>
      </w:pPr>
    </w:p>
    <w:p w14:paraId="2DC0B0B7" w14:textId="77777777" w:rsidR="00333E21" w:rsidRDefault="00333E21" w:rsidP="00333E21">
      <w:pPr>
        <w:spacing w:after="0" w:line="240" w:lineRule="auto"/>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796D74A" w14:textId="77777777">
        <w:tc>
          <w:tcPr>
            <w:tcW w:w="3092" w:type="dxa"/>
            <w:tcBorders>
              <w:top w:val="single" w:sz="24" w:space="0" w:color="000000"/>
              <w:bottom w:val="single" w:sz="4" w:space="0" w:color="000000"/>
            </w:tcBorders>
            <w:vAlign w:val="center"/>
          </w:tcPr>
          <w:p w14:paraId="07FA7A35" w14:textId="7E9A9C03" w:rsidR="003C3390" w:rsidRPr="00333E21" w:rsidRDefault="0000000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333E21">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F2EF5C2"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003 DE 2024 SENADO</w:t>
            </w:r>
          </w:p>
        </w:tc>
      </w:tr>
      <w:tr w:rsidR="00E60F76" w:rsidRPr="00676F65" w14:paraId="71A60A9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CDF41F"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1B129D" w14:textId="7D74E62B" w:rsidR="003C3390" w:rsidRPr="00A726B6" w:rsidRDefault="004A1E3B" w:rsidP="004A1E3B">
            <w:pPr>
              <w:spacing w:after="0" w:line="240" w:lineRule="auto"/>
              <w:ind w:hanging="7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PROHÍBE EL USO DEL GLIFOSATO COMO INGREDIENTE ACTIVO EN FORMULACIONES PARA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ERRADICACIÓN DE CULTIVOS DE USO ILÍCITO EN EL TERRITORIO NACIONAL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A726B6" w:rsidRPr="00A726B6">
              <w:rPr>
                <w:rFonts w:ascii="Calibri" w:eastAsia="Times New Roman" w:hAnsi="Calibri" w:cs="Calibri"/>
                <w:lang w:eastAsia="es-MX"/>
                <w14:shadow w14:blurRad="50800" w14:dist="38100" w14:dir="5400000" w14:sx="100000" w14:sy="100000" w14:kx="0" w14:ky="0" w14:algn="t">
                  <w14:srgbClr w14:val="000000">
                    <w14:alpha w14:val="60000"/>
                  </w14:srgbClr>
                </w14:shadow>
              </w:rPr>
              <w:t>GACETA: 1599/24</w:t>
            </w:r>
          </w:p>
        </w:tc>
      </w:tr>
      <w:tr w:rsidR="00E60F76" w:rsidRPr="00676F65" w14:paraId="37A537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F04E58"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2FA4E93" w14:textId="7A76F425" w:rsidR="003C3390" w:rsidRPr="00676F65" w:rsidRDefault="00676F65" w:rsidP="00676F65">
            <w:pPr>
              <w:spacing w:after="0" w:line="240" w:lineRule="auto"/>
              <w:jc w:val="center"/>
              <w:rPr>
                <w:rFonts w:ascii="Calibri" w:eastAsia="Calibri" w:hAnsi="Calibri" w:cs="Calibri"/>
                <w:lang w:val="es-CO" w:eastAsia="es-CO"/>
              </w:rPr>
            </w:pPr>
            <w:r w:rsidRPr="00676F65">
              <w:rPr>
                <w:rFonts w:ascii="Calibri" w:eastAsia="Calibri" w:hAnsi="Calibri" w:cs="Calibri"/>
                <w:sz w:val="20"/>
                <w:szCs w:val="20"/>
                <w:lang w:val="es-CO" w:eastAsia="es-CO"/>
              </w:rPr>
              <w:t xml:space="preserve">H.S. ESMERALDA HERNÁNDEZ SILVA, RICHARD HUMBERTO FUELANTALA DELGADO, IVÁN CEPEDA CASTRO, CLARA EUGENIA LÓPEZ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RAÚL ASPRILLA REYES, JULIÁN GALLO CUBILLOS, SANDRA RAMÍREZ LOBO SILVA, OMAR DE JESÚS RESTREPO CORREA, PAULINO RIASCOS </w:t>
            </w:r>
            <w:proofErr w:type="spellStart"/>
            <w:r w:rsidRPr="00676F65">
              <w:rPr>
                <w:rFonts w:ascii="Calibri" w:eastAsia="Calibri" w:hAnsi="Calibri" w:cs="Calibri"/>
                <w:sz w:val="20"/>
                <w:szCs w:val="20"/>
                <w:lang w:val="es-CO" w:eastAsia="es-CO"/>
              </w:rPr>
              <w:t>RIASCOS</w:t>
            </w:r>
            <w:proofErr w:type="spellEnd"/>
            <w:r w:rsidRPr="00676F65">
              <w:rPr>
                <w:rFonts w:ascii="Calibri" w:eastAsia="Calibri" w:hAnsi="Calibri" w:cs="Calibri"/>
                <w:sz w:val="20"/>
                <w:szCs w:val="20"/>
                <w:lang w:val="es-CO" w:eastAsia="es-CO"/>
              </w:rPr>
              <w:t xml:space="preserve">, </w:t>
            </w:r>
            <w:proofErr w:type="spellStart"/>
            <w:r w:rsidRPr="00676F65">
              <w:rPr>
                <w:rFonts w:ascii="Calibri" w:eastAsia="Calibri" w:hAnsi="Calibri" w:cs="Calibri"/>
                <w:sz w:val="20"/>
                <w:szCs w:val="20"/>
                <w:lang w:val="es-CO" w:eastAsia="es-CO"/>
              </w:rPr>
              <w:t>H.R</w:t>
            </w:r>
            <w:proofErr w:type="spellEnd"/>
            <w:r w:rsidRPr="00676F65">
              <w:rPr>
                <w:rFonts w:ascii="Calibri" w:eastAsia="Calibri" w:hAnsi="Calibri" w:cs="Calibri"/>
                <w:sz w:val="20"/>
                <w:szCs w:val="20"/>
                <w:lang w:val="es-CO" w:eastAsia="es-CO"/>
              </w:rPr>
              <w:t xml:space="preserve">. ETNA TÁMARA ARGOTE CALDERÓN, MARY ANNE ANDREA PERDOMO, LEIDER ALEXANDRA VÁSQUEZ OCHOA, ERICK ADRIÁN VELASCO BURBANO, NORMAN BAÑOL ÁLVAREZ, JUAN CARLOS LOZADA VARGAS, GABRIEL BECERRA YAÑEZ, ALFREDO MONDRAGÓN GARZÓN, SUSANA GÓMEZ CASTAÑO, HERÁCLITO LANDINEZ, MARÍA FERNANDA CARRASCAL ROJAS, GLORIA ELENA ARIZABALETA CORRAL, JORGE ALEJANDRO OCAMPO GIRALDO, DORINA HERNÁNDEZ PALOMINO, EDUARD GIOVANNY SARMIENTO HIDALGO, LEYLA MARLENY RINCÓN TRUJILLO, JORGE ANDRÉS CANCIMANCE LÓPEZ, LEIDER </w:t>
            </w:r>
            <w:r w:rsidRPr="00676F65">
              <w:rPr>
                <w:rFonts w:ascii="Calibri" w:eastAsia="Calibri" w:hAnsi="Calibri" w:cs="Calibri"/>
                <w:sz w:val="20"/>
                <w:szCs w:val="20"/>
                <w:lang w:val="es-CO" w:eastAsia="es-CO"/>
              </w:rPr>
              <w:lastRenderedPageBreak/>
              <w:t>ALEXANDRA VÁSQUEZ OCHOA, GABRIEL ERNESTO PARRADO DURAN, PEDRO JOSÉ SUAREZ VACCA, MARTHA LISBETH ALFONSO JURADO, SANTIAGO OSORIO MARÍN, ALEJANDRO GARCÍA RÍOS Y OTRA FIRMA ILEGIBLE.</w:t>
            </w:r>
          </w:p>
        </w:tc>
      </w:tr>
      <w:tr w:rsidR="00E60F76" w:rsidRPr="00676F65" w14:paraId="002750D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53768C"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4F7C403"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ESMERALDA HERNÁNDEZ SILVA</w:t>
            </w:r>
          </w:p>
        </w:tc>
      </w:tr>
    </w:tbl>
    <w:p w14:paraId="6A04EFEF" w14:textId="77777777" w:rsidR="003C3390" w:rsidRDefault="003C3390" w:rsidP="002460CC">
      <w:pPr>
        <w:spacing w:after="0" w:line="240" w:lineRule="auto"/>
        <w:jc w:val="center"/>
        <w:rPr>
          <w:rFonts w:ascii="Calibri" w:eastAsia="Calibri" w:hAnsi="Calibri" w:cs="Calibri"/>
        </w:rPr>
      </w:pPr>
    </w:p>
    <w:p w14:paraId="39A3F834" w14:textId="77777777" w:rsidR="002460CC" w:rsidRDefault="002460CC" w:rsidP="002460CC">
      <w:pPr>
        <w:spacing w:after="0" w:line="240" w:lineRule="auto"/>
        <w:jc w:val="cente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703244E" w14:textId="77777777">
        <w:tc>
          <w:tcPr>
            <w:tcW w:w="3092" w:type="dxa"/>
            <w:tcBorders>
              <w:top w:val="single" w:sz="24" w:space="0" w:color="000000"/>
              <w:bottom w:val="single" w:sz="4" w:space="0" w:color="000000"/>
            </w:tcBorders>
            <w:vAlign w:val="center"/>
          </w:tcPr>
          <w:p w14:paraId="5A759C88" w14:textId="78FB01D6" w:rsidR="003C3390" w:rsidRPr="00333E21" w:rsidRDefault="0000000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333E21">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02FF2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005 DE 2024 SENADO</w:t>
            </w:r>
          </w:p>
        </w:tc>
      </w:tr>
      <w:tr w:rsidR="00E60F76" w:rsidRPr="00676F65" w14:paraId="5169FDA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949389"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5A044B" w14:textId="77777777" w:rsidR="004A1E3B" w:rsidRPr="004A1E3B" w:rsidRDefault="004A1E3B" w:rsidP="004A1E3B">
            <w:pPr>
              <w:spacing w:after="0" w:line="240" w:lineRule="auto"/>
              <w:ind w:left="-214" w:firstLine="14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FOMENTAN PRÁCTICAS RECREATIVAS Y</w:t>
            </w:r>
          </w:p>
          <w:p w14:paraId="5F6397D2" w14:textId="77777777" w:rsidR="004A1E3B" w:rsidRPr="004A1E3B" w:rsidRDefault="004A1E3B" w:rsidP="004A1E3B">
            <w:pPr>
              <w:spacing w:after="0" w:line="240" w:lineRule="auto"/>
              <w:ind w:left="-214" w:firstLine="14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LÚDICAS LIBRES DEL USO DE FUEGOS ARTIFICIALES Y/0 JUEGOS</w:t>
            </w:r>
          </w:p>
          <w:p w14:paraId="0AC446C2" w14:textId="77777777" w:rsidR="004A1E3B" w:rsidRPr="004A1E3B" w:rsidRDefault="004A1E3B" w:rsidP="004A1E3B">
            <w:pPr>
              <w:spacing w:after="0" w:line="240" w:lineRule="auto"/>
              <w:ind w:left="-214" w:firstLine="14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PIROTÉCNICOS, GARANTIZANDO LA SALUD HUMANA Y ANIMAL, LA</w:t>
            </w:r>
          </w:p>
          <w:p w14:paraId="6AD03ABB" w14:textId="143791F7" w:rsidR="003C3390" w:rsidRPr="00676F65" w:rsidRDefault="004A1E3B" w:rsidP="004A1E3B">
            <w:pPr>
              <w:spacing w:after="0" w:line="240" w:lineRule="auto"/>
              <w:ind w:left="-214" w:firstLine="142"/>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DISMINUCIÓN DE IMPACTOS AMBIENTALES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sidR="00A726B6" w:rsidRPr="00A726B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A726B6">
              <w:rPr>
                <w:rFonts w:ascii="Calibri" w:eastAsia="Calibri" w:hAnsi="Calibri" w:cs="Calibri"/>
                <w:lang w:val="es-CO" w:eastAsia="es-CO"/>
              </w:rPr>
              <w:t xml:space="preserve"> </w:t>
            </w:r>
            <w:r w:rsidR="00EE6B1B">
              <w:rPr>
                <w:rFonts w:ascii="Calibri" w:eastAsia="Calibri" w:hAnsi="Calibri" w:cs="Calibri"/>
                <w:lang w:val="es-CO" w:eastAsia="es-CO"/>
              </w:rPr>
              <w:t xml:space="preserve"> </w:t>
            </w:r>
            <w:r w:rsidR="00394C56" w:rsidRPr="00676F65">
              <w:rPr>
                <w:rFonts w:ascii="Calibri" w:eastAsia="Calibri" w:hAnsi="Calibri" w:cs="Calibri"/>
                <w:lang w:val="es-CO" w:eastAsia="es-CO"/>
              </w:rPr>
              <w:t>GACETA: 159/25</w:t>
            </w:r>
          </w:p>
        </w:tc>
      </w:tr>
      <w:tr w:rsidR="00E60F76" w:rsidRPr="00676F65" w14:paraId="29464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361630"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7FE13B1" w14:textId="0FDD6ED3" w:rsidR="003C3390" w:rsidRPr="00676F65" w:rsidRDefault="00676F65" w:rsidP="00676F65">
            <w:pPr>
              <w:spacing w:after="0" w:line="240" w:lineRule="auto"/>
              <w:jc w:val="center"/>
              <w:rPr>
                <w:rFonts w:ascii="Calibri" w:eastAsia="Calibri" w:hAnsi="Calibri" w:cs="Calibri"/>
                <w:lang w:val="es-CO" w:eastAsia="es-CO"/>
              </w:rPr>
            </w:pPr>
            <w:r w:rsidRPr="00676F65">
              <w:rPr>
                <w:rFonts w:ascii="Calibri" w:eastAsia="Calibri" w:hAnsi="Calibri" w:cs="Calibri"/>
                <w:sz w:val="20"/>
                <w:szCs w:val="20"/>
                <w:lang w:val="es-CO" w:eastAsia="es-CO"/>
              </w:rPr>
              <w:t xml:space="preserve">H.S. ESMERALDA HERNÁNDEZ SILVA, NICOLÁS ALBEIRO ECHEVERRY ALVARÁN, RICHARD, HUMBERTO FUELANTALA DELGADO, INTI RAÚL ASPRILLA REYES, GLORIA FLÓREZ SCHENEIDER, CATALINA DEL SOCORRO PÉREZ, JAEL QUIROGA CARRILLO, MARTHA ISABEL PERALTA EPIEYU, ROBERT DAZA GUEVARA, ANTONIO JOSÉ CORREA JIMÉNEZ, PEDRO HERNANDO FLÓREZ PORRAS, PAULINO RIASCOS </w:t>
            </w:r>
            <w:proofErr w:type="spellStart"/>
            <w:r w:rsidRPr="00676F65">
              <w:rPr>
                <w:rFonts w:ascii="Calibri" w:eastAsia="Calibri" w:hAnsi="Calibri" w:cs="Calibri"/>
                <w:sz w:val="20"/>
                <w:szCs w:val="20"/>
                <w:lang w:val="es-CO" w:eastAsia="es-CO"/>
              </w:rPr>
              <w:t>RIASCOS</w:t>
            </w:r>
            <w:proofErr w:type="spellEnd"/>
            <w:r w:rsidRPr="00676F65">
              <w:rPr>
                <w:rFonts w:ascii="Calibri" w:eastAsia="Calibri" w:hAnsi="Calibri" w:cs="Calibri"/>
                <w:sz w:val="20"/>
                <w:szCs w:val="20"/>
                <w:lang w:val="es-CO" w:eastAsia="es-CO"/>
              </w:rPr>
              <w:t xml:space="preserve">, ISABEL CRISTINA ZULETA LÓPEZ, JULIO CESAR ESTRADA, SONIA BERNAL SÁNCHEZ, WILSON NEVER ARIAS CASTILLO, IVÁN CEPEDA CASTRO, CLARA LÓPEZ OBREGÓN, PABLO CATATUMBO TORRES VICTORIA, SANDRA RAMÍREZ LOBO SILVA, JULIÁN GALLO CUBILLOS, OMAR DE JESÚS RESTREPO CORREA; Y LOS H.R. ANDRÉS FELIPE JIMÉNEZ VARGAS, JUAN CARLOS LOZADA VARGAS, ALFREDO MONDRAGÓN GARZÓN, EDNA TAMARA ARGOTE CALDERÓN, SUSANA GÓMEZ CASTAÑO, HERACLITO LANDINEZ SUÁREZ, MARÍA FERNANDA CARRASCAL ROJAS, GLORIA ELENA ARIZABALETA CORRAL, JORGE ALEJANDRO OCAMPO GIRALDO, DORINA HERNÁNDEZ PALOMINO, EDUARD GIOVANNY SARMIENTO HIDALGO, LEYLA MARLENY RINCÓN TRUJILLO, JORGE ANDRÉS CANCIMANCE LÓPEZ, LEIDER ALEXANDRA VÁZQUEZ OCHOA, GABRIEL ERNESTO PARRADO DURAN, ERICK </w:t>
            </w:r>
            <w:r w:rsidR="00455777" w:rsidRPr="00676F65">
              <w:rPr>
                <w:rFonts w:ascii="Calibri" w:eastAsia="Calibri" w:hAnsi="Calibri" w:cs="Calibri"/>
                <w:sz w:val="20"/>
                <w:szCs w:val="20"/>
                <w:lang w:val="es-CO" w:eastAsia="es-CO"/>
              </w:rPr>
              <w:t>ADRIÁN</w:t>
            </w:r>
            <w:r w:rsidRPr="00676F65">
              <w:rPr>
                <w:rFonts w:ascii="Calibri" w:eastAsia="Calibri" w:hAnsi="Calibri" w:cs="Calibri"/>
                <w:sz w:val="20"/>
                <w:szCs w:val="20"/>
                <w:lang w:val="es-CO" w:eastAsia="es-CO"/>
              </w:rPr>
              <w:t xml:space="preserve"> VELASCO BURBANO, PEDRO </w:t>
            </w:r>
            <w:r w:rsidR="00455777" w:rsidRPr="00676F65">
              <w:rPr>
                <w:rFonts w:ascii="Calibri" w:eastAsia="Calibri" w:hAnsi="Calibri" w:cs="Calibri"/>
                <w:sz w:val="20"/>
                <w:szCs w:val="20"/>
                <w:lang w:val="es-CO" w:eastAsia="es-CO"/>
              </w:rPr>
              <w:t>JOSÉ</w:t>
            </w:r>
            <w:r w:rsidRPr="00676F65">
              <w:rPr>
                <w:rFonts w:ascii="Calibri" w:eastAsia="Calibri" w:hAnsi="Calibri" w:cs="Calibri"/>
                <w:sz w:val="20"/>
                <w:szCs w:val="20"/>
                <w:lang w:val="es-CO" w:eastAsia="es-CO"/>
              </w:rPr>
              <w:t xml:space="preserve"> SUAREZ VACCA, MARTHA LISBETH ALFONSO JURADO, SANTIAGO OSORIO MARÍN, ALEJANDRO GARCÍA RÍOS.</w:t>
            </w:r>
          </w:p>
        </w:tc>
      </w:tr>
      <w:tr w:rsidR="00E60F76" w:rsidRPr="00676F65" w14:paraId="1A2A62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57BF6D"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576E2C" w14:textId="3CF144D5"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FE</w:t>
            </w:r>
            <w:r w:rsidR="00455777">
              <w:rPr>
                <w:rFonts w:ascii="Calibri" w:eastAsia="Calibri" w:hAnsi="Calibri" w:cs="Calibri"/>
                <w:lang w:val="es-CO" w:eastAsia="es-CO"/>
              </w:rPr>
              <w:t>R</w:t>
            </w:r>
            <w:r w:rsidRPr="00676F65">
              <w:rPr>
                <w:rFonts w:ascii="Calibri" w:eastAsia="Calibri" w:hAnsi="Calibri" w:cs="Calibri"/>
                <w:lang w:val="es-CO" w:eastAsia="es-CO"/>
              </w:rPr>
              <w:t>NEY SILVA HIDROBO</w:t>
            </w:r>
          </w:p>
        </w:tc>
      </w:tr>
    </w:tbl>
    <w:p w14:paraId="4552F5A6"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D500A6C" w14:textId="77777777">
        <w:tc>
          <w:tcPr>
            <w:tcW w:w="3092" w:type="dxa"/>
            <w:tcBorders>
              <w:top w:val="single" w:sz="24" w:space="0" w:color="000000"/>
              <w:bottom w:val="single" w:sz="4" w:space="0" w:color="000000"/>
            </w:tcBorders>
            <w:vAlign w:val="center"/>
          </w:tcPr>
          <w:p w14:paraId="1AA6BD8B"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9C247FA"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007 DE 2024 SENADO</w:t>
            </w:r>
          </w:p>
        </w:tc>
      </w:tr>
      <w:tr w:rsidR="00E60F76" w:rsidRPr="00676F65" w14:paraId="56FA7AC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ACD1D1"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D3C6A0" w14:textId="2DFEC7C2" w:rsidR="004A1E3B" w:rsidRPr="004A1E3B" w:rsidRDefault="004A1E3B" w:rsidP="004A1E3B">
            <w:pPr>
              <w:spacing w:after="0" w:line="240" w:lineRule="auto"/>
              <w:ind w:left="-7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SE MODIFICA LA LEY 675 DE 2001 CON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EL FIN DE CONTRIBUIR A LA CONVIVENCIA RESPONSABLE Y COMPASIVA CON LOS ANIMALES EN LOS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REGÍMENES DE PROPIEDAD HORIZONTAL DE EDIFICIOS O CONJUNTOS DE USO RESIDENCIAL,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PROMOVER SU CUIDADO Y PROTECCIÓN MEDIANTE LA PARTICIPACIÓN COMUNITARIA Y LA SOLIDARIDAD</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2014BF45" w14:textId="75877C1D" w:rsidR="003C3390" w:rsidRPr="00676F65" w:rsidRDefault="004A1E3B" w:rsidP="004A1E3B">
            <w:pPr>
              <w:spacing w:after="0" w:line="240" w:lineRule="auto"/>
              <w:ind w:left="-72"/>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SOCIAL”: LEY ZOOPOLIS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EE6B1B" w:rsidRPr="00676F65">
              <w:rPr>
                <w:rFonts w:ascii="Calibri" w:eastAsia="Calibri" w:hAnsi="Calibri" w:cs="Calibri"/>
                <w:lang w:val="es-CO" w:eastAsia="es-CO"/>
              </w:rPr>
              <w:t>GACETA: 863/25</w:t>
            </w:r>
          </w:p>
        </w:tc>
      </w:tr>
      <w:tr w:rsidR="00E60F76" w:rsidRPr="00676F65" w14:paraId="43FA6B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460847"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3B864A9" w14:textId="5B83F1AA"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 xml:space="preserve">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w:t>
            </w:r>
            <w:r w:rsidR="00676F65" w:rsidRPr="00676F65">
              <w:rPr>
                <w:rFonts w:ascii="Calibri" w:eastAsia="Calibri" w:hAnsi="Calibri" w:cs="Calibri"/>
                <w:lang w:val="es-CO" w:eastAsia="es-CO"/>
              </w:rPr>
              <w:lastRenderedPageBreak/>
              <w:t>CRISTIAN DANILO AVENDAÑO FINO, ALIRIO URIBE MUÑOZ, JUAN SEBASTIAN GÓMEZ GONZÁLEZ, JUAN CAMILO LONDOÑO BARRERA.</w:t>
            </w:r>
          </w:p>
        </w:tc>
      </w:tr>
      <w:tr w:rsidR="00E60F76" w:rsidRPr="00676F65" w14:paraId="69D8863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8EF927D"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9D3B52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MARIA JOSÉ PIZARRO RODRÍGUEZ</w:t>
            </w:r>
          </w:p>
        </w:tc>
      </w:tr>
    </w:tbl>
    <w:p w14:paraId="1ECB3CF3"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B330595" w14:textId="77777777">
        <w:tc>
          <w:tcPr>
            <w:tcW w:w="3092" w:type="dxa"/>
            <w:tcBorders>
              <w:top w:val="single" w:sz="24" w:space="0" w:color="000000"/>
              <w:bottom w:val="single" w:sz="4" w:space="0" w:color="000000"/>
            </w:tcBorders>
            <w:vAlign w:val="center"/>
          </w:tcPr>
          <w:p w14:paraId="75EE09E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8" w:name="_Hlk232506368"/>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7FE8B4E"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018 DE 2024 SENADO</w:t>
            </w:r>
          </w:p>
        </w:tc>
      </w:tr>
      <w:tr w:rsidR="00E60F76" w:rsidRPr="00676F65" w14:paraId="7B1F87B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69DB3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0C1F74" w14:textId="68C25EE5" w:rsidR="003C3390" w:rsidRPr="00676F65" w:rsidRDefault="004A1E3B" w:rsidP="004A1E3B">
            <w:pPr>
              <w:spacing w:after="0" w:line="240" w:lineRule="auto"/>
              <w:ind w:left="37" w:hanging="109"/>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RECONOCE AL FESTIVAL DEL CUY Y LA CULTURA CAMPESINA, LIGADO A LA PRODUCCIÓN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DEL CUY EN EL DEPARTAMENTO DE NARIÑO, COMO MANIFESTACIÓN DEL PATRIMONIO CULTURAL DE LA NACIÓN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 OTRAS DISPOSICIONES”.</w:t>
            </w:r>
            <w:r w:rsidR="00940CFB">
              <w:rPr>
                <w:rFonts w:ascii="Calibri" w:eastAsia="Calibri" w:hAnsi="Calibri" w:cs="Calibri"/>
                <w:lang w:val="es-CO" w:eastAsia="es-CO"/>
              </w:rPr>
              <w:t xml:space="preserve">  </w:t>
            </w:r>
            <w:r w:rsidR="00940CFB" w:rsidRPr="00676F65">
              <w:rPr>
                <w:rFonts w:ascii="Calibri" w:eastAsia="Calibri" w:hAnsi="Calibri" w:cs="Calibri"/>
                <w:lang w:val="es-CO" w:eastAsia="es-CO"/>
              </w:rPr>
              <w:t>GACETA: 934/25</w:t>
            </w:r>
          </w:p>
        </w:tc>
      </w:tr>
      <w:tr w:rsidR="00E60F76" w:rsidRPr="00676F65" w14:paraId="47C3561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A785B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C1F43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Robert Daza Guevara, Catalina Del Socorro Pérez </w:t>
            </w:r>
            <w:proofErr w:type="spellStart"/>
            <w:r w:rsidRPr="00676F65">
              <w:rPr>
                <w:rFonts w:ascii="Calibri" w:eastAsia="Calibri" w:hAnsi="Calibri" w:cs="Calibri"/>
                <w:lang w:val="es-CO" w:eastAsia="es-CO"/>
              </w:rPr>
              <w:t>Pérez</w:t>
            </w:r>
            <w:proofErr w:type="spellEnd"/>
            <w:r w:rsidRPr="00676F65">
              <w:rPr>
                <w:rFonts w:ascii="Calibri" w:eastAsia="Calibri" w:hAnsi="Calibri" w:cs="Calibri"/>
                <w:lang w:val="es-CO" w:eastAsia="es-CO"/>
              </w:rPr>
              <w:t xml:space="preserve">, Carlos Alberto Benavides Mora, Sandra Ramírez Lobo Silva, Sandra Yaneth </w:t>
            </w:r>
            <w:proofErr w:type="spellStart"/>
            <w:r w:rsidRPr="00676F65">
              <w:rPr>
                <w:rFonts w:ascii="Calibri" w:eastAsia="Calibri" w:hAnsi="Calibri" w:cs="Calibri"/>
                <w:lang w:val="es-CO" w:eastAsia="es-CO"/>
              </w:rPr>
              <w:t>Jaimes</w:t>
            </w:r>
            <w:proofErr w:type="spellEnd"/>
            <w:r w:rsidRPr="00676F65">
              <w:rPr>
                <w:rFonts w:ascii="Calibri" w:eastAsia="Calibri" w:hAnsi="Calibri" w:cs="Calibri"/>
                <w:lang w:val="es-CO" w:eastAsia="es-CO"/>
              </w:rPr>
              <w:t xml:space="preserve"> Cruz, Liliana Benavides Solarte, Pablo Catatumbo Torres Victoria, Gloria Flórez Schneider, H.R. Leyla Marleny Rincón Trujillo, Andrés Cancimance López</w:t>
            </w:r>
          </w:p>
        </w:tc>
      </w:tr>
      <w:tr w:rsidR="00E60F76" w:rsidRPr="00676F65" w14:paraId="0C9608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CACEA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E67BBA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ROBERT DAZA GUEVARA</w:t>
            </w:r>
          </w:p>
        </w:tc>
      </w:tr>
      <w:bookmarkEnd w:id="8"/>
    </w:tbl>
    <w:p w14:paraId="6B65BCA8"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D51947" w14:paraId="236CA722" w14:textId="77777777" w:rsidTr="007607FD">
        <w:tc>
          <w:tcPr>
            <w:tcW w:w="3092" w:type="dxa"/>
            <w:tcBorders>
              <w:top w:val="single" w:sz="24" w:space="0" w:color="000000"/>
              <w:bottom w:val="single" w:sz="4" w:space="0" w:color="000000"/>
            </w:tcBorders>
            <w:vAlign w:val="center"/>
          </w:tcPr>
          <w:p w14:paraId="0830EA08" w14:textId="3269C68B" w:rsidR="00D51947" w:rsidRPr="00D51947" w:rsidRDefault="00D51947">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D51947">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78EFC29" w14:textId="77777777" w:rsidR="00D51947" w:rsidRDefault="00D51947" w:rsidP="007607FD">
            <w:pPr>
              <w:ind w:left="360"/>
              <w:jc w:val="center"/>
              <w:rPr>
                <w:rFonts w:ascii="Calibri" w:eastAsia="Calibri" w:hAnsi="Calibri" w:cs="Calibri"/>
                <w:b/>
                <w:bCs/>
                <w:sz w:val="24"/>
                <w:szCs w:val="24"/>
              </w:rPr>
            </w:pPr>
            <w:r>
              <w:rPr>
                <w:rFonts w:ascii="Calibri" w:eastAsia="Calibri" w:hAnsi="Calibri" w:cs="Calibri"/>
                <w:b/>
                <w:bCs/>
                <w:sz w:val="24"/>
                <w:szCs w:val="24"/>
              </w:rPr>
              <w:t>PL.N. 019 DE 2024 SENADO</w:t>
            </w:r>
          </w:p>
        </w:tc>
      </w:tr>
      <w:tr w:rsidR="00D51947" w:rsidRPr="00676F65" w14:paraId="5E9D8E1E" w14:textId="77777777" w:rsidTr="007607FD">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548EF5" w14:textId="77777777" w:rsidR="00D51947" w:rsidRPr="00676F65" w:rsidRDefault="00D51947" w:rsidP="007607FD">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FD0B0C" w14:textId="1F28FCA2" w:rsidR="00D51947" w:rsidRPr="00676F65" w:rsidRDefault="004A1E3B" w:rsidP="004A1E3B">
            <w:pPr>
              <w:spacing w:after="0" w:line="240" w:lineRule="auto"/>
              <w:ind w:left="37" w:hanging="109"/>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DECLARA PATRIMONIO CULTURAL INMATERIAL DE LA NACIÓN EL SABER ANCESTRAL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LAS TEJEDORAS DE LA IRACA Y COMO SÍMBOLO CULTURAL DE LA NACIÓN EL SOMBRERO SANDONEÑO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D51947" w:rsidRPr="00676F65">
              <w:rPr>
                <w:rFonts w:ascii="Calibri" w:eastAsia="Calibri" w:hAnsi="Calibri" w:cs="Calibri"/>
                <w:lang w:val="es-CO" w:eastAsia="es-CO"/>
              </w:rPr>
              <w:t>GACETA: 606/25</w:t>
            </w:r>
          </w:p>
        </w:tc>
      </w:tr>
      <w:tr w:rsidR="00D51947" w:rsidRPr="00676F65" w14:paraId="6D89CF24" w14:textId="77777777" w:rsidTr="007607FD">
        <w:tc>
          <w:tcPr>
            <w:tcW w:w="3092" w:type="dxa"/>
            <w:tcBorders>
              <w:top w:val="single" w:sz="4" w:space="0" w:color="000000"/>
              <w:left w:val="single" w:sz="4" w:space="0" w:color="000000"/>
              <w:bottom w:val="single" w:sz="4" w:space="0" w:color="000000"/>
              <w:right w:val="single" w:sz="4" w:space="0" w:color="000000"/>
            </w:tcBorders>
            <w:vAlign w:val="center"/>
          </w:tcPr>
          <w:p w14:paraId="5D620F08" w14:textId="77777777" w:rsidR="00D51947" w:rsidRPr="00676F65" w:rsidRDefault="00D51947" w:rsidP="007607FD">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5E78298" w14:textId="77777777" w:rsidR="00D51947" w:rsidRPr="00676F65" w:rsidRDefault="00D51947" w:rsidP="007607FD">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ROBERT DAZA GUEVARA, CATALINA DEL SOCORRO PÉREZ </w:t>
            </w:r>
            <w:proofErr w:type="spellStart"/>
            <w:r w:rsidRPr="00676F65">
              <w:rPr>
                <w:rFonts w:ascii="Calibri" w:eastAsia="Calibri" w:hAnsi="Calibri" w:cs="Calibri"/>
                <w:lang w:val="es-CO" w:eastAsia="es-CO"/>
              </w:rPr>
              <w:t>PÉREZ</w:t>
            </w:r>
            <w:proofErr w:type="spellEnd"/>
            <w:r w:rsidRPr="00676F65">
              <w:rPr>
                <w:rFonts w:ascii="Calibri" w:eastAsia="Calibri" w:hAnsi="Calibri" w:cs="Calibri"/>
                <w:lang w:val="es-CO" w:eastAsia="es-CO"/>
              </w:rPr>
              <w:t>,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D51947" w:rsidRPr="00676F65" w14:paraId="61FC4A86" w14:textId="77777777" w:rsidTr="007607FD">
        <w:tc>
          <w:tcPr>
            <w:tcW w:w="3092" w:type="dxa"/>
            <w:tcBorders>
              <w:top w:val="single" w:sz="4" w:space="0" w:color="000000"/>
              <w:left w:val="single" w:sz="4" w:space="0" w:color="000000"/>
              <w:bottom w:val="single" w:sz="4" w:space="0" w:color="000000"/>
              <w:right w:val="single" w:sz="4" w:space="0" w:color="000000"/>
            </w:tcBorders>
            <w:vAlign w:val="center"/>
          </w:tcPr>
          <w:p w14:paraId="5ADC94AF" w14:textId="77777777" w:rsidR="00D51947" w:rsidRPr="00676F65" w:rsidRDefault="00D51947" w:rsidP="007607FD">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B40DA1C" w14:textId="77777777" w:rsidR="00D51947" w:rsidRPr="00676F65" w:rsidRDefault="00D51947" w:rsidP="007607FD">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ROBERT DAZA GUEVARA</w:t>
            </w:r>
          </w:p>
        </w:tc>
      </w:tr>
    </w:tbl>
    <w:p w14:paraId="1BC8FA24" w14:textId="77777777" w:rsidR="00D51947" w:rsidRDefault="00D51947">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0560FC" w14:paraId="56457CF4" w14:textId="77777777" w:rsidTr="007B3F21">
        <w:tc>
          <w:tcPr>
            <w:tcW w:w="3002" w:type="dxa"/>
            <w:tcBorders>
              <w:top w:val="single" w:sz="24" w:space="0" w:color="000000"/>
              <w:bottom w:val="single" w:sz="4" w:space="0" w:color="000000"/>
            </w:tcBorders>
            <w:vAlign w:val="center"/>
          </w:tcPr>
          <w:p w14:paraId="48F4013B" w14:textId="7D1AC418" w:rsidR="000560FC" w:rsidRPr="000560FC" w:rsidRDefault="000560FC">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0560FC">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3E012FE" w14:textId="77777777" w:rsidR="000560FC" w:rsidRDefault="000560FC"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020 DE 2024 SENADO </w:t>
            </w:r>
          </w:p>
        </w:tc>
      </w:tr>
      <w:tr w:rsidR="000560FC" w:rsidRPr="00676F65" w14:paraId="5D53201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D77EF2"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2DEFBD" w14:textId="463CFFED" w:rsidR="000560FC" w:rsidRPr="00676F65" w:rsidRDefault="004A1E3B" w:rsidP="004A1E3B">
            <w:pPr>
              <w:spacing w:after="0" w:line="240" w:lineRule="auto"/>
              <w:ind w:left="-127"/>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RECONOCE EL SABER ANCESTRAL Y LA PRODUCCIÓN ARTESANAL DE TEJEDORAS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TEJEDORES DE LANA DE OVEJA COMO PATRIMONIO CULTURAL INMATERIAL ORIGINADO EN LOS ECOSISTEMAS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PÁRAMOS DEL PAÍS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0560FC" w:rsidRPr="00676F65">
              <w:rPr>
                <w:rFonts w:ascii="Calibri" w:eastAsia="Calibri" w:hAnsi="Calibri" w:cs="Calibri"/>
                <w:lang w:val="es-CO" w:eastAsia="es-CO"/>
              </w:rPr>
              <w:t>GACETA:  1526/25</w:t>
            </w:r>
          </w:p>
        </w:tc>
      </w:tr>
      <w:tr w:rsidR="000560FC" w:rsidRPr="00676F65" w14:paraId="3194814E"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9030AEA"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4C696CF"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ROBERT DAZA GUEVARA, CATALINA DEL SOCORRO PÉREZ </w:t>
            </w:r>
            <w:proofErr w:type="spellStart"/>
            <w:r w:rsidRPr="00676F65">
              <w:rPr>
                <w:rFonts w:ascii="Calibri" w:eastAsia="Calibri" w:hAnsi="Calibri" w:cs="Calibri"/>
                <w:lang w:val="es-CO" w:eastAsia="es-CO"/>
              </w:rPr>
              <w:t>PÉREZ</w:t>
            </w:r>
            <w:proofErr w:type="spellEnd"/>
            <w:r w:rsidRPr="00676F65">
              <w:rPr>
                <w:rFonts w:ascii="Calibri" w:eastAsia="Calibri" w:hAnsi="Calibri" w:cs="Calibri"/>
                <w:lang w:val="es-CO" w:eastAsia="es-CO"/>
              </w:rPr>
              <w:t>, CARLOS ALBERTO BENAVIDES MORA, SANDRA RAMÍREZ LOBO SILVA, SANDRA YANETH JAIMES CRUZ, PABLO CATATUMBO TORRES VICTORIA, GLORIA FLÓREZ SCHNEIDER, H.R. LEYLA MARLENY RINCÓN TRUJILLO, ANDRÉS CANCIMANCE LÓPEZ, MARTHA LISBETH ALFONSO JURADO.</w:t>
            </w:r>
          </w:p>
        </w:tc>
      </w:tr>
      <w:tr w:rsidR="000560FC" w:rsidRPr="00676F65" w14:paraId="1A487EF0"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9315BB6"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5982ECE"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SANDRA RAMIREZ LOBO</w:t>
            </w:r>
          </w:p>
        </w:tc>
      </w:tr>
      <w:tr w:rsidR="00553066" w14:paraId="6209D192" w14:textId="77777777" w:rsidTr="007B3F21">
        <w:tc>
          <w:tcPr>
            <w:tcW w:w="3002" w:type="dxa"/>
            <w:tcBorders>
              <w:top w:val="single" w:sz="24" w:space="0" w:color="000000"/>
              <w:bottom w:val="single" w:sz="4" w:space="0" w:color="000000"/>
            </w:tcBorders>
            <w:vAlign w:val="center"/>
          </w:tcPr>
          <w:p w14:paraId="05144E81" w14:textId="71412A47" w:rsidR="00553066" w:rsidRPr="00553066" w:rsidRDefault="00553066">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553066">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771454E5" w14:textId="77777777" w:rsidR="00553066" w:rsidRDefault="00553066" w:rsidP="007B3F21">
            <w:pPr>
              <w:ind w:left="360"/>
              <w:jc w:val="center"/>
              <w:rPr>
                <w:rFonts w:ascii="Calibri" w:eastAsia="Calibri" w:hAnsi="Calibri" w:cs="Calibri"/>
                <w:b/>
                <w:bCs/>
              </w:rPr>
            </w:pPr>
            <w:r>
              <w:rPr>
                <w:rFonts w:ascii="Calibri" w:eastAsia="Calibri" w:hAnsi="Calibri" w:cs="Calibri"/>
                <w:b/>
                <w:bCs/>
              </w:rPr>
              <w:t xml:space="preserve">PL.N. 025 DE 2024 SENADO </w:t>
            </w:r>
          </w:p>
        </w:tc>
      </w:tr>
      <w:tr w:rsidR="00553066" w14:paraId="6520543B"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B9BBF6" w14:textId="77777777" w:rsidR="00553066" w:rsidRDefault="00553066" w:rsidP="007B3F21">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6C91C0" w14:textId="764BDC86" w:rsidR="00553066" w:rsidRPr="00553066" w:rsidRDefault="004A1E3B" w:rsidP="004A1E3B">
            <w:pPr>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SE ELEVA A LEY DE LA REPÚBLICA EL SELLO COMPRA LO NUESTRO PARA PROMOVER 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CONSUMO DE BIENES COLOMBIANOS”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553066" w:rsidRPr="00553066">
              <w:rPr>
                <w:rFonts w:ascii="Calibri" w:eastAsia="Times New Roman" w:hAnsi="Calibri" w:cs="Calibri"/>
                <w:lang w:eastAsia="es-MX"/>
                <w14:shadow w14:blurRad="50800" w14:dist="38100" w14:dir="5400000" w14:sx="100000" w14:sy="100000" w14:kx="0" w14:ky="0" w14:algn="t">
                  <w14:srgbClr w14:val="000000">
                    <w14:alpha w14:val="60000"/>
                  </w14:srgbClr>
                </w14:shadow>
              </w:rPr>
              <w:t>GACETA:  2134/24</w:t>
            </w:r>
            <w:r w:rsidR="00553066">
              <w:rPr>
                <w:rFonts w:ascii="Calibri" w:eastAsia="Times New Roman" w:hAnsi="Calibri" w:cs="Calibri"/>
                <w:lang w:eastAsia="es-MX"/>
                <w14:shadow w14:blurRad="50800" w14:dist="38100" w14:dir="5400000" w14:sx="100000" w14:sy="100000" w14:kx="0" w14:ky="0" w14:algn="t">
                  <w14:srgbClr w14:val="000000">
                    <w14:alpha w14:val="60000"/>
                  </w14:srgbClr>
                </w14:shadow>
              </w:rPr>
              <w:t xml:space="preserve"> </w:t>
            </w:r>
          </w:p>
        </w:tc>
      </w:tr>
      <w:tr w:rsidR="00553066" w:rsidRPr="00394C56" w14:paraId="1081A73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44C4157"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C735B48"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MARÍA FERNANDA CABAL MOLINA.</w:t>
            </w:r>
          </w:p>
        </w:tc>
      </w:tr>
      <w:tr w:rsidR="00553066" w:rsidRPr="00394C56" w14:paraId="72ECC2BE"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8F9669D"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2E26940"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MARÍA ANGELICA GUERRA LÓPEZ</w:t>
            </w:r>
          </w:p>
        </w:tc>
      </w:tr>
    </w:tbl>
    <w:p w14:paraId="66988ADE" w14:textId="77777777" w:rsidR="00553066" w:rsidRDefault="00553066">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5BCB5AA" w14:textId="77777777">
        <w:tc>
          <w:tcPr>
            <w:tcW w:w="3092" w:type="dxa"/>
            <w:tcBorders>
              <w:top w:val="single" w:sz="24" w:space="0" w:color="000000"/>
              <w:bottom w:val="single" w:sz="4" w:space="0" w:color="000000"/>
            </w:tcBorders>
            <w:vAlign w:val="center"/>
          </w:tcPr>
          <w:p w14:paraId="390375F0"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4D04A3C"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030 DE 2024 SENADO</w:t>
            </w:r>
          </w:p>
        </w:tc>
      </w:tr>
      <w:tr w:rsidR="00E60F76" w:rsidRPr="00676F65" w14:paraId="6A70990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921AB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18B8A6" w14:textId="00D5D940" w:rsidR="003C3390" w:rsidRPr="00676F65" w:rsidRDefault="004A1E3B" w:rsidP="004A1E3B">
            <w:pPr>
              <w:spacing w:after="0" w:line="240" w:lineRule="auto"/>
              <w:ind w:left="37"/>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MEDIO DE LA CUAL SE ESTABLECEN MEDIDAS PARA LA PROTECCIÓN DEL SUELO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 OTRAS DISPOSICIONES”</w:t>
            </w:r>
            <w:r w:rsidR="005C5F98"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5C5F98" w:rsidRPr="00676F65">
              <w:rPr>
                <w:rFonts w:ascii="Calibri" w:eastAsia="Calibri" w:hAnsi="Calibri" w:cs="Calibri"/>
                <w:lang w:val="es-CO" w:eastAsia="es-CO"/>
              </w:rPr>
              <w:t xml:space="preserve">   GACETA: 440/25</w:t>
            </w:r>
          </w:p>
        </w:tc>
      </w:tr>
      <w:tr w:rsidR="00E60F76" w:rsidRPr="00676F65" w14:paraId="3C78D10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CABDB3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805AADD" w14:textId="601D9B70"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H.R. </w:t>
            </w:r>
            <w:r w:rsidR="00676F65" w:rsidRPr="00676F65">
              <w:rPr>
                <w:rFonts w:ascii="Calibri" w:eastAsia="Calibri" w:hAnsi="Calibri" w:cs="Calibri"/>
                <w:lang w:val="es-CO" w:eastAsia="es-CO"/>
              </w:rPr>
              <w:t>DUVALIER SÁNCHEZ ARANGO</w:t>
            </w:r>
          </w:p>
        </w:tc>
      </w:tr>
      <w:tr w:rsidR="00E60F76" w:rsidRPr="00676F65" w14:paraId="2F89BC4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1F8C7B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012E28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INTI RAUL ASPRILLA, ANDRES FELIPE GUERRA HOYOS</w:t>
            </w:r>
          </w:p>
        </w:tc>
      </w:tr>
    </w:tbl>
    <w:p w14:paraId="313E364C"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A0FC6F7" w14:textId="77777777">
        <w:tc>
          <w:tcPr>
            <w:tcW w:w="3092" w:type="dxa"/>
            <w:tcBorders>
              <w:top w:val="single" w:sz="24" w:space="0" w:color="000000"/>
              <w:bottom w:val="single" w:sz="4" w:space="0" w:color="000000"/>
            </w:tcBorders>
            <w:vAlign w:val="center"/>
          </w:tcPr>
          <w:p w14:paraId="3AB5E112"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E8832BF"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035 DE 2024 SENADO</w:t>
            </w:r>
          </w:p>
        </w:tc>
      </w:tr>
      <w:tr w:rsidR="00E60F76" w:rsidRPr="00676F65" w14:paraId="56030C5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50DC0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A15AF9" w14:textId="123C94AE" w:rsidR="004A1E3B" w:rsidRPr="004A1E3B" w:rsidRDefault="005C5F98" w:rsidP="004A1E3B">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A1E3B"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MODIFICA LA LEY 1379 DE 2010 Y SE DICTAN</w:t>
            </w:r>
          </w:p>
          <w:p w14:paraId="5C2BE151" w14:textId="77777777" w:rsidR="004A1E3B" w:rsidRPr="004A1E3B" w:rsidRDefault="004A1E3B" w:rsidP="004A1E3B">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 DISPOSICIONES, CON EL FIN DE FORTALECER LOS SERVICIOS</w:t>
            </w:r>
          </w:p>
          <w:p w14:paraId="4B0A5738" w14:textId="622A3A18" w:rsidR="004A1E3B" w:rsidRPr="004A1E3B" w:rsidRDefault="004A1E3B" w:rsidP="004A1E3B">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BIBLIOTECARIOS NACIONALES Y PROPENDER POR EL ACCESO UNIVERSAL 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1B16D556" w14:textId="699EF57C" w:rsidR="003C3390" w:rsidRPr="00676F65" w:rsidRDefault="004A1E3B" w:rsidP="004A1E3B">
            <w:pPr>
              <w:spacing w:after="0" w:line="240" w:lineRule="auto"/>
              <w:ind w:left="37" w:hanging="109"/>
              <w:jc w:val="center"/>
              <w:rPr>
                <w:rFonts w:ascii="Calibri" w:eastAsia="Calibri" w:hAnsi="Calibri" w:cs="Calibri"/>
                <w:lang w:val="es-CO" w:eastAsia="es-CO"/>
              </w:rPr>
            </w:pPr>
            <w:r w:rsidRPr="004A1E3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INFORMACIÓN, LA CULTURA Y LA EDUCACIÓN”.</w:t>
            </w:r>
            <w:r w:rsid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5C5F98" w:rsidRPr="00676F65">
              <w:rPr>
                <w:rFonts w:ascii="Calibri" w:eastAsia="Calibri" w:hAnsi="Calibri" w:cs="Calibri"/>
                <w:lang w:val="es-CO" w:eastAsia="es-CO"/>
              </w:rPr>
              <w:t>GACETA: 2233/24</w:t>
            </w:r>
          </w:p>
        </w:tc>
      </w:tr>
      <w:tr w:rsidR="00E60F76" w:rsidRPr="00676F65" w14:paraId="2D65F9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DFC9BF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EF7A446" w14:textId="5495A315"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DAVID LUNA SÁNCHEZ</w:t>
            </w:r>
          </w:p>
        </w:tc>
      </w:tr>
      <w:tr w:rsidR="00E60F76" w:rsidRPr="00676F65" w14:paraId="738B8D9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32EE7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8F3297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ANA MARIA CASTAÑEDA GOMEZ</w:t>
            </w:r>
          </w:p>
        </w:tc>
      </w:tr>
    </w:tbl>
    <w:p w14:paraId="204F80EB"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0A423E" w:rsidRPr="000A423E" w14:paraId="11D2901F" w14:textId="77777777">
        <w:tc>
          <w:tcPr>
            <w:tcW w:w="3092" w:type="dxa"/>
            <w:tcBorders>
              <w:top w:val="single" w:sz="24" w:space="0" w:color="000000"/>
              <w:bottom w:val="single" w:sz="4" w:space="0" w:color="000000"/>
            </w:tcBorders>
            <w:vAlign w:val="center"/>
          </w:tcPr>
          <w:p w14:paraId="2511732A" w14:textId="77777777" w:rsidR="003C3390" w:rsidRPr="000A423E"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EE0000"/>
                <w:sz w:val="24"/>
                <w:szCs w:val="24"/>
              </w:rPr>
            </w:pPr>
            <w:r w:rsidRPr="000A423E">
              <w:rPr>
                <w:rFonts w:ascii="Calibri" w:eastAsia="Calibri" w:hAnsi="Calibri" w:cs="Calibri"/>
                <w:b/>
                <w:bCs/>
                <w:color w:val="EE0000"/>
                <w:sz w:val="24"/>
                <w:szCs w:val="24"/>
              </w:rPr>
              <w:t>No. DE PROYECTO</w:t>
            </w:r>
          </w:p>
        </w:tc>
        <w:tc>
          <w:tcPr>
            <w:tcW w:w="7115" w:type="dxa"/>
            <w:tcBorders>
              <w:top w:val="single" w:sz="24" w:space="0" w:color="000000"/>
              <w:bottom w:val="single" w:sz="4" w:space="0" w:color="000000"/>
            </w:tcBorders>
            <w:vAlign w:val="center"/>
          </w:tcPr>
          <w:p w14:paraId="297BEA27" w14:textId="77777777" w:rsidR="003C3390" w:rsidRPr="000A423E" w:rsidRDefault="00000000">
            <w:pPr>
              <w:ind w:left="360"/>
              <w:jc w:val="center"/>
              <w:rPr>
                <w:rFonts w:ascii="Calibri" w:eastAsia="Calibri" w:hAnsi="Calibri" w:cs="Calibri"/>
                <w:b/>
                <w:bCs/>
                <w:color w:val="EE0000"/>
                <w:sz w:val="24"/>
                <w:szCs w:val="24"/>
              </w:rPr>
            </w:pPr>
            <w:r w:rsidRPr="000A423E">
              <w:rPr>
                <w:rFonts w:ascii="Calibri" w:eastAsia="Calibri" w:hAnsi="Calibri" w:cs="Calibri"/>
                <w:b/>
                <w:bCs/>
                <w:color w:val="EE0000"/>
                <w:sz w:val="24"/>
                <w:szCs w:val="24"/>
              </w:rPr>
              <w:t>PL.N. 037 DE 2024 SENADO</w:t>
            </w:r>
          </w:p>
        </w:tc>
      </w:tr>
      <w:tr w:rsidR="000A423E" w:rsidRPr="000A423E" w14:paraId="15C83E8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EFA058" w14:textId="77777777" w:rsidR="003C3390" w:rsidRPr="000A423E" w:rsidRDefault="00000000" w:rsidP="00676F65">
            <w:pPr>
              <w:spacing w:after="0" w:line="240" w:lineRule="auto"/>
              <w:ind w:left="37"/>
              <w:jc w:val="center"/>
              <w:rPr>
                <w:rFonts w:ascii="Calibri" w:eastAsia="Calibri" w:hAnsi="Calibri" w:cs="Calibri"/>
                <w:color w:val="EE0000"/>
                <w:lang w:val="es-CO" w:eastAsia="es-CO"/>
              </w:rPr>
            </w:pPr>
            <w:r w:rsidRPr="000A423E">
              <w:rPr>
                <w:rFonts w:ascii="Calibri" w:eastAsia="Calibri" w:hAnsi="Calibri" w:cs="Calibri"/>
                <w:color w:val="EE0000"/>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73AD1" w14:textId="304D156C" w:rsidR="003C3390" w:rsidRPr="000A423E" w:rsidRDefault="005C5F98" w:rsidP="005C5F98">
            <w:pPr>
              <w:spacing w:after="0" w:line="240" w:lineRule="auto"/>
              <w:ind w:left="37" w:hanging="109"/>
              <w:jc w:val="center"/>
              <w:rPr>
                <w:rFonts w:ascii="Calibri" w:eastAsia="Calibri" w:hAnsi="Calibri" w:cs="Calibri"/>
                <w:color w:val="EE0000"/>
                <w:lang w:val="es-CO" w:eastAsia="es-CO"/>
              </w:rPr>
            </w:pPr>
            <w:r w:rsidRPr="000A423E">
              <w:rPr>
                <w:rFonts w:ascii="Calibri" w:eastAsia="Times New Roman" w:hAnsi="Calibri" w:cs="Calibri"/>
                <w:b/>
                <w:bCs/>
                <w:color w:val="EE0000"/>
                <w:lang w:eastAsia="es-MX"/>
                <w14:shadow w14:blurRad="50800" w14:dist="38100" w14:dir="5400000" w14:sx="100000" w14:sy="100000" w14:kx="0" w14:ky="0" w14:algn="t">
                  <w14:srgbClr w14:val="000000">
                    <w14:alpha w14:val="60000"/>
                  </w14:srgbClr>
                </w14:shadow>
              </w:rPr>
              <w:t>“POR MEDIO DEL CUAL SE MODIFICA EL DECRETO LEY 589 DE 2017 Y SE DICTAN OTRAS DISPOSICIONES”.</w:t>
            </w:r>
            <w:r w:rsidR="004A1E3B" w:rsidRPr="000A423E">
              <w:rPr>
                <w:rFonts w:ascii="Calibri" w:eastAsia="Times New Roman" w:hAnsi="Calibri" w:cs="Calibri"/>
                <w:b/>
                <w:bCs/>
                <w:color w:val="EE0000"/>
                <w:lang w:eastAsia="es-MX"/>
                <w14:shadow w14:blurRad="50800" w14:dist="38100" w14:dir="5400000" w14:sx="100000" w14:sy="100000" w14:kx="0" w14:ky="0" w14:algn="t">
                  <w14:srgbClr w14:val="000000">
                    <w14:alpha w14:val="60000"/>
                  </w14:srgbClr>
                </w14:shadow>
              </w:rPr>
              <w:t xml:space="preserve">  </w:t>
            </w:r>
            <w:r w:rsidRPr="000A423E">
              <w:rPr>
                <w:rFonts w:ascii="Calibri" w:eastAsia="Calibri" w:hAnsi="Calibri" w:cs="Calibri"/>
                <w:color w:val="EE0000"/>
                <w:lang w:val="es-CO" w:eastAsia="es-CO"/>
              </w:rPr>
              <w:t>GACETA: 676/25</w:t>
            </w:r>
          </w:p>
        </w:tc>
      </w:tr>
      <w:tr w:rsidR="000A423E" w:rsidRPr="000A423E" w14:paraId="6CDEB27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E131895" w14:textId="77777777" w:rsidR="003C3390" w:rsidRPr="000A423E" w:rsidRDefault="00000000" w:rsidP="00676F65">
            <w:pPr>
              <w:spacing w:after="0" w:line="240" w:lineRule="auto"/>
              <w:ind w:left="37"/>
              <w:jc w:val="center"/>
              <w:rPr>
                <w:rFonts w:ascii="Calibri" w:eastAsia="Calibri" w:hAnsi="Calibri" w:cs="Calibri"/>
                <w:color w:val="EE0000"/>
                <w:lang w:val="es-CO" w:eastAsia="es-CO"/>
              </w:rPr>
            </w:pPr>
            <w:r w:rsidRPr="000A423E">
              <w:rPr>
                <w:rFonts w:ascii="Calibri" w:eastAsia="Calibri" w:hAnsi="Calibri" w:cs="Calibri"/>
                <w:color w:val="EE0000"/>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DA2E2AB" w14:textId="4BDAA25C" w:rsidR="003C3390" w:rsidRPr="000A423E" w:rsidRDefault="00000000" w:rsidP="00676F65">
            <w:pPr>
              <w:spacing w:after="0" w:line="240" w:lineRule="auto"/>
              <w:ind w:left="37"/>
              <w:jc w:val="center"/>
              <w:rPr>
                <w:rFonts w:ascii="Calibri" w:eastAsia="Calibri" w:hAnsi="Calibri" w:cs="Calibri"/>
                <w:color w:val="EE0000"/>
                <w:lang w:val="es-CO" w:eastAsia="es-CO"/>
              </w:rPr>
            </w:pPr>
            <w:r w:rsidRPr="000A423E">
              <w:rPr>
                <w:rFonts w:ascii="Calibri" w:eastAsia="Calibri" w:hAnsi="Calibri" w:cs="Calibri"/>
                <w:color w:val="EE0000"/>
                <w:lang w:val="es-CO" w:eastAsia="es-CO"/>
              </w:rPr>
              <w:t>H.S</w:t>
            </w:r>
            <w:r w:rsidR="00676F65" w:rsidRPr="000A423E">
              <w:rPr>
                <w:rFonts w:ascii="Calibri" w:eastAsia="Calibri" w:hAnsi="Calibri" w:cs="Calibri"/>
                <w:color w:val="EE0000"/>
                <w:lang w:val="es-CO" w:eastAsia="es-CO"/>
              </w:rPr>
              <w:t>. ARIEL ÁVILA MARTÍNEZ, CARLOS ALBERTO BENAVIDES MORA, GLORIA INÉS FLÓREZ SCHNEIDER, H.R. ALIRIO URIBE MUÑOZ, MARTHA LISBETH ALFONSO JURADO, CATHERINE JUVINAO CLAVIJO, JUAN PABLO SALAZAR RIVERA.</w:t>
            </w:r>
          </w:p>
        </w:tc>
      </w:tr>
      <w:tr w:rsidR="000A423E" w:rsidRPr="000A423E" w14:paraId="70C3859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671018E" w14:textId="77777777" w:rsidR="003C3390" w:rsidRPr="000A423E" w:rsidRDefault="00000000" w:rsidP="00676F65">
            <w:pPr>
              <w:spacing w:after="0" w:line="240" w:lineRule="auto"/>
              <w:ind w:left="37"/>
              <w:jc w:val="center"/>
              <w:rPr>
                <w:rFonts w:ascii="Calibri" w:eastAsia="Calibri" w:hAnsi="Calibri" w:cs="Calibri"/>
                <w:color w:val="EE0000"/>
                <w:lang w:val="es-CO" w:eastAsia="es-CO"/>
              </w:rPr>
            </w:pPr>
            <w:r w:rsidRPr="000A423E">
              <w:rPr>
                <w:rFonts w:ascii="Calibri" w:eastAsia="Calibri" w:hAnsi="Calibri" w:cs="Calibri"/>
                <w:color w:val="EE0000"/>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8557057" w14:textId="77777777" w:rsidR="003C3390" w:rsidRPr="000A423E" w:rsidRDefault="00000000" w:rsidP="00676F65">
            <w:pPr>
              <w:spacing w:after="0" w:line="240" w:lineRule="auto"/>
              <w:ind w:left="37"/>
              <w:jc w:val="center"/>
              <w:rPr>
                <w:rFonts w:ascii="Calibri" w:eastAsia="Calibri" w:hAnsi="Calibri" w:cs="Calibri"/>
                <w:color w:val="EE0000"/>
                <w:lang w:val="es-CO" w:eastAsia="es-CO"/>
              </w:rPr>
            </w:pPr>
            <w:r w:rsidRPr="000A423E">
              <w:rPr>
                <w:rFonts w:ascii="Calibri" w:eastAsia="Calibri" w:hAnsi="Calibri" w:cs="Calibri"/>
                <w:color w:val="EE0000"/>
                <w:lang w:val="es-CO" w:eastAsia="es-CO"/>
              </w:rPr>
              <w:t>H.S. CLARA EUGENIA LOPEZ OBREGON</w:t>
            </w:r>
          </w:p>
        </w:tc>
      </w:tr>
    </w:tbl>
    <w:p w14:paraId="4E69F5AF"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4E5EC65" w14:textId="77777777">
        <w:tc>
          <w:tcPr>
            <w:tcW w:w="3092" w:type="dxa"/>
            <w:tcBorders>
              <w:top w:val="single" w:sz="24" w:space="0" w:color="000000"/>
              <w:bottom w:val="single" w:sz="4" w:space="0" w:color="000000"/>
            </w:tcBorders>
            <w:vAlign w:val="center"/>
          </w:tcPr>
          <w:p w14:paraId="41A9A43E"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40EBFEF"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039 DE 2024 SENADO</w:t>
            </w:r>
          </w:p>
        </w:tc>
      </w:tr>
      <w:tr w:rsidR="00E60F76" w:rsidRPr="00676F65" w14:paraId="0AEF54A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AABDD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1B35E5" w14:textId="1336581C" w:rsidR="003C3390" w:rsidRPr="00676F65" w:rsidRDefault="000A423E" w:rsidP="000A423E">
            <w:pPr>
              <w:spacing w:after="0" w:line="240" w:lineRule="auto"/>
              <w:ind w:left="37"/>
              <w:jc w:val="center"/>
              <w:rPr>
                <w:rFonts w:ascii="Calibri" w:eastAsia="Calibri" w:hAnsi="Calibri" w:cs="Calibri"/>
                <w:lang w:val="es-CO" w:eastAsia="es-CO"/>
              </w:rPr>
            </w:pPr>
            <w:r w:rsidRPr="000A423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MODIFICA EL ARTÍCULO 6O DE LA LEY 1361 DE 2009 Y SE DICTAN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0A423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 DISPOSICIONES – DÍA NACIONAL DE LA FAMILIA”.</w:t>
            </w:r>
            <w:r w:rsid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5C5F98" w:rsidRPr="00676F65">
              <w:rPr>
                <w:rFonts w:ascii="Calibri" w:eastAsia="Calibri" w:hAnsi="Calibri" w:cs="Calibri"/>
                <w:lang w:val="es-CO" w:eastAsia="es-CO"/>
              </w:rPr>
              <w:t>GACETA: 08/25</w:t>
            </w:r>
          </w:p>
        </w:tc>
      </w:tr>
      <w:tr w:rsidR="00E60F76" w:rsidRPr="00676F65" w14:paraId="7ED6D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A8F68E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AB93946" w14:textId="25BDD3CB"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ENRIQUE CABRALES BAQUERO</w:t>
            </w:r>
          </w:p>
        </w:tc>
      </w:tr>
      <w:tr w:rsidR="00E60F76" w:rsidRPr="00676F65" w14:paraId="43DBC4B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3C3E1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9274DA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HONORIO MIGUEL HENRIQUEZ PINEDO, BEATRIZ LORENA RIOS CUELLAR</w:t>
            </w:r>
          </w:p>
        </w:tc>
      </w:tr>
    </w:tbl>
    <w:p w14:paraId="2AA0B4BD"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CF52DD2" w14:textId="77777777">
        <w:tc>
          <w:tcPr>
            <w:tcW w:w="3092" w:type="dxa"/>
            <w:tcBorders>
              <w:top w:val="single" w:sz="24" w:space="0" w:color="000000"/>
              <w:bottom w:val="single" w:sz="4" w:space="0" w:color="000000"/>
            </w:tcBorders>
            <w:vAlign w:val="center"/>
          </w:tcPr>
          <w:p w14:paraId="7242779F"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9" w:name="_heading=h.qymc9tiraoc3" w:colFirst="0" w:colLast="0"/>
            <w:bookmarkEnd w:id="9"/>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AF3FB1B"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056 DE 2024 SENADO</w:t>
            </w:r>
          </w:p>
        </w:tc>
      </w:tr>
      <w:tr w:rsidR="00E60F76" w:rsidRPr="00676F65" w14:paraId="4E5CE0B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BCA9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82C6B" w14:textId="03938CE8" w:rsidR="003C3390" w:rsidRPr="00676F65" w:rsidRDefault="007A08FA" w:rsidP="007A08FA">
            <w:pPr>
              <w:spacing w:after="0" w:line="240" w:lineRule="auto"/>
              <w:ind w:left="37" w:hanging="109"/>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SE CREA EL BONO ESCOLAR EN COLOMBIA Y SE DICTAN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 DISPOSICIONES”.</w:t>
            </w:r>
            <w:r w:rsid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5C5F98" w:rsidRPr="00676F65">
              <w:rPr>
                <w:rFonts w:ascii="Calibri" w:eastAsia="Calibri" w:hAnsi="Calibri" w:cs="Calibri"/>
                <w:lang w:val="es-CO" w:eastAsia="es-CO"/>
              </w:rPr>
              <w:t>GACETA:</w:t>
            </w:r>
            <w:r w:rsidR="00394C56" w:rsidRPr="00676F65">
              <w:rPr>
                <w:rFonts w:ascii="Calibri" w:eastAsia="Calibri" w:hAnsi="Calibri" w:cs="Calibri"/>
                <w:lang w:val="es-CO" w:eastAsia="es-CO"/>
              </w:rPr>
              <w:t xml:space="preserve"> </w:t>
            </w:r>
            <w:r w:rsidR="005C5F98" w:rsidRPr="00676F65">
              <w:rPr>
                <w:rFonts w:ascii="Calibri" w:eastAsia="Calibri" w:hAnsi="Calibri" w:cs="Calibri"/>
                <w:lang w:val="es-CO" w:eastAsia="es-CO"/>
              </w:rPr>
              <w:t>1122/25</w:t>
            </w:r>
          </w:p>
        </w:tc>
      </w:tr>
      <w:tr w:rsidR="00E60F76" w:rsidRPr="00676F65" w14:paraId="5D0A3AA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65A4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62F2D2" w14:textId="50880E04"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w:t>
            </w:r>
            <w:r w:rsidR="00676F65" w:rsidRPr="00676F65">
              <w:rPr>
                <w:rFonts w:ascii="Calibri" w:eastAsia="Calibri" w:hAnsi="Calibri" w:cs="Calibri"/>
                <w:lang w:val="es-CO" w:eastAsia="es-CO"/>
              </w:rPr>
              <w:t xml:space="preserve"> PALOMA VALENCIA LASERNA, ESTEBAN QUINTERO CARDONA, ANDRES GUERRA HOYOS, MIGUEL URIBE TURBAY, PAOLA ANDREA HOLGUÍN MORENO, OSCAR MAURICIO GIRALDO, H.R. YENICA SUGEIN ACOSTA INFANTE, HUGO DANILO LOZANO PIMIENTO, CHRISTIAN GARCÉS ALJURE, CARLOS EDWARD OSORIO AGUIAR, OLMES ECHEVERRÍA DE LA ROSA, HERNÁN DARÍO CADAVID MÁRQUEZ, YULIETH SÁNCHEZ CARREÑO, MIGUEL ABRAHAM POLO </w:t>
            </w:r>
            <w:proofErr w:type="spellStart"/>
            <w:r w:rsidR="00676F65" w:rsidRPr="00676F65">
              <w:rPr>
                <w:rFonts w:ascii="Calibri" w:eastAsia="Calibri" w:hAnsi="Calibri" w:cs="Calibri"/>
                <w:lang w:val="es-CO" w:eastAsia="es-CO"/>
              </w:rPr>
              <w:t>POLO</w:t>
            </w:r>
            <w:proofErr w:type="spellEnd"/>
            <w:r w:rsidR="00676F65" w:rsidRPr="00676F65">
              <w:rPr>
                <w:rFonts w:ascii="Calibri" w:eastAsia="Calibri" w:hAnsi="Calibri" w:cs="Calibri"/>
                <w:lang w:val="es-CO" w:eastAsia="es-CO"/>
              </w:rPr>
              <w:t>, EDUAR ALEXIS TRIANA RINCÓN, JOSÉ JAIME USCÁTEGUI PASTRANA, EDINSON VLADIMIR OLAYA MANCIPE.</w:t>
            </w:r>
          </w:p>
        </w:tc>
      </w:tr>
      <w:tr w:rsidR="00E60F76" w:rsidRPr="00676F65" w14:paraId="7F96EC4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78123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560D9F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ESTEBAN QUINTERO CARDONA</w:t>
            </w:r>
          </w:p>
        </w:tc>
      </w:tr>
    </w:tbl>
    <w:p w14:paraId="5BF2B921"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BD3BC21" w14:textId="77777777">
        <w:tc>
          <w:tcPr>
            <w:tcW w:w="3092" w:type="dxa"/>
            <w:tcBorders>
              <w:top w:val="single" w:sz="24" w:space="0" w:color="000000"/>
              <w:bottom w:val="single" w:sz="4" w:space="0" w:color="000000"/>
            </w:tcBorders>
            <w:vAlign w:val="center"/>
          </w:tcPr>
          <w:p w14:paraId="01800496"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3CA006"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071 DE 2024 SENADO</w:t>
            </w:r>
          </w:p>
        </w:tc>
      </w:tr>
      <w:tr w:rsidR="00E60F76" w:rsidRPr="00676F65" w14:paraId="7BE360B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51AE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D20381" w14:textId="1824ADF2" w:rsidR="007A08FA" w:rsidRPr="007A08FA" w:rsidRDefault="007A08FA" w:rsidP="007A08FA">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MODIFICA EL ARTÍCULO 2.2.2.4.10 DEL DECRETO 1083 DE 2015,</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ESTABLECIENDO EL BILINGÜISMO COMO REQUISITO PARA OCUPAR EL CARGO DE EMBAJADOR Y/O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JEFE DE MISIÓN EN LIBRE NOMBRAMIENTO Y REMOCIÓN EN REPRESENTACIÓN DEL ESTADO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44473C5C" w14:textId="5BCAC613" w:rsidR="003C3390" w:rsidRPr="00676F65" w:rsidRDefault="007A08FA" w:rsidP="007A08FA">
            <w:pPr>
              <w:spacing w:after="0" w:line="240" w:lineRule="auto"/>
              <w:ind w:left="37"/>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COLOMBIANO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7A08FA">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5C5F98" w:rsidRPr="00676F65">
              <w:rPr>
                <w:rFonts w:ascii="Calibri" w:eastAsia="Calibri" w:hAnsi="Calibri" w:cs="Calibri"/>
                <w:lang w:val="es-CO" w:eastAsia="es-CO"/>
              </w:rPr>
              <w:t>GACETA: 1019/25</w:t>
            </w:r>
          </w:p>
        </w:tc>
      </w:tr>
      <w:tr w:rsidR="00E60F76" w:rsidRPr="00676F65" w14:paraId="48EEF892" w14:textId="77777777" w:rsidTr="00394C56">
        <w:trPr>
          <w:trHeight w:val="614"/>
        </w:trPr>
        <w:tc>
          <w:tcPr>
            <w:tcW w:w="3092" w:type="dxa"/>
            <w:tcBorders>
              <w:top w:val="single" w:sz="4" w:space="0" w:color="000000"/>
              <w:left w:val="single" w:sz="4" w:space="0" w:color="000000"/>
              <w:bottom w:val="single" w:sz="4" w:space="0" w:color="000000"/>
              <w:right w:val="single" w:sz="4" w:space="0" w:color="000000"/>
            </w:tcBorders>
            <w:vAlign w:val="center"/>
          </w:tcPr>
          <w:p w14:paraId="5D02881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52C20B1" w14:textId="486AAF8A"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JONATHAN PULIDO HERNÁNDEZ, JULIO ALBERTO ELÍAS VIDAL; H.R. MARELEN CASTILLO TORRES</w:t>
            </w:r>
          </w:p>
        </w:tc>
      </w:tr>
      <w:tr w:rsidR="00E60F76" w:rsidRPr="00676F65" w14:paraId="7B84B7D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C2E3D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AA762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MANUEL VIRGÚEZ PIRAQUIVE, JOSE LUIS PEREZ OYUELA</w:t>
            </w:r>
          </w:p>
        </w:tc>
      </w:tr>
    </w:tbl>
    <w:p w14:paraId="12D920EF"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6EE31E4" w14:textId="77777777">
        <w:tc>
          <w:tcPr>
            <w:tcW w:w="3092" w:type="dxa"/>
            <w:tcBorders>
              <w:top w:val="single" w:sz="24" w:space="0" w:color="000000"/>
              <w:bottom w:val="single" w:sz="4" w:space="0" w:color="000000"/>
            </w:tcBorders>
            <w:vAlign w:val="center"/>
          </w:tcPr>
          <w:p w14:paraId="2ED13BE7"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BF3E6E9"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072 DE 2024 SENADO</w:t>
            </w:r>
          </w:p>
        </w:tc>
      </w:tr>
      <w:tr w:rsidR="00E60F76" w:rsidRPr="00676F65" w14:paraId="1ACD6FD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FCC8F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0961AB" w14:textId="77777777" w:rsidR="007A08FA" w:rsidRPr="007A08FA" w:rsidRDefault="007A08FA" w:rsidP="007A08FA">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ESTABLECE UN DESCUENTO EN LA TARIFA</w:t>
            </w:r>
          </w:p>
          <w:p w14:paraId="5618C1A8" w14:textId="18A0FE97" w:rsidR="007A08FA" w:rsidRPr="007A08FA" w:rsidRDefault="007A08FA" w:rsidP="007A08FA">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ORDINARIA DEL SERVICIO PÚBLICO DE TRANSPORTE A QUIENES PRESTAN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0EB6EDCC" w14:textId="7EE2903F" w:rsidR="003C3390" w:rsidRPr="00676F65" w:rsidRDefault="007A08FA" w:rsidP="007A08FA">
            <w:pPr>
              <w:spacing w:after="0" w:line="240" w:lineRule="auto"/>
              <w:ind w:left="37" w:hanging="109"/>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SERVICIO MILITAR OBLIGATORIO”</w:t>
            </w:r>
            <w:r w:rsidRPr="007A08FA">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5C5F98" w:rsidRPr="00676F65">
              <w:rPr>
                <w:rFonts w:ascii="Calibri" w:eastAsia="Calibri" w:hAnsi="Calibri" w:cs="Calibri"/>
                <w:lang w:val="es-CO" w:eastAsia="es-CO"/>
              </w:rPr>
              <w:t>GACETA: 469/25</w:t>
            </w:r>
          </w:p>
        </w:tc>
      </w:tr>
      <w:tr w:rsidR="00E60F76" w:rsidRPr="00676F65" w14:paraId="4247532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47946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15B181" w14:textId="04C31F88"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JONATHAN PULIDO HERNÁNDEZ, JULIO ALBERTO ELÍAS VIDAL; H.R. MARELEN CASTILLO TORRES.</w:t>
            </w:r>
          </w:p>
        </w:tc>
      </w:tr>
      <w:tr w:rsidR="00E60F76" w:rsidRPr="00676F65" w14:paraId="674DC86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54E600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AC6CA5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OSCAR MAURICIO GIRALDO HERNANDEZ</w:t>
            </w:r>
          </w:p>
        </w:tc>
      </w:tr>
    </w:tbl>
    <w:p w14:paraId="0E36874A"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23E90" w14:paraId="27EC7724" w14:textId="77777777" w:rsidTr="007B3F21">
        <w:tc>
          <w:tcPr>
            <w:tcW w:w="3002" w:type="dxa"/>
            <w:tcBorders>
              <w:top w:val="single" w:sz="24" w:space="0" w:color="000000"/>
              <w:bottom w:val="single" w:sz="4" w:space="0" w:color="000000"/>
            </w:tcBorders>
            <w:vAlign w:val="center"/>
          </w:tcPr>
          <w:p w14:paraId="61E53AAF" w14:textId="31B74684" w:rsidR="00A23E90" w:rsidRPr="00A23E90" w:rsidRDefault="00A23E9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10" w:name="_Hlk232504282"/>
            <w:r w:rsidRPr="00A23E9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2094017" w14:textId="77777777" w:rsidR="00A23E90" w:rsidRDefault="00A23E90"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080 DE 2024 SENADO </w:t>
            </w:r>
          </w:p>
        </w:tc>
      </w:tr>
      <w:tr w:rsidR="00A23E90" w:rsidRPr="00394C56" w14:paraId="31C4FF9A"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A3702D"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A134EDB" w14:textId="2C3CA0EE" w:rsidR="00A23E90" w:rsidRPr="00394C56" w:rsidRDefault="007A08FA" w:rsidP="007A08FA">
            <w:pPr>
              <w:spacing w:after="0" w:line="240" w:lineRule="auto"/>
              <w:ind w:left="15"/>
              <w:jc w:val="center"/>
              <w:rPr>
                <w:rFonts w:ascii="Calibri" w:eastAsia="Calibri" w:hAnsi="Calibri" w:cs="Calibri"/>
                <w:lang w:val="es-CO" w:eastAsia="es-CO"/>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INSTITUCIONALIZAN LAS FERIAS DE SERVICIOS PARA LOS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COLOMBIANOS EN EL EXTERIOR Y SE DICTAN </w:t>
            </w:r>
            <w:proofErr w:type="gramStart"/>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OTRAS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gram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A23E90" w:rsidRPr="00394C56">
              <w:rPr>
                <w:rFonts w:ascii="Calibri" w:eastAsia="Calibri" w:hAnsi="Calibri" w:cs="Calibri"/>
                <w:lang w:val="es-CO" w:eastAsia="es-CO"/>
              </w:rPr>
              <w:t>GACETA: 2152/25</w:t>
            </w:r>
          </w:p>
        </w:tc>
      </w:tr>
      <w:tr w:rsidR="00A23E90" w:rsidRPr="00394C56" w14:paraId="58086DC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D8E7AD4"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E0B0696"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ANA PAOLA AGUDELO GARCÍA, MANUEL VIRGUEZ PIRAQUIVE, CARLOS EDUARDO GUEVARA VILLABÓN, H.R. IRMA LUZ HERRERA RODRÍGUEZ.</w:t>
            </w:r>
          </w:p>
        </w:tc>
      </w:tr>
      <w:tr w:rsidR="00A23E90" w:rsidRPr="00394C56" w14:paraId="148B57B5"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6692BFC"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BC94C93"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MANUEL VIRGÜEZ PIRAQUIVE.</w:t>
            </w:r>
          </w:p>
        </w:tc>
      </w:tr>
      <w:bookmarkEnd w:id="10"/>
    </w:tbl>
    <w:p w14:paraId="7A8BD7DD" w14:textId="77777777" w:rsidR="00A23E90" w:rsidRDefault="00A23E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C434C1" w14:textId="77777777">
        <w:tc>
          <w:tcPr>
            <w:tcW w:w="3092" w:type="dxa"/>
            <w:tcBorders>
              <w:top w:val="single" w:sz="24" w:space="0" w:color="000000"/>
              <w:bottom w:val="single" w:sz="4" w:space="0" w:color="000000"/>
            </w:tcBorders>
            <w:vAlign w:val="center"/>
          </w:tcPr>
          <w:p w14:paraId="5CF0E29F"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032C53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094 DE 2024 SENADO</w:t>
            </w:r>
          </w:p>
        </w:tc>
      </w:tr>
      <w:tr w:rsidR="00E60F76" w:rsidRPr="00676F65" w14:paraId="343D4D9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28BA4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7F6B1E" w14:textId="525D606E" w:rsidR="003C3390" w:rsidRPr="00676F65" w:rsidRDefault="007A08FA" w:rsidP="007A08FA">
            <w:pPr>
              <w:spacing w:after="0" w:line="240" w:lineRule="auto"/>
              <w:ind w:left="37" w:firstLine="32"/>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INCENTIVA LA CULTURA, A LOS ARTISTAS Y A LOS ARTESANOS EN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COLOMBIA MEDIANTE LA CREACIÓN DEL PROGRAMA ARTE AL PARQUE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sidR="005C5F98"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5C5F98" w:rsidRPr="00676F65">
              <w:rPr>
                <w:rFonts w:ascii="Calibri" w:eastAsia="Calibri" w:hAnsi="Calibri" w:cs="Calibri"/>
                <w:lang w:val="es-CO" w:eastAsia="es-CO"/>
              </w:rPr>
              <w:t xml:space="preserve">   GACETA: 548/25</w:t>
            </w:r>
          </w:p>
        </w:tc>
      </w:tr>
      <w:tr w:rsidR="00E60F76" w:rsidRPr="00676F65" w14:paraId="2D03DF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D779A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B628137" w14:textId="6EDD8B7A"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FABIÁN DÍAZ PLATA, GUIDO ECHEVERRI PIEDRAHITA, ANA PAOLA AGUDELO, ROBERT DAZA GUEVARA, H.R. JAIME RAÚL SALAMANCA.</w:t>
            </w:r>
          </w:p>
        </w:tc>
      </w:tr>
      <w:tr w:rsidR="00E60F76" w:rsidRPr="00676F65" w14:paraId="405979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9DD2F4"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B2830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GUIDO ECHEVERRY PIEDRAHITA</w:t>
            </w:r>
          </w:p>
        </w:tc>
      </w:tr>
    </w:tbl>
    <w:p w14:paraId="500BE494"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23E90" w14:paraId="66DFBC3A" w14:textId="77777777" w:rsidTr="007B3F21">
        <w:tc>
          <w:tcPr>
            <w:tcW w:w="3002" w:type="dxa"/>
            <w:tcBorders>
              <w:top w:val="single" w:sz="24" w:space="0" w:color="000000"/>
              <w:bottom w:val="single" w:sz="4" w:space="0" w:color="000000"/>
            </w:tcBorders>
            <w:vAlign w:val="center"/>
          </w:tcPr>
          <w:p w14:paraId="1976F0A5" w14:textId="6AD5B530" w:rsidR="00A23E90" w:rsidRPr="00A23E90" w:rsidRDefault="00A23E9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A23E9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FAB433" w14:textId="77777777" w:rsidR="00A23E90" w:rsidRDefault="00A23E90" w:rsidP="007B3F21">
            <w:pPr>
              <w:ind w:left="360"/>
              <w:jc w:val="center"/>
              <w:rPr>
                <w:rFonts w:ascii="Calibri" w:eastAsia="Calibri" w:hAnsi="Calibri" w:cs="Calibri"/>
                <w:b/>
                <w:bCs/>
              </w:rPr>
            </w:pPr>
            <w:r>
              <w:rPr>
                <w:rFonts w:ascii="Calibri" w:eastAsia="Calibri" w:hAnsi="Calibri" w:cs="Calibri"/>
                <w:b/>
                <w:bCs/>
              </w:rPr>
              <w:t xml:space="preserve">PL.N. 095 DE 2024 SENADO </w:t>
            </w:r>
          </w:p>
        </w:tc>
      </w:tr>
      <w:tr w:rsidR="00A23E90" w14:paraId="3197188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44E3A7" w14:textId="77777777" w:rsidR="00A23E90" w:rsidRDefault="00A23E90" w:rsidP="007B3F21">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DE3B55" w14:textId="27D399C5" w:rsidR="00A23E90" w:rsidRDefault="007A08FA" w:rsidP="007B3F21">
            <w:pPr>
              <w:jc w:val="center"/>
              <w:rPr>
                <w:rFonts w:ascii="Calibri" w:eastAsia="Calibri" w:hAnsi="Calibri" w:cs="Calibri"/>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CUAL SE MODIFICA LA LEY 1829 DE 2017 Y SE DICTAN OTRAS DISPOSICIONES”. </w:t>
            </w:r>
            <w:r w:rsidR="00A23E90">
              <w:rPr>
                <w:rFonts w:ascii="Calibri" w:eastAsia="Calibri" w:hAnsi="Calibri" w:cs="Calibri"/>
              </w:rPr>
              <w:t>GACETA:  1752/25</w:t>
            </w:r>
          </w:p>
        </w:tc>
      </w:tr>
      <w:tr w:rsidR="00A23E90" w:rsidRPr="00394C56" w14:paraId="5D12BB16"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C94B50F"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FF2B4E6"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EDWING FABIAN DIAZ PLATA</w:t>
            </w:r>
          </w:p>
        </w:tc>
      </w:tr>
      <w:tr w:rsidR="00A23E90" w:rsidRPr="00394C56" w14:paraId="7E287DFB"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32A02B89"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5B2F9DD"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SANDRA YANETH JAIMES CRUZ</w:t>
            </w:r>
          </w:p>
        </w:tc>
      </w:tr>
    </w:tbl>
    <w:p w14:paraId="4D0D7CBB" w14:textId="77777777" w:rsidR="00A23E90" w:rsidRDefault="00A23E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611F52" w14:textId="77777777">
        <w:tc>
          <w:tcPr>
            <w:tcW w:w="3092" w:type="dxa"/>
            <w:tcBorders>
              <w:top w:val="single" w:sz="24" w:space="0" w:color="000000"/>
              <w:bottom w:val="single" w:sz="4" w:space="0" w:color="000000"/>
            </w:tcBorders>
            <w:vAlign w:val="center"/>
          </w:tcPr>
          <w:p w14:paraId="734CE09F"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7523250"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104 DE 2024 SENADO</w:t>
            </w:r>
          </w:p>
        </w:tc>
      </w:tr>
      <w:tr w:rsidR="00E60F76" w:rsidRPr="00676F65" w14:paraId="2132EA7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FB7B1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53DD9C" w14:textId="79CE347A" w:rsidR="007A08FA" w:rsidRPr="007A08FA" w:rsidRDefault="005C5F98" w:rsidP="007A08FA">
            <w:pPr>
              <w:spacing w:after="0" w:line="240" w:lineRule="auto"/>
              <w:ind w:left="-7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FORTALECE LA CAPACITACIÓN EN EL</w:t>
            </w:r>
          </w:p>
          <w:p w14:paraId="21ADBCDB" w14:textId="165F7C8E" w:rsidR="003C3390" w:rsidRPr="00676F65" w:rsidRDefault="007A08FA" w:rsidP="007A08FA">
            <w:pPr>
              <w:spacing w:after="0" w:line="240" w:lineRule="auto"/>
              <w:ind w:left="-72"/>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ACCESO AL CRÉDITO EN EL SECTOR AGROPECUARIO Y SE DICTAN </w:t>
            </w:r>
            <w:proofErr w:type="gramStart"/>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gramEnd"/>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5C5F98"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5C5F98" w:rsidRPr="005C5F98">
              <w:rPr>
                <w:rFonts w:ascii="Calibri" w:eastAsia="Times New Roman" w:hAnsi="Calibri" w:cs="Calibri"/>
                <w:lang w:eastAsia="es-MX"/>
                <w14:shadow w14:blurRad="50800" w14:dist="38100" w14:dir="5400000" w14:sx="100000" w14:sy="100000" w14:kx="0" w14:ky="0" w14:algn="t">
                  <w14:srgbClr w14:val="000000">
                    <w14:alpha w14:val="60000"/>
                  </w14:srgbClr>
                </w14:shadow>
              </w:rPr>
              <w:t>GACETA: 504/25</w:t>
            </w:r>
          </w:p>
        </w:tc>
      </w:tr>
      <w:tr w:rsidR="00E60F76" w:rsidRPr="00676F65" w14:paraId="43F38D8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9588C1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5038AE1" w14:textId="5D1A204E"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w:t>
            </w:r>
            <w:r w:rsidR="00676F65" w:rsidRPr="00676F65">
              <w:rPr>
                <w:rFonts w:ascii="Calibri" w:eastAsia="Calibri" w:hAnsi="Calibri" w:cs="Calibri"/>
                <w:lang w:val="es-CO" w:eastAsia="es-CO"/>
              </w:rPr>
              <w:t xml:space="preserve"> EDWIN FABIÁN DÍAZ PLATA</w:t>
            </w:r>
          </w:p>
        </w:tc>
      </w:tr>
      <w:tr w:rsidR="00E60F76" w:rsidRPr="00676F65" w14:paraId="75C8368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88C82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772AF9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INTI RAUL ASPRILLA</w:t>
            </w:r>
          </w:p>
        </w:tc>
      </w:tr>
    </w:tbl>
    <w:p w14:paraId="23CB8A71"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45A6B" w14:paraId="6FB1A418" w14:textId="77777777" w:rsidTr="007B3F21">
        <w:tc>
          <w:tcPr>
            <w:tcW w:w="3002" w:type="dxa"/>
            <w:tcBorders>
              <w:top w:val="single" w:sz="24" w:space="0" w:color="000000"/>
              <w:bottom w:val="single" w:sz="4" w:space="0" w:color="000000"/>
            </w:tcBorders>
            <w:vAlign w:val="center"/>
          </w:tcPr>
          <w:p w14:paraId="04410039" w14:textId="2436C0E6" w:rsidR="00645A6B" w:rsidRPr="00645A6B" w:rsidRDefault="00645A6B">
            <w:pPr>
              <w:pStyle w:val="Prrafodelista"/>
              <w:numPr>
                <w:ilvl w:val="0"/>
                <w:numId w:val="7"/>
              </w:numPr>
              <w:pBdr>
                <w:top w:val="nil"/>
                <w:left w:val="nil"/>
                <w:bottom w:val="nil"/>
                <w:right w:val="nil"/>
                <w:between w:val="nil"/>
              </w:pBdr>
              <w:rPr>
                <w:rFonts w:ascii="Calibri" w:eastAsia="Calibri" w:hAnsi="Calibri" w:cs="Calibri"/>
                <w:b/>
                <w:bCs/>
                <w:color w:val="000000"/>
              </w:rPr>
            </w:pPr>
            <w:r w:rsidRPr="00645A6B">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CB24FF1" w14:textId="77777777" w:rsidR="00645A6B" w:rsidRDefault="00645A6B"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107 DE 2024 SENADO </w:t>
            </w:r>
          </w:p>
        </w:tc>
      </w:tr>
      <w:tr w:rsidR="00645A6B" w:rsidRPr="00394C56" w14:paraId="36FACFD9"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F11ADE"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9D90C4" w14:textId="77777777" w:rsidR="007A08FA" w:rsidRPr="007A08FA" w:rsidRDefault="007A08FA" w:rsidP="007A08FA">
            <w:pPr>
              <w:spacing w:after="0" w:line="240" w:lineRule="auto"/>
              <w:ind w:left="15"/>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PROHÍBE A LAS INSTITUCIONES EDUCATIVAS</w:t>
            </w:r>
          </w:p>
          <w:p w14:paraId="5CB57091" w14:textId="417D7E82" w:rsidR="007A08FA" w:rsidRPr="007A08FA" w:rsidRDefault="007A08FA" w:rsidP="007A08FA">
            <w:pPr>
              <w:spacing w:after="0" w:line="240" w:lineRule="auto"/>
              <w:ind w:left="15"/>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PÚBLICAS Y PRIVADAS IMPEDIR EL ACCESO A LAS INSTALACIONES 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5A34CF1F" w14:textId="37AC523A" w:rsidR="00645A6B" w:rsidRPr="00394C56" w:rsidRDefault="007A08FA" w:rsidP="007A08FA">
            <w:pPr>
              <w:spacing w:after="0" w:line="240" w:lineRule="auto"/>
              <w:ind w:left="15"/>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ESTUDIANTES BAJO SU CUIDADO”</w:t>
            </w:r>
            <w:r w:rsid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645A6B" w:rsidRPr="00394C56">
              <w:rPr>
                <w:rFonts w:ascii="Calibri" w:eastAsia="Calibri" w:hAnsi="Calibri" w:cs="Calibri"/>
                <w:lang w:val="es-CO" w:eastAsia="es-CO"/>
              </w:rPr>
              <w:t>GACETA: 211/26</w:t>
            </w:r>
          </w:p>
        </w:tc>
      </w:tr>
      <w:tr w:rsidR="00645A6B" w:rsidRPr="00394C56" w14:paraId="64FD669B"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4F048DC6"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BFCBE1"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EDWING FABIAN DIAZ PLATA</w:t>
            </w:r>
          </w:p>
        </w:tc>
      </w:tr>
      <w:tr w:rsidR="00645A6B" w:rsidRPr="00394C56" w14:paraId="47F9F3FF"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856297D"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8290CD"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GUSTAVO ADOLFO MORENO HURTADO</w:t>
            </w:r>
          </w:p>
        </w:tc>
      </w:tr>
    </w:tbl>
    <w:p w14:paraId="4CD00262" w14:textId="77777777" w:rsidR="00645A6B" w:rsidRDefault="00645A6B">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455D61D" w14:textId="77777777">
        <w:tc>
          <w:tcPr>
            <w:tcW w:w="3092" w:type="dxa"/>
            <w:tcBorders>
              <w:top w:val="single" w:sz="24" w:space="0" w:color="000000"/>
              <w:bottom w:val="single" w:sz="4" w:space="0" w:color="000000"/>
            </w:tcBorders>
            <w:vAlign w:val="center"/>
          </w:tcPr>
          <w:p w14:paraId="528AD370"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32DE46FB"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125 DE 2024 SENADO</w:t>
            </w:r>
          </w:p>
        </w:tc>
      </w:tr>
      <w:tr w:rsidR="00E60F76" w:rsidRPr="00676F65" w14:paraId="52670C5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03E29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CCEB44" w14:textId="1B337448" w:rsidR="005C5F98" w:rsidRDefault="005C5F98" w:rsidP="007A08FA">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AUTORIZA TRANSMITIR DIVULGACIÓN POLÍTICA O PROPAGANDA Y PUBLICIDAD</w:t>
            </w:r>
            <w:r w:rsid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POLÍTICA ELECTORAL A TRAVÉS DEL SERVICIO DE TELEVISIÓN Y RADIO DIFUSIÓN COMUNITARIA</w:t>
            </w: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7C187C57" w14:textId="2CDBD6D1" w:rsidR="003C3390" w:rsidRPr="005C5F98" w:rsidRDefault="005C5F98" w:rsidP="005C5F98">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lang w:eastAsia="es-MX"/>
                <w14:shadow w14:blurRad="50800" w14:dist="38100" w14:dir="5400000" w14:sx="100000" w14:sy="100000" w14:kx="0" w14:ky="0" w14:algn="t">
                  <w14:srgbClr w14:val="000000">
                    <w14:alpha w14:val="60000"/>
                  </w14:srgbClr>
                </w14:shadow>
              </w:rPr>
              <w:t>GACETA: 2073/24</w:t>
            </w:r>
          </w:p>
        </w:tc>
      </w:tr>
      <w:tr w:rsidR="00E60F76" w:rsidRPr="00676F65" w14:paraId="778E50F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52483D"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DAA410D" w14:textId="565BF961"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JOSÉ VICENTE CARREÑO CASTRO, ESTEBAN QUINTERO CARDONA.</w:t>
            </w:r>
          </w:p>
        </w:tc>
      </w:tr>
      <w:tr w:rsidR="00E60F76" w:rsidRPr="00676F65" w14:paraId="765CC8A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C5B56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CD12F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ESTEBAN QUINTERO CARDONA</w:t>
            </w:r>
          </w:p>
        </w:tc>
      </w:tr>
    </w:tbl>
    <w:p w14:paraId="352C567C"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86321" w14:paraId="22A03BBB" w14:textId="77777777" w:rsidTr="007B3F21">
        <w:tc>
          <w:tcPr>
            <w:tcW w:w="3002" w:type="dxa"/>
            <w:tcBorders>
              <w:top w:val="single" w:sz="24" w:space="0" w:color="000000"/>
              <w:bottom w:val="single" w:sz="4" w:space="0" w:color="000000"/>
            </w:tcBorders>
            <w:vAlign w:val="center"/>
          </w:tcPr>
          <w:p w14:paraId="0A52176D" w14:textId="05162D28" w:rsidR="00486321" w:rsidRPr="00486321" w:rsidRDefault="00486321">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11" w:name="_Hlk232506722"/>
            <w:r w:rsidRPr="00486321">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A5965BA" w14:textId="77777777" w:rsidR="00486321" w:rsidRDefault="00486321"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126 DE 2024 SENADO </w:t>
            </w:r>
          </w:p>
        </w:tc>
      </w:tr>
      <w:tr w:rsidR="00486321" w:rsidRPr="00676F65" w14:paraId="28550E48"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204062" w14:textId="77777777" w:rsidR="00486321" w:rsidRPr="00676F65" w:rsidRDefault="00486321"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BD57EE" w14:textId="7E381FA2" w:rsidR="007A08FA" w:rsidRPr="007A08FA" w:rsidRDefault="007A08FA" w:rsidP="007A08FA">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CUAL SE DECLARA A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BUSINTANA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COMO JARDÍN BOTÁNICO, ESCUELA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CONCIENCIA, SABERES Y TRADICIONES EN EL MUNICIPIO DE PUEBLO BELLO, DEPARTAMENTO DEL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CESAR, COMO ZONA DE INTERÉS CULTURAL, AMBIENTAL, AGRÍCOLA Y DE CONOCIMIENTO</w:t>
            </w:r>
          </w:p>
          <w:p w14:paraId="7045297A" w14:textId="2C1995C3" w:rsidR="00486321" w:rsidRPr="00676F65" w:rsidRDefault="007A08FA" w:rsidP="007A08FA">
            <w:pPr>
              <w:spacing w:after="0" w:line="240" w:lineRule="auto"/>
              <w:ind w:left="37"/>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ANCESTRAL, LUGAR DE MEMORIA HISTÓRICA Y SE RECONOCE SU POTENCIAL EN MATERIA DE PAZ,</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DIÁLOGO INTERCULTURAL Y RECONCILIACIÓN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86321" w:rsidRPr="000560F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8632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486321" w:rsidRPr="00676F65">
              <w:rPr>
                <w:rFonts w:ascii="Calibri" w:eastAsia="Calibri" w:hAnsi="Calibri" w:cs="Calibri"/>
                <w:lang w:val="es-CO" w:eastAsia="es-CO"/>
              </w:rPr>
              <w:t>GACETA: 1583/25</w:t>
            </w:r>
          </w:p>
        </w:tc>
      </w:tr>
      <w:tr w:rsidR="00486321" w:rsidRPr="00676F65" w14:paraId="7617FE71"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211956E" w14:textId="77777777" w:rsidR="00486321" w:rsidRPr="00676F65" w:rsidRDefault="00486321"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79E7C6B" w14:textId="77777777" w:rsidR="00486321" w:rsidRPr="00676F65" w:rsidRDefault="00486321"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MIGUEL ÁNGEL BARRETO CASTILLO.</w:t>
            </w:r>
          </w:p>
        </w:tc>
      </w:tr>
      <w:tr w:rsidR="00486321" w:rsidRPr="00676F65" w14:paraId="53BEDFB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18932A2" w14:textId="77777777" w:rsidR="00486321" w:rsidRPr="00676F65" w:rsidRDefault="00486321"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76834CF" w14:textId="77777777" w:rsidR="00486321" w:rsidRPr="00676F65" w:rsidRDefault="00486321"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CARLOS ANDRÉS TRUJILLO GONZÁLEZ</w:t>
            </w:r>
          </w:p>
        </w:tc>
      </w:tr>
      <w:bookmarkEnd w:id="11"/>
    </w:tbl>
    <w:p w14:paraId="30D8DAE4" w14:textId="77777777" w:rsidR="00486321" w:rsidRDefault="00486321">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D2C0AD0" w14:textId="77777777">
        <w:tc>
          <w:tcPr>
            <w:tcW w:w="3092" w:type="dxa"/>
            <w:tcBorders>
              <w:top w:val="single" w:sz="24" w:space="0" w:color="000000"/>
              <w:bottom w:val="single" w:sz="4" w:space="0" w:color="000000"/>
            </w:tcBorders>
            <w:vAlign w:val="center"/>
          </w:tcPr>
          <w:p w14:paraId="00FEB342"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2FA72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136 DE 2024 SENADO</w:t>
            </w:r>
          </w:p>
        </w:tc>
      </w:tr>
      <w:tr w:rsidR="00E60F76" w:rsidRPr="00676F65" w14:paraId="676C377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A7A0B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2919FD" w14:textId="77777777" w:rsidR="007A08FA" w:rsidRPr="007A08FA" w:rsidRDefault="004C20B5" w:rsidP="007A08FA">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REGULA EL SERVICIO DIGITAL DE</w:t>
            </w:r>
          </w:p>
          <w:p w14:paraId="72CE1799" w14:textId="3ED6C378" w:rsidR="003C3390" w:rsidRPr="00676F65" w:rsidRDefault="007A08FA" w:rsidP="007A08FA">
            <w:pPr>
              <w:spacing w:after="0" w:line="240" w:lineRule="auto"/>
              <w:ind w:left="37"/>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TRANSPORTE INTERMEDIADO POR PLATAFORMAS</w:t>
            </w:r>
            <w:r w:rsidR="004C20B5" w:rsidRPr="004C20B5">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C20B5">
              <w:rPr>
                <w:rFonts w:ascii="Calibri" w:eastAsia="Calibri" w:hAnsi="Calibri" w:cs="Calibri"/>
                <w:lang w:val="es-CO" w:eastAsia="es-CO"/>
              </w:rPr>
              <w:t xml:space="preserve">  </w:t>
            </w:r>
            <w:r w:rsidR="004C20B5" w:rsidRPr="00676F65">
              <w:rPr>
                <w:rFonts w:ascii="Calibri" w:eastAsia="Calibri" w:hAnsi="Calibri" w:cs="Calibri"/>
                <w:lang w:val="es-CO" w:eastAsia="es-CO"/>
              </w:rPr>
              <w:t>GACETA: 1236/25</w:t>
            </w:r>
          </w:p>
        </w:tc>
      </w:tr>
      <w:tr w:rsidR="00E60F76" w:rsidRPr="00676F65" w14:paraId="63F650A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9169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5038AF3" w14:textId="007B4C0C"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JULIO ALBERTO ELÍAS VIDAL, GUSTAVO MORENO HURTADO, JOSÉ ALFREDO GNECCO ZULETA, PEDRO HERNANDO FLOREZ PORRAS, JULIO ELÍAS CHAGUI FLÓREZ, JOSÉ DAVID NAME CARDOZO.</w:t>
            </w:r>
          </w:p>
        </w:tc>
      </w:tr>
      <w:tr w:rsidR="00E60F76" w:rsidRPr="00676F65" w14:paraId="2D3D10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82438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6693B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JULIO ALBERTO ELIAS VIDAL</w:t>
            </w:r>
          </w:p>
        </w:tc>
      </w:tr>
    </w:tbl>
    <w:p w14:paraId="6DE2316D"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535D604" w14:textId="77777777">
        <w:tc>
          <w:tcPr>
            <w:tcW w:w="3092" w:type="dxa"/>
            <w:tcBorders>
              <w:top w:val="single" w:sz="24" w:space="0" w:color="000000"/>
              <w:bottom w:val="single" w:sz="4" w:space="0" w:color="000000"/>
            </w:tcBorders>
            <w:vAlign w:val="center"/>
          </w:tcPr>
          <w:p w14:paraId="198F053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2" w:name="_heading=h.2aft6ml9mmi6" w:colFirst="0" w:colLast="0"/>
            <w:bookmarkStart w:id="13" w:name="_Hlk232506032"/>
            <w:bookmarkEnd w:id="12"/>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EC7773B"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139 DE 2024 SENADO</w:t>
            </w:r>
          </w:p>
        </w:tc>
      </w:tr>
      <w:tr w:rsidR="00E60F76" w:rsidRPr="00676F65" w14:paraId="22FA7CB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60518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88C50C" w14:textId="72E1EE94" w:rsidR="007A08FA" w:rsidRPr="007A08FA" w:rsidRDefault="00442006" w:rsidP="007A08FA">
            <w:pPr>
              <w:spacing w:after="0" w:line="240" w:lineRule="auto"/>
              <w:ind w:left="-7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4200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ORDENA LA CREACIÓN DE LA POLÍTICA PÚBLICA DE</w:t>
            </w:r>
            <w:r w:rsid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AMPLIACIÓN DE LA OFERTA DE CUPOS DE EDUCACION SUPERIOR Y SE CREA UN</w:t>
            </w:r>
            <w:r w:rsid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AUXILIO DE TRANSPORTE, ALOJAMIENTO Y ALIMENTACIÓN PARA LOS</w:t>
            </w:r>
            <w:r w:rsid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7A08FA"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BENEFICIARIOS DE LA POLÍTICA DE MATRÍCULA 0 Y SE DICTAN OTRAS</w:t>
            </w:r>
            <w:r w:rsid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5323E44F" w14:textId="0CFC1F60" w:rsidR="003C3390" w:rsidRPr="00676F65" w:rsidRDefault="007A08FA" w:rsidP="007A08FA">
            <w:pPr>
              <w:spacing w:after="0" w:line="240" w:lineRule="auto"/>
              <w:ind w:left="-72"/>
              <w:jc w:val="center"/>
              <w:rPr>
                <w:rFonts w:ascii="Calibri" w:eastAsia="Calibri" w:hAnsi="Calibri" w:cs="Calibri"/>
                <w:lang w:val="es-CO" w:eastAsia="es-CO"/>
              </w:rPr>
            </w:pPr>
            <w:r w:rsidRPr="007A08F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sidR="00442006" w:rsidRPr="0044200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42006" w:rsidRPr="00676F65">
              <w:rPr>
                <w:rFonts w:ascii="Calibri" w:eastAsia="Calibri" w:hAnsi="Calibri" w:cs="Calibri"/>
                <w:lang w:val="es-CO" w:eastAsia="es-CO"/>
              </w:rPr>
              <w:t xml:space="preserve">   GACETA: 2073/24</w:t>
            </w:r>
          </w:p>
        </w:tc>
      </w:tr>
      <w:tr w:rsidR="00E60F76" w:rsidRPr="00676F65" w14:paraId="1B5B0D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E90814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8BB7A9A" w14:textId="0C2EF7E3"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 xml:space="preserve">ESTEBAN QUINTERO CARDONA, JOSÉ VICENTE CARREÑO CASTRO, ANDRÉS GUERRA HOYOS, PAOLA HOLGUÍN MORENO, ENRIQUE CABRALES BAQUERO, JOSUÉ ALIRIO BARRERA, HONORIO HENRÍQUEZ PINEDO, </w:t>
            </w:r>
            <w:r w:rsidR="00676F65" w:rsidRPr="00676F65">
              <w:rPr>
                <w:rFonts w:ascii="Calibri" w:eastAsia="Calibri" w:hAnsi="Calibri" w:cs="Calibri"/>
                <w:lang w:val="es-CO" w:eastAsia="es-CO"/>
              </w:rPr>
              <w:lastRenderedPageBreak/>
              <w:t>GUSTAVO MORENO HURTADO, JULIO ELÍAS VIDAL, H.R. YULIETH ANDREA SÁNCHEZ, JUAN FELIPE CORZO ÁLVAREZ, JUAN ESPINAL.</w:t>
            </w:r>
          </w:p>
        </w:tc>
      </w:tr>
      <w:tr w:rsidR="00E60F76" w:rsidRPr="00676F65" w14:paraId="788A59D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F196AD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D253C6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GUSTAVO ADOLFO MORENO HURTADO</w:t>
            </w:r>
          </w:p>
        </w:tc>
      </w:tr>
      <w:bookmarkEnd w:id="13"/>
    </w:tbl>
    <w:p w14:paraId="7121100F"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F288DD" w14:textId="77777777">
        <w:tc>
          <w:tcPr>
            <w:tcW w:w="3092" w:type="dxa"/>
            <w:tcBorders>
              <w:top w:val="single" w:sz="24" w:space="0" w:color="000000"/>
              <w:bottom w:val="single" w:sz="4" w:space="0" w:color="000000"/>
            </w:tcBorders>
            <w:vAlign w:val="center"/>
          </w:tcPr>
          <w:p w14:paraId="1C720ADC"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4" w:name="_Hlk232503197"/>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E1753B1"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158 DE 2024 SENADO </w:t>
            </w:r>
            <w:proofErr w:type="spellStart"/>
            <w:r>
              <w:rPr>
                <w:rFonts w:ascii="Calibri" w:eastAsia="Calibri" w:hAnsi="Calibri" w:cs="Calibri"/>
                <w:b/>
                <w:bCs/>
                <w:sz w:val="24"/>
                <w:szCs w:val="24"/>
              </w:rPr>
              <w:t>Acumulado</w:t>
            </w:r>
            <w:proofErr w:type="spellEnd"/>
            <w:r>
              <w:rPr>
                <w:rFonts w:ascii="Calibri" w:eastAsia="Calibri" w:hAnsi="Calibri" w:cs="Calibri"/>
                <w:b/>
                <w:bCs/>
                <w:sz w:val="24"/>
                <w:szCs w:val="24"/>
              </w:rPr>
              <w:t xml:space="preserve"> 220 DE 2024 SENADO</w:t>
            </w:r>
          </w:p>
        </w:tc>
      </w:tr>
      <w:tr w:rsidR="00E60F76" w:rsidRPr="00676F65" w14:paraId="6E0533F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795EC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B0202" w14:textId="6EFFF5FB" w:rsidR="00156CA3" w:rsidRPr="00156CA3" w:rsidRDefault="00442006" w:rsidP="00156CA3">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4200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156CA3" w:rsidRP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REGULAN ASPECTOS TÉCNICOS, OPERATIVOS Y PROCEDIMENTALES DEL</w:t>
            </w:r>
            <w:r w:rsid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156CA3" w:rsidRP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USO DE SISTEMAS AUTOMÁTICOS, SEMIAUTOMÁTICOS Y OTROS MEDIOS TECNOLÓGICOS PARA LA</w:t>
            </w:r>
          </w:p>
          <w:p w14:paraId="0935BFA1" w14:textId="5B149141" w:rsidR="003C3390" w:rsidRPr="00676F65" w:rsidRDefault="00156CA3" w:rsidP="00156CA3">
            <w:pPr>
              <w:spacing w:after="0" w:line="240" w:lineRule="auto"/>
              <w:ind w:left="37"/>
              <w:jc w:val="center"/>
              <w:rPr>
                <w:rFonts w:ascii="Calibri" w:eastAsia="Calibri" w:hAnsi="Calibri" w:cs="Calibri"/>
                <w:lang w:val="es-CO" w:eastAsia="es-CO"/>
              </w:rPr>
            </w:pPr>
            <w:r w:rsidRP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DETECCIÓN DE INFRACCIONES DE TRÁNSITO, SE CONDICIONA LA IMPOSICIÓN DE COMPARENDOS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SANCIONES A LA IDENTIFICACIÓN PLENA DEL CONDUCTOR INFRACTOR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156CA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sidR="00442006" w:rsidRPr="0044200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42006" w:rsidRPr="00676F65">
              <w:rPr>
                <w:rFonts w:ascii="Calibri" w:eastAsia="Calibri" w:hAnsi="Calibri" w:cs="Calibri"/>
                <w:lang w:val="es-CO" w:eastAsia="es-CO"/>
              </w:rPr>
              <w:t xml:space="preserve">  GACETA: 1412/25</w:t>
            </w:r>
          </w:p>
        </w:tc>
      </w:tr>
      <w:tr w:rsidR="00E60F76" w:rsidRPr="00676F65" w14:paraId="6CE67E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A7789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BC9845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H.S. JAIRO ALBERTO CASTELLANOS SERRANO</w:t>
            </w:r>
          </w:p>
        </w:tc>
      </w:tr>
      <w:tr w:rsidR="00E60F76" w:rsidRPr="00676F65" w14:paraId="5B579EC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17EBC5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60D67E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JULIO ALBERTO ELIAS VIDAL</w:t>
            </w:r>
          </w:p>
        </w:tc>
      </w:tr>
      <w:bookmarkEnd w:id="14"/>
    </w:tbl>
    <w:p w14:paraId="3583A65D"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C3198" w:rsidRPr="006C3198" w14:paraId="135287E9" w14:textId="77777777" w:rsidTr="007B3F21">
        <w:tc>
          <w:tcPr>
            <w:tcW w:w="3002" w:type="dxa"/>
            <w:tcBorders>
              <w:top w:val="single" w:sz="24" w:space="0" w:color="000000"/>
              <w:bottom w:val="single" w:sz="4" w:space="0" w:color="000000"/>
            </w:tcBorders>
            <w:vAlign w:val="center"/>
          </w:tcPr>
          <w:p w14:paraId="7BB846C0" w14:textId="12A748FF" w:rsidR="00645A6B" w:rsidRPr="006C3198" w:rsidRDefault="00645A6B">
            <w:pPr>
              <w:pStyle w:val="Prrafodelista"/>
              <w:numPr>
                <w:ilvl w:val="0"/>
                <w:numId w:val="7"/>
              </w:numPr>
              <w:pBdr>
                <w:top w:val="nil"/>
                <w:left w:val="nil"/>
                <w:bottom w:val="nil"/>
                <w:right w:val="nil"/>
                <w:between w:val="nil"/>
              </w:pBdr>
              <w:spacing w:after="160" w:line="252" w:lineRule="auto"/>
              <w:rPr>
                <w:rFonts w:ascii="Calibri" w:eastAsia="Calibri" w:hAnsi="Calibri" w:cs="Calibri"/>
                <w:b/>
                <w:bCs/>
              </w:rPr>
            </w:pPr>
            <w:r w:rsidRPr="006C3198">
              <w:rPr>
                <w:rFonts w:ascii="Calibri" w:eastAsia="Calibri" w:hAnsi="Calibri" w:cs="Calibri"/>
                <w:b/>
                <w:bCs/>
              </w:rPr>
              <w:t>No. DE PROYECTO</w:t>
            </w:r>
          </w:p>
        </w:tc>
        <w:tc>
          <w:tcPr>
            <w:tcW w:w="7205" w:type="dxa"/>
            <w:tcBorders>
              <w:top w:val="single" w:sz="24" w:space="0" w:color="000000"/>
              <w:bottom w:val="single" w:sz="4" w:space="0" w:color="000000"/>
            </w:tcBorders>
            <w:vAlign w:val="center"/>
          </w:tcPr>
          <w:p w14:paraId="677F2244" w14:textId="77777777" w:rsidR="00645A6B" w:rsidRPr="006C3198" w:rsidRDefault="00645A6B" w:rsidP="007B3F21">
            <w:pPr>
              <w:ind w:left="360"/>
              <w:jc w:val="center"/>
              <w:rPr>
                <w:rFonts w:ascii="Calibri" w:eastAsia="Calibri" w:hAnsi="Calibri" w:cs="Calibri"/>
                <w:b/>
                <w:bCs/>
                <w:sz w:val="24"/>
                <w:szCs w:val="24"/>
              </w:rPr>
            </w:pPr>
            <w:r w:rsidRPr="006C3198">
              <w:rPr>
                <w:rFonts w:ascii="Calibri" w:eastAsia="Calibri" w:hAnsi="Calibri" w:cs="Calibri"/>
                <w:b/>
                <w:bCs/>
                <w:sz w:val="24"/>
                <w:szCs w:val="24"/>
              </w:rPr>
              <w:t xml:space="preserve">PL.N. 172 DE 2024 SENADO </w:t>
            </w:r>
          </w:p>
        </w:tc>
      </w:tr>
      <w:tr w:rsidR="006C3198" w:rsidRPr="006C3198" w14:paraId="0C9AAA06"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34BD20" w14:textId="77777777" w:rsidR="00645A6B" w:rsidRPr="006C3198" w:rsidRDefault="00645A6B" w:rsidP="007B3F21">
            <w:pPr>
              <w:spacing w:after="0" w:line="240" w:lineRule="auto"/>
              <w:ind w:left="360"/>
              <w:jc w:val="center"/>
              <w:rPr>
                <w:rFonts w:ascii="Calibri" w:eastAsia="Calibri" w:hAnsi="Calibri" w:cs="Calibri"/>
                <w:lang w:val="es-CO" w:eastAsia="es-CO"/>
              </w:rPr>
            </w:pPr>
            <w:r w:rsidRPr="006C3198">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485967" w14:textId="6F1933BF" w:rsidR="00645A6B" w:rsidRPr="006C3198" w:rsidRDefault="006C3198" w:rsidP="006C3198">
            <w:pPr>
              <w:spacing w:after="0" w:line="240" w:lineRule="auto"/>
              <w:ind w:left="15"/>
              <w:jc w:val="center"/>
              <w:rPr>
                <w:rFonts w:ascii="Calibri" w:eastAsia="Calibri" w:hAnsi="Calibri" w:cs="Calibri"/>
                <w:lang w:val="es-CO" w:eastAsia="es-CO"/>
              </w:rPr>
            </w:pP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MODIFICA</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LEY 142 DE 1994, SE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RELACIÓN</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 LA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PRESTACIÓN</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DE LOS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SERVICIOS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PÚBLICOS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DOMICILIARIOS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DOTA DE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INFORMACIÓN</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SUFICIENTE</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 LOS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USUARIOS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SE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C31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645A6B" w:rsidRPr="006C3198">
              <w:rPr>
                <w:rFonts w:ascii="Calibri" w:eastAsia="Calibri" w:hAnsi="Calibri" w:cs="Calibri"/>
                <w:lang w:val="es-CO" w:eastAsia="es-CO"/>
              </w:rPr>
              <w:t>GACETA: 2272/25</w:t>
            </w:r>
          </w:p>
        </w:tc>
      </w:tr>
      <w:tr w:rsidR="006C3198" w:rsidRPr="006C3198" w14:paraId="6F0912B9"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4796759" w14:textId="77777777" w:rsidR="00645A6B" w:rsidRPr="006C3198" w:rsidRDefault="00645A6B" w:rsidP="007B3F21">
            <w:pPr>
              <w:spacing w:after="0" w:line="240" w:lineRule="auto"/>
              <w:ind w:left="360"/>
              <w:jc w:val="center"/>
              <w:rPr>
                <w:rFonts w:ascii="Calibri" w:eastAsia="Calibri" w:hAnsi="Calibri" w:cs="Calibri"/>
                <w:lang w:val="es-CO" w:eastAsia="es-CO"/>
              </w:rPr>
            </w:pPr>
            <w:r w:rsidRPr="006C3198">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07E7987" w14:textId="77777777" w:rsidR="00645A6B" w:rsidRPr="006C3198" w:rsidRDefault="00645A6B" w:rsidP="007B3F21">
            <w:pPr>
              <w:spacing w:after="0" w:line="240" w:lineRule="auto"/>
              <w:ind w:left="360"/>
              <w:jc w:val="center"/>
              <w:rPr>
                <w:rFonts w:ascii="Calibri" w:eastAsia="Calibri" w:hAnsi="Calibri" w:cs="Calibri"/>
                <w:lang w:val="es-CO" w:eastAsia="es-CO"/>
              </w:rPr>
            </w:pPr>
            <w:r w:rsidRPr="006C3198">
              <w:rPr>
                <w:rFonts w:ascii="Calibri" w:eastAsia="Calibri" w:hAnsi="Calibri" w:cs="Calibri"/>
                <w:lang w:val="es-CO" w:eastAsia="es-CO"/>
              </w:rPr>
              <w:t xml:space="preserve">H.S. EFRAIN CEPEDA SARABIA, ANA MARIA CASTAÑEDA GOMEZ, GUIDO ECHEVERRY PIEDRAHITA, SOLEDAD TAMAYO </w:t>
            </w:r>
            <w:proofErr w:type="spellStart"/>
            <w:r w:rsidRPr="006C3198">
              <w:rPr>
                <w:rFonts w:ascii="Calibri" w:eastAsia="Calibri" w:hAnsi="Calibri" w:cs="Calibri"/>
                <w:lang w:val="es-CO" w:eastAsia="es-CO"/>
              </w:rPr>
              <w:t>TAMAYO</w:t>
            </w:r>
            <w:proofErr w:type="spellEnd"/>
            <w:r w:rsidRPr="006C3198">
              <w:rPr>
                <w:rFonts w:ascii="Calibri" w:eastAsia="Calibri" w:hAnsi="Calibri" w:cs="Calibri"/>
                <w:lang w:val="es-CO" w:eastAsia="es-CO"/>
              </w:rPr>
              <w:t xml:space="preserve">, PEDRO </w:t>
            </w:r>
            <w:proofErr w:type="spellStart"/>
            <w:r w:rsidRPr="006C3198">
              <w:rPr>
                <w:rFonts w:ascii="Calibri" w:eastAsia="Calibri" w:hAnsi="Calibri" w:cs="Calibri"/>
                <w:lang w:val="es-CO" w:eastAsia="es-CO"/>
              </w:rPr>
              <w:t>HERNANDEZ</w:t>
            </w:r>
            <w:proofErr w:type="spellEnd"/>
            <w:r w:rsidRPr="006C3198">
              <w:rPr>
                <w:rFonts w:ascii="Calibri" w:eastAsia="Calibri" w:hAnsi="Calibri" w:cs="Calibri"/>
                <w:lang w:val="es-CO" w:eastAsia="es-CO"/>
              </w:rPr>
              <w:t xml:space="preserve"> </w:t>
            </w:r>
            <w:proofErr w:type="spellStart"/>
            <w:r w:rsidRPr="006C3198">
              <w:rPr>
                <w:rFonts w:ascii="Calibri" w:eastAsia="Calibri" w:hAnsi="Calibri" w:cs="Calibri"/>
                <w:lang w:val="es-CO" w:eastAsia="es-CO"/>
              </w:rPr>
              <w:t>FLOREZ</w:t>
            </w:r>
            <w:proofErr w:type="spellEnd"/>
            <w:r w:rsidRPr="006C3198">
              <w:rPr>
                <w:rFonts w:ascii="Calibri" w:eastAsia="Calibri" w:hAnsi="Calibri" w:cs="Calibri"/>
                <w:lang w:val="es-CO" w:eastAsia="es-CO"/>
              </w:rPr>
              <w:t xml:space="preserve">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6C3198" w:rsidRPr="006C3198" w14:paraId="5385F4F1"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4A202583" w14:textId="77777777" w:rsidR="00645A6B" w:rsidRPr="006C3198" w:rsidRDefault="00645A6B" w:rsidP="007B3F21">
            <w:pPr>
              <w:spacing w:after="0" w:line="240" w:lineRule="auto"/>
              <w:ind w:left="360"/>
              <w:jc w:val="center"/>
              <w:rPr>
                <w:rFonts w:ascii="Calibri" w:eastAsia="Calibri" w:hAnsi="Calibri" w:cs="Calibri"/>
                <w:lang w:val="es-CO" w:eastAsia="es-CO"/>
              </w:rPr>
            </w:pPr>
            <w:r w:rsidRPr="006C3198">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E4BF86B" w14:textId="77777777" w:rsidR="00645A6B" w:rsidRPr="006C3198" w:rsidRDefault="00645A6B" w:rsidP="007B3F21">
            <w:pPr>
              <w:spacing w:after="0" w:line="240" w:lineRule="auto"/>
              <w:ind w:left="360"/>
              <w:jc w:val="center"/>
              <w:rPr>
                <w:rFonts w:ascii="Calibri" w:eastAsia="Calibri" w:hAnsi="Calibri" w:cs="Calibri"/>
                <w:lang w:val="es-CO" w:eastAsia="es-CO"/>
              </w:rPr>
            </w:pPr>
            <w:r w:rsidRPr="006C3198">
              <w:rPr>
                <w:rFonts w:ascii="Calibri" w:eastAsia="Calibri" w:hAnsi="Calibri" w:cs="Calibri"/>
                <w:lang w:val="es-CO" w:eastAsia="es-CO"/>
              </w:rPr>
              <w:t>H.S.  PEDRO HERNANDEZ FLOREZ PORRAS</w:t>
            </w:r>
          </w:p>
        </w:tc>
      </w:tr>
    </w:tbl>
    <w:p w14:paraId="26F0B764" w14:textId="77777777" w:rsidR="00645A6B" w:rsidRDefault="00645A6B">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CC4E77" w14:textId="77777777">
        <w:tc>
          <w:tcPr>
            <w:tcW w:w="3092" w:type="dxa"/>
            <w:tcBorders>
              <w:top w:val="single" w:sz="24" w:space="0" w:color="000000"/>
              <w:bottom w:val="single" w:sz="4" w:space="0" w:color="000000"/>
            </w:tcBorders>
            <w:vAlign w:val="center"/>
          </w:tcPr>
          <w:p w14:paraId="1692117C"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CB57166"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175 DE 2024 SENADO</w:t>
            </w:r>
          </w:p>
        </w:tc>
      </w:tr>
      <w:tr w:rsidR="00E60F76" w:rsidRPr="00676F65" w14:paraId="783A4FB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EB012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98DBEF" w14:textId="0A5CAD91"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MARCACIÓN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BOLSAS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PLÁSTICAS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PARA SU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REUTILIZACIÓN</w:t>
            </w:r>
            <w:proofErr w:type="spellEnd"/>
            <w:proofErr w:type="gram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42006" w:rsidRPr="00676F65">
              <w:rPr>
                <w:rFonts w:ascii="Calibri" w:eastAsia="Calibri" w:hAnsi="Calibri" w:cs="Calibri"/>
                <w:lang w:val="es-CO" w:eastAsia="es-CO"/>
              </w:rPr>
              <w:t>GACETA</w:t>
            </w:r>
            <w:proofErr w:type="gramEnd"/>
            <w:r w:rsidR="00442006" w:rsidRPr="00676F65">
              <w:rPr>
                <w:rFonts w:ascii="Calibri" w:eastAsia="Calibri" w:hAnsi="Calibri" w:cs="Calibri"/>
                <w:lang w:val="es-CO" w:eastAsia="es-CO"/>
              </w:rPr>
              <w:t>: 779/25</w:t>
            </w:r>
          </w:p>
        </w:tc>
      </w:tr>
      <w:tr w:rsidR="00E60F76" w:rsidRPr="00676F65" w14:paraId="636891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0101A7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4D4D127" w14:textId="1864E1E9"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EFRAÍN CEPEDA SARABIA, GERMÁN BLANCO ÁLVAREZ, H.R. ANTONIO ZABARAÍN D’ARCE, INGRID SOGAMOSO ALFONSO, JULIANA ARAY FRANCO, WADITH MANZUR IMBETT.</w:t>
            </w:r>
          </w:p>
        </w:tc>
      </w:tr>
      <w:tr w:rsidR="00E60F76" w:rsidRPr="00676F65" w14:paraId="51D6E1B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DB8F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CC975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MIGUEL ANGEL BARRETO CASTILLO</w:t>
            </w:r>
          </w:p>
        </w:tc>
      </w:tr>
    </w:tbl>
    <w:p w14:paraId="3B9ED02D"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CA7157A" w14:textId="77777777">
        <w:tc>
          <w:tcPr>
            <w:tcW w:w="3092" w:type="dxa"/>
            <w:tcBorders>
              <w:top w:val="single" w:sz="24" w:space="0" w:color="000000"/>
              <w:bottom w:val="single" w:sz="4" w:space="0" w:color="000000"/>
            </w:tcBorders>
            <w:vAlign w:val="center"/>
          </w:tcPr>
          <w:p w14:paraId="1585935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4071E691"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182 DE 2024 SENADO</w:t>
            </w:r>
          </w:p>
        </w:tc>
      </w:tr>
      <w:tr w:rsidR="00E60F76" w:rsidRPr="00676F65" w14:paraId="6D5584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EFCA2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2A2189" w14:textId="5CAB07B5"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REGLAMENTA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EJERCICIO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PROFESIÓN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GESTOR</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CULTURAL, SUS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OFICIOS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COMPETENCIAS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ASOCIADAS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COLOMBIA,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MODIFICA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LEY 397 DE 1997,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003B73E6" w:rsidRPr="003B73E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3B73E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3B73E6" w:rsidRPr="00676F65">
              <w:rPr>
                <w:rFonts w:ascii="Calibri" w:eastAsia="Calibri" w:hAnsi="Calibri" w:cs="Calibri"/>
                <w:lang w:val="es-CO" w:eastAsia="es-CO"/>
              </w:rPr>
              <w:t xml:space="preserve"> </w:t>
            </w:r>
            <w:r w:rsidR="003B73E6">
              <w:rPr>
                <w:rFonts w:ascii="Calibri" w:eastAsia="Calibri" w:hAnsi="Calibri" w:cs="Calibri"/>
                <w:lang w:val="es-CO" w:eastAsia="es-CO"/>
              </w:rPr>
              <w:t xml:space="preserve"> </w:t>
            </w:r>
            <w:r w:rsidR="003B73E6" w:rsidRPr="00676F65">
              <w:rPr>
                <w:rFonts w:ascii="Calibri" w:eastAsia="Calibri" w:hAnsi="Calibri" w:cs="Calibri"/>
                <w:lang w:val="es-CO" w:eastAsia="es-CO"/>
              </w:rPr>
              <w:t>GACETA:  641/25</w:t>
            </w:r>
          </w:p>
        </w:tc>
      </w:tr>
      <w:tr w:rsidR="00E60F76" w:rsidRPr="00676F65" w14:paraId="0AACEC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4D8364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5A65F8F" w14:textId="30581DC8"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w:t>
            </w:r>
            <w:r w:rsidR="00676F65" w:rsidRPr="00676F65">
              <w:rPr>
                <w:rFonts w:ascii="Calibri" w:eastAsia="Calibri" w:hAnsi="Calibri" w:cs="Calibri"/>
                <w:lang w:val="es-CO" w:eastAsia="es-CO"/>
              </w:rPr>
              <w:t xml:space="preserve"> SANDRA RAMÍREZ LOBO SILVA, PABLO CATATUMBO TORRES, OMAR RESTREPO CORREA, JULIÁN GALLO CUBILLOS, IMELDA DAZA COTES, H.R. CARLOS ALBERTO CARREÑO MARÍN, JAIRO REINALDO CALA SUÁREZ, PEDRO BARACUTAO GARCÍA, GERMÁN GÓMEZ, LUIS ALBERTO ALBÁN.</w:t>
            </w:r>
          </w:p>
        </w:tc>
      </w:tr>
      <w:tr w:rsidR="00E60F76" w:rsidRPr="00676F65" w14:paraId="62206BC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6EB9F8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52F8D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SANDRA RAMIREZ LOBO</w:t>
            </w:r>
          </w:p>
        </w:tc>
      </w:tr>
    </w:tbl>
    <w:p w14:paraId="1D4E5762"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86317F" w14:textId="77777777">
        <w:tc>
          <w:tcPr>
            <w:tcW w:w="3092" w:type="dxa"/>
            <w:tcBorders>
              <w:top w:val="single" w:sz="24" w:space="0" w:color="000000"/>
              <w:bottom w:val="single" w:sz="4" w:space="0" w:color="000000"/>
            </w:tcBorders>
            <w:vAlign w:val="center"/>
          </w:tcPr>
          <w:p w14:paraId="617AFAB4"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5" w:name="_Hlk232501408"/>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5F0BCC2" w14:textId="1D6A420F"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183 DE 2024 SENADO – 398 DE 2024 CAMARA </w:t>
            </w:r>
          </w:p>
        </w:tc>
      </w:tr>
      <w:tr w:rsidR="00E60F76" w:rsidRPr="00676F65" w14:paraId="6D04513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25B8D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6E1ABA" w14:textId="63A4326B" w:rsidR="003C3390" w:rsidRPr="00676F65" w:rsidRDefault="009A0B27" w:rsidP="009A0B27">
            <w:pPr>
              <w:spacing w:after="0" w:line="240" w:lineRule="auto"/>
              <w:ind w:left="-72"/>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DETERMINAN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COMPETENCIAS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JURISDICCIÓN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AGRARIA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RURAL,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PROCEDIMIENTO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ESPECIAL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AGRARIO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RURAL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000000" w:rsidRPr="003B73E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394C56" w:rsidRPr="00676F65">
              <w:rPr>
                <w:rFonts w:ascii="Calibri" w:eastAsia="Calibri" w:hAnsi="Calibri" w:cs="Calibri"/>
                <w:lang w:val="es-CO" w:eastAsia="es-CO"/>
              </w:rPr>
              <w:t xml:space="preserve">              </w:t>
            </w:r>
            <w:r w:rsidR="00000000" w:rsidRPr="00676F65">
              <w:rPr>
                <w:rFonts w:ascii="Calibri" w:eastAsia="Calibri" w:hAnsi="Calibri" w:cs="Calibri"/>
                <w:lang w:val="es-CO" w:eastAsia="es-CO"/>
              </w:rPr>
              <w:t>GACETA:  952/25</w:t>
            </w:r>
          </w:p>
        </w:tc>
      </w:tr>
      <w:tr w:rsidR="00E60F76" w:rsidRPr="00676F65" w14:paraId="6E4432E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ADCB8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B650A2C" w14:textId="7DDCC7FF"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SANDRA RAMÍREZ LOBO SILVA, PABLO CATATUMBO TORRES, OMAR RESTREPO CORREA, JULIÁN GALLO CUBILLOS, IMELDA DAZA COTES, H.R. CARLOS ALBERTO CARREÑO MARÍN, JAIRO REINALDO CALA SUÁREZ, PEDRO BARACUTAO GARCÍA, GERMÁN GÓMEZ, LUIS ALBERTO ALBÁN.</w:t>
            </w:r>
          </w:p>
        </w:tc>
      </w:tr>
      <w:tr w:rsidR="00E60F76" w:rsidRPr="00676F65" w14:paraId="1D2D2E8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6241C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834CF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(Coord.) JORGE BENEDETTI MARTELO, ALEJANDRO CARLOS CHACON – Ponentes: ALFREDO DELQUE ZULETA, JUAN CARLOS GARCÍA GÓMEZ, CARLOS ALBERTO BENAVIDES MORA, JULIAN GALLO CUBILLOS, AIDA QUILCUÉ VIVAS, PALOMA VALENCIA LASERNA, ARIEL AVILA MARTINEZ</w:t>
            </w:r>
          </w:p>
        </w:tc>
      </w:tr>
      <w:bookmarkEnd w:id="15"/>
    </w:tbl>
    <w:p w14:paraId="6BAFB875"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8BFC418" w14:textId="77777777">
        <w:tc>
          <w:tcPr>
            <w:tcW w:w="3092" w:type="dxa"/>
            <w:tcBorders>
              <w:top w:val="single" w:sz="24" w:space="0" w:color="000000"/>
              <w:bottom w:val="single" w:sz="4" w:space="0" w:color="000000"/>
            </w:tcBorders>
            <w:vAlign w:val="center"/>
          </w:tcPr>
          <w:p w14:paraId="4F444522"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91D0119"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196 DE 2024 SENADO</w:t>
            </w:r>
          </w:p>
        </w:tc>
      </w:tr>
      <w:tr w:rsidR="00E60F76" w:rsidRPr="00676F65" w14:paraId="4CAE93F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D2A66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55125F" w14:textId="57334E75" w:rsidR="003C3390" w:rsidRPr="00676F65" w:rsidRDefault="003B73E6" w:rsidP="009A0B27">
            <w:pPr>
              <w:spacing w:after="0" w:line="240" w:lineRule="auto"/>
              <w:ind w:left="-72"/>
              <w:jc w:val="center"/>
              <w:rPr>
                <w:rFonts w:ascii="Calibri" w:eastAsia="Calibri" w:hAnsi="Calibri" w:cs="Calibri"/>
                <w:lang w:val="es-CO" w:eastAsia="es-CO"/>
              </w:rPr>
            </w:pPr>
            <w:r w:rsidRPr="003B73E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ORIENTA Y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LOS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LINEAMIENTOS</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PARA LA</w:t>
            </w:r>
            <w:r w:rsid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CREACIÓN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 POLÍTICA PÚBLICA DE LAS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CULTURAS</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LAS ARTES Y LOS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SABERES</w:t>
            </w:r>
            <w:proofErr w:type="spellEnd"/>
            <w:r w:rsid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CAMPESINOS Y SE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3B73E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76F65">
              <w:rPr>
                <w:rFonts w:ascii="Calibri" w:eastAsia="Calibri" w:hAnsi="Calibri" w:cs="Calibri"/>
                <w:lang w:val="es-CO" w:eastAsia="es-CO"/>
              </w:rPr>
              <w:t xml:space="preserve"> </w:t>
            </w:r>
            <w:r w:rsidR="00394C56" w:rsidRPr="00676F65">
              <w:rPr>
                <w:rFonts w:ascii="Calibri" w:eastAsia="Calibri" w:hAnsi="Calibri" w:cs="Calibri"/>
                <w:lang w:val="es-CO" w:eastAsia="es-CO"/>
              </w:rPr>
              <w:t xml:space="preserve">                </w:t>
            </w:r>
            <w:r w:rsidRPr="00676F65">
              <w:rPr>
                <w:rFonts w:ascii="Calibri" w:eastAsia="Calibri" w:hAnsi="Calibri" w:cs="Calibri"/>
                <w:lang w:val="es-CO" w:eastAsia="es-CO"/>
              </w:rPr>
              <w:t>GACETA: 421/25</w:t>
            </w:r>
          </w:p>
        </w:tc>
      </w:tr>
      <w:tr w:rsidR="00E60F76" w:rsidRPr="00676F65" w14:paraId="04DAFBE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07023B4"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916A594" w14:textId="64D81AD9"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 xml:space="preserve">ROBERT DAZA GUEVARA, CATALINA PÉREZ </w:t>
            </w:r>
            <w:proofErr w:type="spellStart"/>
            <w:r w:rsidR="00676F65" w:rsidRPr="00676F65">
              <w:rPr>
                <w:rFonts w:ascii="Calibri" w:eastAsia="Calibri" w:hAnsi="Calibri" w:cs="Calibri"/>
                <w:lang w:val="es-CO" w:eastAsia="es-CO"/>
              </w:rPr>
              <w:t>PÉREZ</w:t>
            </w:r>
            <w:proofErr w:type="spellEnd"/>
            <w:r w:rsidR="00676F65" w:rsidRPr="00676F65">
              <w:rPr>
                <w:rFonts w:ascii="Calibri" w:eastAsia="Calibri" w:hAnsi="Calibri" w:cs="Calibri"/>
                <w:lang w:val="es-CO" w:eastAsia="es-CO"/>
              </w:rPr>
              <w:t>,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E60F76" w:rsidRPr="00676F65" w14:paraId="3D8BF78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FFE9E4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B60C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ROBERT DAZA GUEVARA</w:t>
            </w:r>
          </w:p>
        </w:tc>
      </w:tr>
    </w:tbl>
    <w:p w14:paraId="70937062"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23E90" w14:paraId="7AABB8E9" w14:textId="77777777" w:rsidTr="007B3F21">
        <w:tc>
          <w:tcPr>
            <w:tcW w:w="3002" w:type="dxa"/>
            <w:tcBorders>
              <w:top w:val="single" w:sz="24" w:space="0" w:color="000000"/>
              <w:bottom w:val="single" w:sz="4" w:space="0" w:color="000000"/>
            </w:tcBorders>
            <w:vAlign w:val="center"/>
          </w:tcPr>
          <w:p w14:paraId="03CCCA23" w14:textId="7A4A9954" w:rsidR="00A23E90" w:rsidRPr="00A23E90" w:rsidRDefault="00A23E9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A23E90">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627341AF" w14:textId="77777777" w:rsidR="00A23E90" w:rsidRDefault="00A23E90" w:rsidP="007B3F21">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197  DE</w:t>
            </w:r>
            <w:proofErr w:type="gramEnd"/>
            <w:r>
              <w:rPr>
                <w:rFonts w:ascii="Calibri" w:eastAsia="Calibri" w:hAnsi="Calibri" w:cs="Calibri"/>
                <w:b/>
                <w:bCs/>
              </w:rPr>
              <w:t xml:space="preserve"> 2024 SENADO </w:t>
            </w:r>
          </w:p>
        </w:tc>
      </w:tr>
      <w:tr w:rsidR="00A23E90" w14:paraId="2D4F48C4"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E1B789" w14:textId="77777777" w:rsidR="00A23E90" w:rsidRDefault="00A23E90" w:rsidP="007B3F21">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4AC407" w14:textId="2D3E793A" w:rsidR="00A23E90" w:rsidRDefault="009A0B27" w:rsidP="009A0B27">
            <w:pPr>
              <w:ind w:left="-127"/>
              <w:jc w:val="center"/>
              <w:rPr>
                <w:rFonts w:ascii="Calibri" w:eastAsia="Calibri" w:hAnsi="Calibri" w:cs="Calibri"/>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ELEVA A RANGO LEGAL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DESIGNACIÓN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GESTOR SOCIAL, CON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PROPÓSITO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AMPLIAR</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FORTALECER</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SU LABOR EN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PROMOCIÓN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BIENESTAR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COMUNITARIO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EN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RECONSTRUCCIÓN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TEJIDO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SOCIAL</w:t>
            </w:r>
            <w:r w:rsidR="00A23E90"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A23E90">
              <w:rPr>
                <w:rFonts w:ascii="Calibri" w:eastAsia="Calibri" w:hAnsi="Calibri" w:cs="Calibri"/>
              </w:rPr>
              <w:t>GACETA: 1783/25</w:t>
            </w:r>
          </w:p>
        </w:tc>
      </w:tr>
      <w:tr w:rsidR="00A23E90" w:rsidRPr="00394C56" w14:paraId="322E10CF"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5A7435F"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D067E2"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KARINA ESPINOSA OLIVER, LAURA ESTER FORTICH SÁNCHEZ, MAURICIO GIRALDO HERNÁNDEZ, CLAUDIA PÉREZ GIRALDO, CARLOS MEISEL VERGARA, H.R. LUIS MIGUEL LÓPEZ ARISTIZABAL</w:t>
            </w:r>
          </w:p>
        </w:tc>
      </w:tr>
      <w:tr w:rsidR="00A23E90" w:rsidRPr="00394C56" w14:paraId="56DF613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C47A885"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18CF8E" w14:textId="77777777" w:rsidR="00A23E90" w:rsidRPr="00394C56" w:rsidRDefault="00A23E90"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MIGUEL ANGEL PINTO HERNANDEZ, MARTHA PERALTA EPIEYÚ</w:t>
            </w:r>
          </w:p>
        </w:tc>
      </w:tr>
    </w:tbl>
    <w:p w14:paraId="0070D5F5" w14:textId="77777777" w:rsidR="00A23E90" w:rsidRDefault="00A23E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06144E2" w14:textId="77777777">
        <w:tc>
          <w:tcPr>
            <w:tcW w:w="3092" w:type="dxa"/>
            <w:tcBorders>
              <w:top w:val="single" w:sz="24" w:space="0" w:color="000000"/>
              <w:bottom w:val="single" w:sz="4" w:space="0" w:color="000000"/>
            </w:tcBorders>
            <w:vAlign w:val="center"/>
          </w:tcPr>
          <w:p w14:paraId="634B462D"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9D01FD0"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200 DE 2024 SENADO </w:t>
            </w:r>
          </w:p>
        </w:tc>
      </w:tr>
      <w:tr w:rsidR="00E60F76" w:rsidRPr="00676F65" w14:paraId="5E86641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9C4F2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95FFE2" w14:textId="7DB5FF76" w:rsidR="003C3390" w:rsidRPr="00676F65" w:rsidRDefault="009A0B27" w:rsidP="009A0B27">
            <w:pPr>
              <w:spacing w:after="0" w:line="240" w:lineRule="auto"/>
              <w:ind w:left="-72"/>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FORTALECEN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LOS DERECHOS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PARENTALES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ÁMBITO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IMPARTIDA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AL INTERIOR DE LOS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ESTABLECIMIENTOS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EDUCATIVOS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 LEY LOS PADRES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3B73E6" w:rsidRPr="00676F65">
              <w:rPr>
                <w:rFonts w:ascii="Calibri" w:eastAsia="Calibri" w:hAnsi="Calibri" w:cs="Calibri"/>
                <w:lang w:val="es-CO" w:eastAsia="es-CO"/>
              </w:rPr>
              <w:t>GACETA: 927/25</w:t>
            </w:r>
          </w:p>
        </w:tc>
      </w:tr>
      <w:tr w:rsidR="00E60F76" w:rsidRPr="00676F65" w14:paraId="78DA830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A517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AD357C2" w14:textId="743B8516"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 xml:space="preserve">MAURICIO GIRALDO HERNÁNDEZ, KARINA ESPINOSA OLIVER, SOLEDAD TAMAYO </w:t>
            </w:r>
            <w:proofErr w:type="spellStart"/>
            <w:r w:rsidR="00676F65" w:rsidRPr="00676F65">
              <w:rPr>
                <w:rFonts w:ascii="Calibri" w:eastAsia="Calibri" w:hAnsi="Calibri" w:cs="Calibri"/>
                <w:lang w:val="es-CO" w:eastAsia="es-CO"/>
              </w:rPr>
              <w:t>TAMAYO</w:t>
            </w:r>
            <w:proofErr w:type="spellEnd"/>
            <w:r w:rsidR="00676F65" w:rsidRPr="00676F65">
              <w:rPr>
                <w:rFonts w:ascii="Calibri" w:eastAsia="Calibri" w:hAnsi="Calibri" w:cs="Calibri"/>
                <w:lang w:val="es-CO" w:eastAsia="es-CO"/>
              </w:rPr>
              <w:t>,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CADAVID MÁRQUEZ, CAROLINA ARBELÁEZ, HERNANDO GONZÁLEZ, JUAN MANUEL CORTES Y OTRAS FIRMAS ILEGIBLES.</w:t>
            </w:r>
          </w:p>
        </w:tc>
      </w:tr>
      <w:tr w:rsidR="00E60F76" w:rsidRPr="00676F65" w14:paraId="03F12C9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E2277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C1104C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H.S. SOLEDAD TAMAYO </w:t>
            </w:r>
            <w:proofErr w:type="spellStart"/>
            <w:r w:rsidRPr="00676F65">
              <w:rPr>
                <w:rFonts w:ascii="Calibri" w:eastAsia="Calibri" w:hAnsi="Calibri" w:cs="Calibri"/>
                <w:lang w:val="es-CO" w:eastAsia="es-CO"/>
              </w:rPr>
              <w:t>TAMAYO</w:t>
            </w:r>
            <w:proofErr w:type="spellEnd"/>
          </w:p>
        </w:tc>
      </w:tr>
    </w:tbl>
    <w:p w14:paraId="17E68B6C" w14:textId="77777777" w:rsidR="003C3390" w:rsidRDefault="003C3390">
      <w:pPr>
        <w:jc w:val="both"/>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29B0EF5" w14:textId="77777777">
        <w:tc>
          <w:tcPr>
            <w:tcW w:w="3092" w:type="dxa"/>
            <w:tcBorders>
              <w:top w:val="single" w:sz="24" w:space="0" w:color="000000"/>
              <w:bottom w:val="single" w:sz="4" w:space="0" w:color="000000"/>
            </w:tcBorders>
            <w:vAlign w:val="center"/>
          </w:tcPr>
          <w:p w14:paraId="027F6DED"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A8DFB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205 DE 2024 SENADO </w:t>
            </w:r>
          </w:p>
        </w:tc>
      </w:tr>
      <w:tr w:rsidR="00E60F76" w:rsidRPr="00676F65" w14:paraId="1E9329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997C4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41C79A" w14:textId="44D23474"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GARANTIZA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GESTIÓN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COMUNITARIA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AGUA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w:t>
            </w:r>
            <w:proofErr w:type="spellEnd"/>
            <w:r w:rsidR="002156FD" w:rsidRPr="002156FD">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2156FD" w:rsidRPr="002156FD">
              <w:rPr>
                <w:rFonts w:ascii="Calibri" w:eastAsia="Calibri" w:hAnsi="Calibri" w:cs="Calibri"/>
                <w:lang w:val="es-CO" w:eastAsia="es-CO"/>
              </w:rPr>
              <w:t xml:space="preserve"> </w:t>
            </w:r>
            <w:r w:rsidR="002156FD">
              <w:rPr>
                <w:rFonts w:ascii="Calibri" w:eastAsia="Calibri" w:hAnsi="Calibri" w:cs="Calibri"/>
                <w:lang w:val="es-CO" w:eastAsia="es-CO"/>
              </w:rPr>
              <w:t xml:space="preserve"> </w:t>
            </w:r>
            <w:r w:rsidR="002156FD" w:rsidRPr="00676F65">
              <w:rPr>
                <w:rFonts w:ascii="Calibri" w:eastAsia="Calibri" w:hAnsi="Calibri" w:cs="Calibri"/>
                <w:lang w:val="es-CO" w:eastAsia="es-CO"/>
              </w:rPr>
              <w:t>GACETA: 2226/24</w:t>
            </w:r>
          </w:p>
        </w:tc>
      </w:tr>
      <w:tr w:rsidR="00E60F76" w:rsidRPr="00676F65" w14:paraId="0F91C6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EAEC2F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1798FE2" w14:textId="5533EEE0"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sz w:val="20"/>
                <w:szCs w:val="20"/>
                <w:lang w:val="es-CO" w:eastAsia="es-CO"/>
              </w:rPr>
              <w:t>H.S</w:t>
            </w:r>
            <w:r w:rsidR="00676F65" w:rsidRPr="00676F65">
              <w:rPr>
                <w:rFonts w:ascii="Calibri" w:eastAsia="Calibri" w:hAnsi="Calibri" w:cs="Calibri"/>
                <w:sz w:val="20"/>
                <w:szCs w:val="20"/>
                <w:lang w:val="es-CO" w:eastAsia="es-CO"/>
              </w:rPr>
              <w:t>.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E60F76" w:rsidRPr="00676F65" w14:paraId="594F848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673C1E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1E2151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H.S. ISABEL CRISTINA ZULETA LOPEZ</w:t>
            </w:r>
          </w:p>
        </w:tc>
      </w:tr>
    </w:tbl>
    <w:p w14:paraId="23C1F0E1"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2651F" w14:paraId="6AB34A45" w14:textId="77777777" w:rsidTr="00B16B81">
        <w:tc>
          <w:tcPr>
            <w:tcW w:w="3002" w:type="dxa"/>
            <w:tcBorders>
              <w:top w:val="single" w:sz="24" w:space="0" w:color="000000"/>
              <w:bottom w:val="single" w:sz="4" w:space="0" w:color="000000"/>
            </w:tcBorders>
            <w:vAlign w:val="center"/>
          </w:tcPr>
          <w:p w14:paraId="45850119" w14:textId="03A75407" w:rsidR="00F2651F" w:rsidRPr="00F2651F" w:rsidRDefault="00F265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16" w:name="_Hlk232585004"/>
            <w:r w:rsidRPr="00F2651F">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1A87E6F0" w14:textId="77777777" w:rsidR="00F2651F" w:rsidRDefault="00F2651F" w:rsidP="00B16B81">
            <w:pPr>
              <w:ind w:left="360"/>
              <w:jc w:val="center"/>
              <w:rPr>
                <w:rFonts w:ascii="Calibri" w:eastAsia="Calibri" w:hAnsi="Calibri" w:cs="Calibri"/>
                <w:b/>
                <w:bCs/>
                <w:sz w:val="24"/>
                <w:szCs w:val="24"/>
              </w:rPr>
            </w:pPr>
            <w:r>
              <w:rPr>
                <w:rFonts w:ascii="Calibri" w:eastAsia="Calibri" w:hAnsi="Calibri" w:cs="Calibri"/>
                <w:b/>
                <w:bCs/>
                <w:sz w:val="24"/>
                <w:szCs w:val="24"/>
              </w:rPr>
              <w:t xml:space="preserve">PL.N. 223 DE 2025 SENADO </w:t>
            </w:r>
          </w:p>
        </w:tc>
      </w:tr>
      <w:tr w:rsidR="00F2651F" w:rsidRPr="000716A3" w14:paraId="231DC693" w14:textId="77777777" w:rsidTr="00B16B8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352509" w14:textId="77777777" w:rsidR="00F2651F" w:rsidRPr="000716A3" w:rsidRDefault="00F2651F" w:rsidP="00B16B8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DAC0A8" w14:textId="73B17A11" w:rsidR="00F2651F" w:rsidRPr="000716A3" w:rsidRDefault="002156FD" w:rsidP="009A0B27">
            <w:pPr>
              <w:spacing w:after="0" w:line="240" w:lineRule="auto"/>
              <w:jc w:val="center"/>
              <w:rPr>
                <w:rFonts w:ascii="Calibri" w:eastAsia="Calibri" w:hAnsi="Calibri" w:cs="Calibri"/>
                <w:lang w:val="es-CO" w:eastAsia="es-CO"/>
              </w:rPr>
            </w:pPr>
            <w:r w:rsidRPr="002156FD">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REGULA LA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RESTRICCIÓN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TEMPORAL A LA VENTA Y</w:t>
            </w:r>
            <w:r w:rsid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CONSUMO</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BEBIDAS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EMBRIAGANTES</w:t>
            </w:r>
            <w:proofErr w:type="spellEnd"/>
            <w:r w:rsidRPr="002156FD">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F2651F" w:rsidRPr="002156FD">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F2651F" w:rsidRPr="000716A3">
              <w:rPr>
                <w:rFonts w:ascii="Calibri" w:eastAsia="Calibri" w:hAnsi="Calibri" w:cs="Calibri"/>
                <w:lang w:val="es-CO" w:eastAsia="es-CO"/>
              </w:rPr>
              <w:t xml:space="preserve"> </w:t>
            </w:r>
            <w:r>
              <w:rPr>
                <w:rFonts w:ascii="Calibri" w:eastAsia="Calibri" w:hAnsi="Calibri" w:cs="Calibri"/>
                <w:lang w:val="es-CO" w:eastAsia="es-CO"/>
              </w:rPr>
              <w:t xml:space="preserve">  </w:t>
            </w:r>
            <w:r w:rsidR="00F2651F" w:rsidRPr="000716A3">
              <w:rPr>
                <w:rFonts w:ascii="Calibri" w:eastAsia="Calibri" w:hAnsi="Calibri" w:cs="Calibri"/>
                <w:lang w:val="es-CO" w:eastAsia="es-CO"/>
              </w:rPr>
              <w:t xml:space="preserve">GACETA: </w:t>
            </w:r>
            <w:r w:rsidR="00F2651F" w:rsidRPr="00930504">
              <w:rPr>
                <w:rFonts w:ascii="Calibri" w:eastAsia="Calibri" w:hAnsi="Calibri" w:cs="Calibri"/>
                <w:lang w:val="es-CO" w:eastAsia="es-CO"/>
              </w:rPr>
              <w:t>612</w:t>
            </w:r>
            <w:r w:rsidR="00F2651F" w:rsidRPr="000716A3">
              <w:rPr>
                <w:rFonts w:ascii="Calibri" w:eastAsia="Calibri" w:hAnsi="Calibri" w:cs="Calibri"/>
                <w:lang w:val="es-CO" w:eastAsia="es-CO"/>
              </w:rPr>
              <w:t>/26</w:t>
            </w:r>
          </w:p>
        </w:tc>
      </w:tr>
      <w:tr w:rsidR="00F2651F" w:rsidRPr="000716A3" w14:paraId="19BC1526" w14:textId="77777777" w:rsidTr="00B16B81">
        <w:tc>
          <w:tcPr>
            <w:tcW w:w="3002" w:type="dxa"/>
            <w:tcBorders>
              <w:top w:val="single" w:sz="4" w:space="0" w:color="000000"/>
              <w:left w:val="single" w:sz="4" w:space="0" w:color="000000"/>
              <w:bottom w:val="single" w:sz="4" w:space="0" w:color="000000"/>
              <w:right w:val="single" w:sz="4" w:space="0" w:color="000000"/>
            </w:tcBorders>
            <w:vAlign w:val="center"/>
          </w:tcPr>
          <w:p w14:paraId="4857AB33" w14:textId="77777777" w:rsidR="00F2651F" w:rsidRPr="000716A3" w:rsidRDefault="00F2651F" w:rsidP="00B16B8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64FAD66" w14:textId="77777777" w:rsidR="00F2651F" w:rsidRPr="000716A3" w:rsidRDefault="00F2651F" w:rsidP="00B16B81">
            <w:pPr>
              <w:spacing w:after="0" w:line="240" w:lineRule="auto"/>
              <w:jc w:val="center"/>
              <w:rPr>
                <w:rFonts w:ascii="Calibri" w:eastAsia="Calibri" w:hAnsi="Calibri" w:cs="Calibri"/>
                <w:lang w:val="es-CO" w:eastAsia="es-CO"/>
              </w:rPr>
            </w:pPr>
            <w:r w:rsidRPr="00520286">
              <w:rPr>
                <w:rFonts w:ascii="Calibri" w:eastAsia="Calibri" w:hAnsi="Calibri" w:cs="Calibri"/>
                <w:lang w:eastAsia="es-CO"/>
              </w:rPr>
              <w:t>H.S. ALEJANDRO VEGA PÉREZ, H.R. CARLOS ARDILA ESPINOSA, CARLOS FELIPE QUINTERO OVALLE</w:t>
            </w:r>
          </w:p>
        </w:tc>
      </w:tr>
      <w:tr w:rsidR="00F2651F" w:rsidRPr="000716A3" w14:paraId="64D8A367" w14:textId="77777777" w:rsidTr="00B16B81">
        <w:tc>
          <w:tcPr>
            <w:tcW w:w="3002" w:type="dxa"/>
            <w:tcBorders>
              <w:top w:val="single" w:sz="4" w:space="0" w:color="000000"/>
              <w:left w:val="single" w:sz="4" w:space="0" w:color="000000"/>
              <w:bottom w:val="single" w:sz="4" w:space="0" w:color="000000"/>
              <w:right w:val="single" w:sz="4" w:space="0" w:color="000000"/>
            </w:tcBorders>
            <w:vAlign w:val="center"/>
          </w:tcPr>
          <w:p w14:paraId="5F840647" w14:textId="77777777" w:rsidR="00F2651F" w:rsidRPr="000716A3" w:rsidRDefault="00F2651F" w:rsidP="00B16B8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6F1C9D3" w14:textId="77777777" w:rsidR="00F2651F" w:rsidRPr="000716A3" w:rsidRDefault="00F2651F" w:rsidP="00B16B81">
            <w:pPr>
              <w:spacing w:after="0" w:line="240" w:lineRule="auto"/>
              <w:jc w:val="center"/>
              <w:rPr>
                <w:rFonts w:ascii="Calibri" w:eastAsia="Calibri" w:hAnsi="Calibri" w:cs="Calibri"/>
                <w:lang w:val="es-CO" w:eastAsia="es-CO"/>
              </w:rPr>
            </w:pPr>
            <w:r>
              <w:rPr>
                <w:rFonts w:ascii="Calibri" w:eastAsia="Calibri" w:hAnsi="Calibri" w:cs="Calibri"/>
                <w:lang w:eastAsia="es-CO"/>
              </w:rPr>
              <w:t xml:space="preserve">H.S. </w:t>
            </w:r>
            <w:r w:rsidRPr="00520286">
              <w:rPr>
                <w:rFonts w:ascii="Calibri" w:eastAsia="Calibri" w:hAnsi="Calibri" w:cs="Calibri"/>
                <w:lang w:eastAsia="es-CO"/>
              </w:rPr>
              <w:t>ALEJANDRO VEGA PEREZ</w:t>
            </w:r>
          </w:p>
        </w:tc>
      </w:tr>
      <w:bookmarkEnd w:id="16"/>
    </w:tbl>
    <w:p w14:paraId="7C63B472" w14:textId="77777777" w:rsidR="00F2651F" w:rsidRDefault="00F2651F">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09315C" w14:paraId="21E3C0C2" w14:textId="77777777" w:rsidTr="007B3F21">
        <w:tc>
          <w:tcPr>
            <w:tcW w:w="3002" w:type="dxa"/>
            <w:tcBorders>
              <w:top w:val="single" w:sz="24" w:space="0" w:color="000000"/>
              <w:bottom w:val="single" w:sz="4" w:space="0" w:color="000000"/>
            </w:tcBorders>
            <w:vAlign w:val="center"/>
          </w:tcPr>
          <w:p w14:paraId="31CDB09D" w14:textId="08E6DAC3" w:rsidR="0009315C" w:rsidRPr="00BA13F9" w:rsidRDefault="0009315C">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17" w:name="_Hlk232584704"/>
            <w:r w:rsidRPr="00BA13F9">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AFD48EF" w14:textId="77777777" w:rsidR="0009315C" w:rsidRDefault="0009315C" w:rsidP="007B3F21">
            <w:pPr>
              <w:ind w:left="360"/>
              <w:jc w:val="center"/>
              <w:rPr>
                <w:rFonts w:ascii="Calibri" w:eastAsia="Calibri" w:hAnsi="Calibri" w:cs="Calibri"/>
                <w:b/>
                <w:bCs/>
                <w:sz w:val="24"/>
                <w:szCs w:val="24"/>
              </w:rPr>
            </w:pPr>
            <w:r>
              <w:rPr>
                <w:rFonts w:ascii="Calibri" w:eastAsia="Calibri" w:hAnsi="Calibri" w:cs="Calibri"/>
                <w:b/>
                <w:bCs/>
                <w:sz w:val="24"/>
                <w:szCs w:val="24"/>
              </w:rPr>
              <w:t>PL.N. 226 DE 2024 SENADO</w:t>
            </w:r>
            <w:r>
              <w:rPr>
                <w:rFonts w:ascii="Arial" w:eastAsia="Arial" w:hAnsi="Arial" w:cs="Arial"/>
                <w:sz w:val="24"/>
                <w:szCs w:val="24"/>
              </w:rPr>
              <w:t xml:space="preserve"> </w:t>
            </w:r>
          </w:p>
        </w:tc>
      </w:tr>
      <w:tr w:rsidR="0009315C" w:rsidRPr="00676F65" w14:paraId="0214487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669457"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69378D" w14:textId="1F4827E5" w:rsidR="009A0B27" w:rsidRPr="009A0B27" w:rsidRDefault="009A0B27" w:rsidP="009A0B27">
            <w:pPr>
              <w:spacing w:after="0" w:line="240" w:lineRule="auto"/>
              <w:ind w:left="-12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CREA EL FONDO PESCA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PROMOCIÓN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w:t>
            </w:r>
          </w:p>
          <w:p w14:paraId="28C9C208" w14:textId="65D9A70C" w:rsidR="009A0B27" w:rsidRPr="009A0B27" w:rsidRDefault="009A0B27" w:rsidP="009A0B27">
            <w:pPr>
              <w:spacing w:after="0" w:line="240" w:lineRule="auto"/>
              <w:ind w:left="-12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SUPERIOR PARA LOS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MIEMBROS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COMUNIDADES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2F559A7C" w14:textId="5ED7D093" w:rsidR="0009315C" w:rsidRPr="00676F65" w:rsidRDefault="009A0B27" w:rsidP="009A0B27">
            <w:pPr>
              <w:spacing w:after="0" w:line="240" w:lineRule="auto"/>
              <w:ind w:left="-127"/>
              <w:jc w:val="center"/>
              <w:rPr>
                <w:rFonts w:ascii="Calibri" w:eastAsia="Calibri" w:hAnsi="Calibri" w:cs="Calibri"/>
                <w:lang w:val="es-CO" w:eastAsia="es-CO"/>
              </w:rPr>
            </w:pP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CAMPESINAS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0009315C"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09315C" w:rsidRPr="006B397F">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09315C" w:rsidRPr="00676F65">
              <w:rPr>
                <w:rFonts w:ascii="Calibri" w:eastAsia="Calibri" w:hAnsi="Calibri" w:cs="Calibri"/>
                <w:lang w:val="es-CO" w:eastAsia="es-CO"/>
              </w:rPr>
              <w:t>GACETA:  1525/25</w:t>
            </w:r>
          </w:p>
        </w:tc>
      </w:tr>
      <w:tr w:rsidR="0009315C" w:rsidRPr="00676F65" w14:paraId="182F6CF0"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F2CA04C"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0E5DC0"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RICHARD HUMBERTO FUELANTALA DELGADO, PAULINO RIASCOS </w:t>
            </w:r>
            <w:proofErr w:type="spellStart"/>
            <w:r w:rsidRPr="00676F65">
              <w:rPr>
                <w:rFonts w:ascii="Calibri" w:eastAsia="Calibri" w:hAnsi="Calibri" w:cs="Calibri"/>
                <w:lang w:val="es-CO" w:eastAsia="es-CO"/>
              </w:rPr>
              <w:t>RIASCOS</w:t>
            </w:r>
            <w:proofErr w:type="spellEnd"/>
            <w:r w:rsidRPr="00676F65">
              <w:rPr>
                <w:rFonts w:ascii="Calibri" w:eastAsia="Calibri" w:hAnsi="Calibri" w:cs="Calibri"/>
                <w:lang w:val="es-CO" w:eastAsia="es-CO"/>
              </w:rPr>
              <w:t>,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09315C" w:rsidRPr="00676F65" w14:paraId="608F6A62"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E72F306"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AE22417"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PEDRO HERNANDO FLOREZ PORRAS</w:t>
            </w:r>
          </w:p>
        </w:tc>
      </w:tr>
      <w:bookmarkEnd w:id="17"/>
    </w:tbl>
    <w:p w14:paraId="400D73B2" w14:textId="77777777" w:rsidR="0009315C" w:rsidRDefault="0009315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7005640" w14:textId="77777777">
        <w:tc>
          <w:tcPr>
            <w:tcW w:w="3092" w:type="dxa"/>
            <w:tcBorders>
              <w:top w:val="single" w:sz="24" w:space="0" w:color="000000"/>
              <w:bottom w:val="single" w:sz="4" w:space="0" w:color="000000"/>
            </w:tcBorders>
            <w:vAlign w:val="center"/>
          </w:tcPr>
          <w:p w14:paraId="6242BA9B"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FDC877"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2024 SENADO </w:t>
            </w:r>
          </w:p>
        </w:tc>
      </w:tr>
      <w:tr w:rsidR="00E60F76" w:rsidRPr="00676F65" w14:paraId="4CFA615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980A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EB7554" w14:textId="77777777" w:rsidR="009A0B27" w:rsidRDefault="009A0B27" w:rsidP="009A0B27">
            <w:pPr>
              <w:spacing w:after="0" w:line="240" w:lineRule="auto"/>
              <w:ind w:left="-72"/>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DECLARA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EL DÍA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BOMBERO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TERRITORIO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NACIONAL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34C38CB9" w14:textId="303B95B8" w:rsidR="003C3390" w:rsidRPr="00676F65" w:rsidRDefault="00000000" w:rsidP="009A0B27">
            <w:pPr>
              <w:spacing w:after="0" w:line="240" w:lineRule="auto"/>
              <w:ind w:left="-72"/>
              <w:jc w:val="center"/>
              <w:rPr>
                <w:rFonts w:ascii="Calibri" w:eastAsia="Calibri" w:hAnsi="Calibri" w:cs="Calibri"/>
                <w:lang w:val="es-CO" w:eastAsia="es-CO"/>
              </w:rPr>
            </w:pPr>
            <w:r w:rsidRPr="00676F65">
              <w:rPr>
                <w:rFonts w:ascii="Calibri" w:eastAsia="Calibri" w:hAnsi="Calibri" w:cs="Calibri"/>
                <w:lang w:val="es-CO" w:eastAsia="es-CO"/>
              </w:rPr>
              <w:t>GACETA: 532/25</w:t>
            </w:r>
          </w:p>
        </w:tc>
      </w:tr>
      <w:tr w:rsidR="00E60F76" w:rsidRPr="00676F65" w14:paraId="392971B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74E8B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0FE74D" w14:textId="46097C70"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w:t>
            </w:r>
            <w:r w:rsidR="00676F65" w:rsidRPr="00676F65">
              <w:rPr>
                <w:rFonts w:ascii="Calibri" w:eastAsia="Calibri" w:hAnsi="Calibri" w:cs="Calibri"/>
                <w:lang w:val="es-CO" w:eastAsia="es-CO"/>
              </w:rPr>
              <w:t>. YENNY ROZO ZAMBRANO, JONATHAN PULIDO HERNÁNDEZ, ENRIQUE CABRALES BAQUERO, CARLOS MEISEL VERGARA, JOSUÉ ALIRIO BARRERA RODRÍGUEZ, ESTEBAN QUINTERO CARDONA</w:t>
            </w:r>
          </w:p>
        </w:tc>
      </w:tr>
      <w:tr w:rsidR="00E60F76" w:rsidRPr="00676F65" w14:paraId="5E2EAE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5FCD70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29F1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PAOLA ANDREA HOLGUIN MORENO, JOSE VICENTE CARREÑO CASTRO</w:t>
            </w:r>
          </w:p>
        </w:tc>
      </w:tr>
    </w:tbl>
    <w:p w14:paraId="3289E1AC"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09315C" w14:paraId="044C6D32" w14:textId="77777777" w:rsidTr="007B3F21">
        <w:tc>
          <w:tcPr>
            <w:tcW w:w="3092" w:type="dxa"/>
            <w:tcBorders>
              <w:top w:val="single" w:sz="24" w:space="0" w:color="000000"/>
              <w:bottom w:val="single" w:sz="4" w:space="0" w:color="000000"/>
            </w:tcBorders>
            <w:vAlign w:val="center"/>
          </w:tcPr>
          <w:p w14:paraId="3A0287E1" w14:textId="374A6563" w:rsidR="0009315C" w:rsidRPr="0009315C" w:rsidRDefault="0009315C">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09315C">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E238906" w14:textId="77777777" w:rsidR="0009315C" w:rsidRDefault="0009315C"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232 DE 2024 SENADO  </w:t>
            </w:r>
          </w:p>
        </w:tc>
      </w:tr>
      <w:tr w:rsidR="0009315C" w:rsidRPr="00676F65" w14:paraId="79EB1C38"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05CB9E"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612592" w14:textId="2D880B09" w:rsidR="0009315C" w:rsidRPr="00676F65" w:rsidRDefault="009A0B27" w:rsidP="009A0B27">
            <w:pPr>
              <w:spacing w:after="0" w:line="240" w:lineRule="auto"/>
              <w:ind w:left="-72"/>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DEFINEN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CONDICIONES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PARA EL DESARROLLO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INFRAESTRUCTURA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FERROVIARIA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NACIONAL, SE REGULA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PRESTACIÓN</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SERVICIO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PÚBLICO DE TRANSPORTE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FERROVIARIO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09315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09315C" w:rsidRPr="006B397F">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09315C" w:rsidRPr="00676F65">
              <w:rPr>
                <w:rFonts w:ascii="Calibri" w:eastAsia="Calibri" w:hAnsi="Calibri" w:cs="Calibri"/>
                <w:lang w:val="es-CO" w:eastAsia="es-CO"/>
              </w:rPr>
              <w:t>GACETA: 1474/25</w:t>
            </w:r>
          </w:p>
        </w:tc>
      </w:tr>
      <w:tr w:rsidR="0009315C" w:rsidRPr="00676F65" w14:paraId="35A3610D"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4BA67A71"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B422AF"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Ministra de Transporte, DRA. MARÍA CONSTANZA GARCÍA ALICASTRO</w:t>
            </w:r>
          </w:p>
        </w:tc>
      </w:tr>
      <w:tr w:rsidR="0009315C" w:rsidRPr="00676F65" w14:paraId="16077D38"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57CF0284"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BA07724"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PEDRO HERNANDO FLOREZ PORRAS</w:t>
            </w:r>
          </w:p>
        </w:tc>
      </w:tr>
    </w:tbl>
    <w:p w14:paraId="1DC87242" w14:textId="77777777" w:rsidR="0009315C" w:rsidRDefault="0009315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0E5C63" w14:paraId="7F3C4082" w14:textId="77777777" w:rsidTr="007B3F21">
        <w:tc>
          <w:tcPr>
            <w:tcW w:w="3092" w:type="dxa"/>
            <w:tcBorders>
              <w:top w:val="single" w:sz="24" w:space="0" w:color="000000"/>
              <w:bottom w:val="single" w:sz="4" w:space="0" w:color="000000"/>
            </w:tcBorders>
            <w:vAlign w:val="center"/>
          </w:tcPr>
          <w:p w14:paraId="278EDE86" w14:textId="6EC40822" w:rsidR="000E5C63" w:rsidRPr="000E5C63" w:rsidRDefault="000E5C63">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0E5C63">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EFB7174" w14:textId="77777777" w:rsidR="000E5C63" w:rsidRDefault="000E5C63"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242 DE 2024 SENADO </w:t>
            </w:r>
          </w:p>
        </w:tc>
      </w:tr>
      <w:tr w:rsidR="000E5C63" w:rsidRPr="00676F65" w14:paraId="61933975"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83C578" w14:textId="77777777" w:rsidR="000E5C63" w:rsidRPr="00676F65" w:rsidRDefault="000E5C63"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3B6B60" w14:textId="5AEF322D" w:rsidR="000E5C63" w:rsidRPr="00676F65" w:rsidRDefault="009A0B27" w:rsidP="009A0B27">
            <w:pPr>
              <w:spacing w:after="0" w:line="240" w:lineRule="auto"/>
              <w:ind w:left="-72"/>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CRITERIOS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SOBRE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REAJUSTE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 PRIMA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ACTIVIDAD</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PARA LOS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AGENTES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POLICÍA NACIONAL,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CONFORMIDAD</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CON LO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ESTIPULADO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ARTÍCULO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113 DE LA LEY 2294 DE 2023</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845789" w:rsidRPr="0084578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845789" w:rsidRPr="00845789">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0E5C63" w:rsidRPr="00676F65">
              <w:rPr>
                <w:rFonts w:ascii="Calibri" w:eastAsia="Calibri" w:hAnsi="Calibri" w:cs="Calibri"/>
                <w:lang w:val="es-CO" w:eastAsia="es-CO"/>
              </w:rPr>
              <w:t>GACETA: 1975/24</w:t>
            </w:r>
          </w:p>
        </w:tc>
      </w:tr>
      <w:tr w:rsidR="000E5C63" w:rsidRPr="00676F65" w14:paraId="34E11EAC"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681039CF" w14:textId="77777777" w:rsidR="000E5C63" w:rsidRPr="00676F65" w:rsidRDefault="000E5C63"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186A126" w14:textId="77777777" w:rsidR="000E5C63" w:rsidRPr="00676F65" w:rsidRDefault="000E5C63"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JOSÉ VICENTE CARREÑO CASTRO</w:t>
            </w:r>
          </w:p>
        </w:tc>
      </w:tr>
      <w:tr w:rsidR="000E5C63" w:rsidRPr="00676F65" w14:paraId="52F66A6F"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3B628D98" w14:textId="77777777" w:rsidR="000E5C63" w:rsidRPr="00676F65" w:rsidRDefault="000E5C63"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DEC347" w14:textId="77777777" w:rsidR="000E5C63" w:rsidRPr="00676F65" w:rsidRDefault="000E5C63"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JOSE VICENTE CARREÑO CASTRO</w:t>
            </w:r>
          </w:p>
        </w:tc>
      </w:tr>
    </w:tbl>
    <w:p w14:paraId="7B23CD7B" w14:textId="77777777" w:rsidR="000E5C63" w:rsidRDefault="000E5C63">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16A3180" w14:textId="77777777">
        <w:tc>
          <w:tcPr>
            <w:tcW w:w="3092" w:type="dxa"/>
            <w:tcBorders>
              <w:top w:val="single" w:sz="24" w:space="0" w:color="000000"/>
              <w:bottom w:val="single" w:sz="4" w:space="0" w:color="000000"/>
            </w:tcBorders>
            <w:vAlign w:val="center"/>
          </w:tcPr>
          <w:p w14:paraId="6EA352D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AAD9CEF"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254 DE 2024 SENADO </w:t>
            </w:r>
          </w:p>
        </w:tc>
      </w:tr>
      <w:tr w:rsidR="00E60F76" w:rsidRPr="00676F65" w14:paraId="3338585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F9C994"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B6F096" w14:textId="6F83E756"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APRUEBA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CONVENCIÓN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CONJUNTA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SOBRE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SEGURIDAD</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GESTIÓN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COMBUSTIBLE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GASTADO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SOBRE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SEGURIDAD</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GESTIÓN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DESECHOS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RADIOACTIVOS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APROBADA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EN VIENA EL 5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SEPTIEMBRE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1997</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845789" w:rsidRPr="00676F65">
              <w:rPr>
                <w:rFonts w:ascii="Calibri" w:eastAsia="Calibri" w:hAnsi="Calibri" w:cs="Calibri"/>
                <w:lang w:val="es-CO" w:eastAsia="es-CO"/>
              </w:rPr>
              <w:t>GACETA: 506/25</w:t>
            </w:r>
          </w:p>
        </w:tc>
      </w:tr>
      <w:tr w:rsidR="00E60F76" w:rsidRPr="00676F65" w14:paraId="7BBD523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A22E7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D66CB" w14:textId="459BB0D1"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MINISTRO DE RELACIONES EXTERIORES, DR LUIS GILBERTO MURILLO URRUTIA, EL MINISTRO DE MINAS Y ENERGÍA, DR ANDRÉS CAMACHO MORALES</w:t>
            </w:r>
          </w:p>
        </w:tc>
      </w:tr>
      <w:tr w:rsidR="00E60F76" w:rsidRPr="00676F65" w14:paraId="5B7169E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08B57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27799D"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NICOLAS ALBEIRO ECHEVERRY ALVARAN</w:t>
            </w:r>
          </w:p>
        </w:tc>
      </w:tr>
    </w:tbl>
    <w:p w14:paraId="0996551F" w14:textId="70644F72"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7292A17" w14:textId="77777777">
        <w:tc>
          <w:tcPr>
            <w:tcW w:w="3092" w:type="dxa"/>
            <w:tcBorders>
              <w:top w:val="single" w:sz="24" w:space="0" w:color="000000"/>
              <w:bottom w:val="single" w:sz="4" w:space="0" w:color="000000"/>
            </w:tcBorders>
            <w:vAlign w:val="center"/>
          </w:tcPr>
          <w:p w14:paraId="43C7CA8E"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8" w:name="_heading=h.9kvnkh6lpjs" w:colFirst="0" w:colLast="0"/>
            <w:bookmarkStart w:id="19" w:name="_Hlk232504731"/>
            <w:bookmarkEnd w:id="18"/>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2B28F1D"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259 DE 2024 SENADO </w:t>
            </w:r>
          </w:p>
        </w:tc>
      </w:tr>
      <w:tr w:rsidR="00E60F76" w:rsidRPr="00676F65" w14:paraId="62D0E7B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40BD6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18931E" w14:textId="2F5D45E7"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ESTABLECE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LICENCIA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MATERNIDAD</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PARA LAS MUJERES QUE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PRESTEN 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SERVICIO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MILITAR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VOLUNTARIO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86983" w:rsidRPr="0048698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394C56" w:rsidRPr="00676F65">
              <w:rPr>
                <w:rFonts w:ascii="Calibri" w:eastAsia="Calibri" w:hAnsi="Calibri" w:cs="Calibri"/>
                <w:lang w:val="es-CO" w:eastAsia="es-CO"/>
              </w:rPr>
              <w:t xml:space="preserve">       </w:t>
            </w:r>
            <w:r w:rsidR="00486983" w:rsidRPr="00676F65">
              <w:rPr>
                <w:rFonts w:ascii="Calibri" w:eastAsia="Calibri" w:hAnsi="Calibri" w:cs="Calibri"/>
                <w:lang w:val="es-CO" w:eastAsia="es-CO"/>
              </w:rPr>
              <w:t xml:space="preserve"> GACETA: 423/25</w:t>
            </w:r>
          </w:p>
        </w:tc>
      </w:tr>
      <w:tr w:rsidR="00E60F76" w:rsidRPr="00676F65" w14:paraId="03C6654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561274"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80E9DB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NADIA GEORGETTE BLEL SCAFF, OSCAR BARRETO QUIROGA, LORENA RÍOS CUELLAR, KARINA ESPINOSA OLIVER, NORMA HURTADO SÁNCHEZ.</w:t>
            </w:r>
          </w:p>
        </w:tc>
      </w:tr>
      <w:tr w:rsidR="00E60F76" w:rsidRPr="00676F65" w14:paraId="1388288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292EA9"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EFF49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OSCAR MAURICIO GIRALDO HERNANDEZ, JOSE VICENTE CARREÑO CASTRO</w:t>
            </w:r>
          </w:p>
        </w:tc>
      </w:tr>
      <w:bookmarkEnd w:id="19"/>
    </w:tbl>
    <w:p w14:paraId="2546A4B5"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4415FD9" w14:textId="77777777">
        <w:tc>
          <w:tcPr>
            <w:tcW w:w="3092" w:type="dxa"/>
            <w:tcBorders>
              <w:top w:val="single" w:sz="24" w:space="0" w:color="000000"/>
              <w:bottom w:val="single" w:sz="4" w:space="0" w:color="000000"/>
            </w:tcBorders>
            <w:vAlign w:val="center"/>
          </w:tcPr>
          <w:p w14:paraId="2229747E"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B66DD37"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264 DE 2024 SENADO  </w:t>
            </w:r>
          </w:p>
        </w:tc>
      </w:tr>
      <w:tr w:rsidR="00E60F76" w:rsidRPr="00676F65" w14:paraId="194E1D1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06CBA4"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E0A4AA" w14:textId="346F18FE" w:rsidR="009A0B27" w:rsidRPr="009A0B27" w:rsidRDefault="00486983" w:rsidP="009A0B27">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8698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CREA UNA POLÍTICA PÚBLICA EN EL SECTOR</w:t>
            </w:r>
          </w:p>
          <w:p w14:paraId="4EBF3B2D" w14:textId="6B793EAE" w:rsidR="003C3390" w:rsidRPr="00676F65" w:rsidRDefault="009A0B27" w:rsidP="009A0B27">
            <w:pPr>
              <w:spacing w:after="0" w:line="240" w:lineRule="auto"/>
              <w:ind w:left="37"/>
              <w:jc w:val="center"/>
              <w:rPr>
                <w:rFonts w:ascii="Calibri" w:eastAsia="Calibri" w:hAnsi="Calibri" w:cs="Calibri"/>
                <w:lang w:val="es-CO" w:eastAsia="es-CO"/>
              </w:rPr>
            </w:pP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CON EL FIN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GENERAR</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CONCIENCIA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FINANCIERA Y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TRIBUTARIA</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sidR="00486983" w:rsidRPr="0048698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6348B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486983" w:rsidRPr="00486983">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486983" w:rsidRPr="00676F65">
              <w:rPr>
                <w:rFonts w:ascii="Calibri" w:eastAsia="Calibri" w:hAnsi="Calibri" w:cs="Calibri"/>
                <w:lang w:val="es-CO" w:eastAsia="es-CO"/>
              </w:rPr>
              <w:t>GACETA: 620/25</w:t>
            </w:r>
          </w:p>
        </w:tc>
      </w:tr>
      <w:tr w:rsidR="00E60F76" w:rsidRPr="00676F65" w14:paraId="39EC5AB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DE85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48769A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Gustavo Adolfo Moreno Hurtado</w:t>
            </w:r>
          </w:p>
        </w:tc>
      </w:tr>
      <w:tr w:rsidR="00E60F76" w:rsidRPr="00676F65" w14:paraId="69E3E90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B6224A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242D2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GUSTAVO ADOLFO MORENO HURTADO</w:t>
            </w:r>
          </w:p>
        </w:tc>
      </w:tr>
    </w:tbl>
    <w:p w14:paraId="47D3E694"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DF12DEF" w14:textId="77777777">
        <w:tc>
          <w:tcPr>
            <w:tcW w:w="3092" w:type="dxa"/>
            <w:tcBorders>
              <w:top w:val="single" w:sz="24" w:space="0" w:color="000000"/>
              <w:bottom w:val="single" w:sz="4" w:space="0" w:color="000000"/>
            </w:tcBorders>
            <w:vAlign w:val="center"/>
          </w:tcPr>
          <w:p w14:paraId="274191EF"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9885352"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267 DE 2024 SENADO  </w:t>
            </w:r>
          </w:p>
        </w:tc>
      </w:tr>
      <w:tr w:rsidR="00E60F76" w:rsidRPr="00676F65" w14:paraId="0DB87B1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7BE5B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3942FC" w14:textId="1450959B" w:rsidR="009A0B27" w:rsidRPr="009A0B27" w:rsidRDefault="002E165A" w:rsidP="009A0B27">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SE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LOS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LINEAMIENTOS</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LA</w:t>
            </w:r>
            <w:r w:rsid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POLÍTICA PÚBLICA DE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SUSTITUCIÓN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LOS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VEHÍCULOS</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TRACCIÓN</w:t>
            </w:r>
            <w:proofErr w:type="spellEnd"/>
            <w:r w:rsidR="009A0B27"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ANIMAL CON</w:t>
            </w:r>
            <w:r w:rsid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54279629" w14:textId="0A62C5D3" w:rsidR="003C3390" w:rsidRPr="00676F65" w:rsidRDefault="009A0B27" w:rsidP="009A0B27">
            <w:pPr>
              <w:spacing w:after="0" w:line="240" w:lineRule="auto"/>
              <w:ind w:left="37"/>
              <w:jc w:val="center"/>
              <w:rPr>
                <w:rFonts w:ascii="Calibri" w:eastAsia="Calibri" w:hAnsi="Calibri" w:cs="Calibri"/>
                <w:lang w:val="es-CO" w:eastAsia="es-CO"/>
              </w:rPr>
            </w:pP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FINES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TURÍSTICOS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SE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spell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2E165A"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002E165A" w:rsidRPr="002E165A">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002E165A" w:rsidRPr="00676F65">
              <w:rPr>
                <w:rFonts w:ascii="Calibri" w:eastAsia="Calibri" w:hAnsi="Calibri" w:cs="Calibri"/>
                <w:lang w:val="es-CO" w:eastAsia="es-CO"/>
              </w:rPr>
              <w:t>GACETA:  1260/25</w:t>
            </w:r>
          </w:p>
        </w:tc>
      </w:tr>
      <w:tr w:rsidR="00E60F76" w:rsidRPr="00676F65" w14:paraId="129FA6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56CCD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1FC2EE4" w14:textId="1D8A7AAE"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NADIA GEORGETTE BLEL SCAFF, ANDREA PADILLA VILLARRAGA, MARCOS DANIEL PINEDA GARCÍA, NICOLÁS ALBEIRO ECHEVERRY ALVARÁN</w:t>
            </w:r>
          </w:p>
        </w:tc>
      </w:tr>
      <w:tr w:rsidR="00E60F76" w:rsidRPr="00676F65" w14:paraId="755FC36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D225F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6290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ANDREA PADILLA VILLARRAGA</w:t>
            </w:r>
          </w:p>
        </w:tc>
      </w:tr>
    </w:tbl>
    <w:p w14:paraId="0A165A17"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38316F" w14:textId="77777777">
        <w:tc>
          <w:tcPr>
            <w:tcW w:w="3092" w:type="dxa"/>
            <w:tcBorders>
              <w:top w:val="single" w:sz="24" w:space="0" w:color="000000"/>
              <w:bottom w:val="single" w:sz="4" w:space="0" w:color="000000"/>
            </w:tcBorders>
            <w:vAlign w:val="center"/>
          </w:tcPr>
          <w:p w14:paraId="168AEA1E"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A44387E"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273 DE 2024 SENADO </w:t>
            </w:r>
          </w:p>
        </w:tc>
      </w:tr>
      <w:tr w:rsidR="00E60F76" w:rsidRPr="00676F65" w14:paraId="7BA3F65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D4C3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F27CA1" w14:textId="41BD690A" w:rsidR="003C3390" w:rsidRPr="00676F65" w:rsidRDefault="009A0B27" w:rsidP="009A0B27">
            <w:pPr>
              <w:spacing w:after="0" w:line="240" w:lineRule="auto"/>
              <w:ind w:left="37"/>
              <w:jc w:val="center"/>
              <w:rPr>
                <w:rFonts w:ascii="Calibri" w:eastAsia="Calibri" w:hAnsi="Calibri" w:cs="Calibri"/>
                <w:lang w:val="es-CO" w:eastAsia="es-CO"/>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LA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NACIÓN</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EXALTA</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 LAS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MUNICIPALIDADES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YARUMAL</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CAMPAMENTO</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Y ANGOSTURA Y SE RINDE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HOMENAJE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 LOS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HÉROES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DEL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COMBATE</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spellStart"/>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CHORROS</w:t>
            </w:r>
            <w:proofErr w:type="spellEnd"/>
            <w:r w:rsidRPr="009A0B27">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BLANCOS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2E165A" w:rsidRPr="00676F65">
              <w:rPr>
                <w:rFonts w:ascii="Calibri" w:eastAsia="Calibri" w:hAnsi="Calibri" w:cs="Calibri"/>
                <w:lang w:val="es-CO" w:eastAsia="es-CO"/>
              </w:rPr>
              <w:t>GACETA: 391/25</w:t>
            </w:r>
          </w:p>
        </w:tc>
      </w:tr>
      <w:tr w:rsidR="00E60F76" w:rsidRPr="00676F65" w14:paraId="4EBC7D9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F51B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E131FEC" w14:textId="6CEC4C73"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MINISTRO DE RELACIONES EXTERIORES; DOCTOR LUIS GILBERTO MURILLO URRUTIA; POR EL SEÑOR MINISTRO DE SALUD Y PROTECCIÓN SOCIAL, DOCTOR GUILLERMO ALFONSO JARAMILLO MARTÍNEZ Y POR LA SEÑORA MINISTRA DE LA IGUALDAD Y EQUIDAD,</w:t>
            </w:r>
            <w:r>
              <w:rPr>
                <w:rFonts w:ascii="Calibri" w:eastAsia="Calibri" w:hAnsi="Calibri" w:cs="Calibri"/>
                <w:lang w:val="es-CO" w:eastAsia="es-CO"/>
              </w:rPr>
              <w:t xml:space="preserve"> </w:t>
            </w:r>
            <w:r w:rsidRPr="00676F65">
              <w:rPr>
                <w:rFonts w:ascii="Calibri" w:eastAsia="Calibri" w:hAnsi="Calibri" w:cs="Calibri"/>
                <w:lang w:val="es-CO" w:eastAsia="es-CO"/>
              </w:rPr>
              <w:t>DOCTORA FRANCIA ELENA MÁRQUEZ MINA.</w:t>
            </w:r>
          </w:p>
        </w:tc>
      </w:tr>
      <w:tr w:rsidR="00E60F76" w:rsidRPr="00676F65" w14:paraId="0EB4009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02A25E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BFCDCEB"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GLORIA FLOREZ SCHENEIDER, JAEL QUIROGA CARRILLO</w:t>
            </w:r>
          </w:p>
        </w:tc>
      </w:tr>
    </w:tbl>
    <w:p w14:paraId="1EC1D75B"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6A0094" w:rsidRPr="006A0094" w14:paraId="329ECACA" w14:textId="77777777">
        <w:tc>
          <w:tcPr>
            <w:tcW w:w="3092" w:type="dxa"/>
            <w:tcBorders>
              <w:top w:val="single" w:sz="24" w:space="0" w:color="000000"/>
              <w:bottom w:val="single" w:sz="4" w:space="0" w:color="000000"/>
            </w:tcBorders>
            <w:vAlign w:val="center"/>
          </w:tcPr>
          <w:p w14:paraId="0D6F76C8" w14:textId="77777777" w:rsidR="003C3390" w:rsidRPr="006A0094"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EE0000"/>
                <w:sz w:val="24"/>
                <w:szCs w:val="24"/>
              </w:rPr>
            </w:pPr>
            <w:r w:rsidRPr="006A0094">
              <w:rPr>
                <w:rFonts w:ascii="Calibri" w:eastAsia="Calibri" w:hAnsi="Calibri" w:cs="Calibri"/>
                <w:b/>
                <w:bCs/>
                <w:color w:val="EE0000"/>
                <w:sz w:val="24"/>
                <w:szCs w:val="24"/>
              </w:rPr>
              <w:t xml:space="preserve">No.  </w:t>
            </w:r>
            <w:proofErr w:type="gramStart"/>
            <w:r w:rsidRPr="006A0094">
              <w:rPr>
                <w:rFonts w:ascii="Calibri" w:eastAsia="Calibri" w:hAnsi="Calibri" w:cs="Calibri"/>
                <w:b/>
                <w:bCs/>
                <w:color w:val="EE0000"/>
                <w:sz w:val="24"/>
                <w:szCs w:val="24"/>
              </w:rPr>
              <w:t>DE  PROYECTO</w:t>
            </w:r>
            <w:proofErr w:type="gramEnd"/>
          </w:p>
        </w:tc>
        <w:tc>
          <w:tcPr>
            <w:tcW w:w="7115" w:type="dxa"/>
            <w:tcBorders>
              <w:top w:val="single" w:sz="24" w:space="0" w:color="000000"/>
              <w:bottom w:val="single" w:sz="4" w:space="0" w:color="000000"/>
            </w:tcBorders>
            <w:vAlign w:val="center"/>
          </w:tcPr>
          <w:p w14:paraId="082C9D64" w14:textId="77777777" w:rsidR="003C3390" w:rsidRPr="006A0094" w:rsidRDefault="00000000">
            <w:pPr>
              <w:ind w:left="360"/>
              <w:jc w:val="center"/>
              <w:rPr>
                <w:rFonts w:ascii="Calibri" w:eastAsia="Calibri" w:hAnsi="Calibri" w:cs="Calibri"/>
                <w:b/>
                <w:bCs/>
                <w:color w:val="EE0000"/>
                <w:sz w:val="24"/>
                <w:szCs w:val="24"/>
              </w:rPr>
            </w:pPr>
            <w:r w:rsidRPr="006A0094">
              <w:rPr>
                <w:rFonts w:ascii="Calibri" w:eastAsia="Calibri" w:hAnsi="Calibri" w:cs="Calibri"/>
                <w:b/>
                <w:bCs/>
                <w:color w:val="EE0000"/>
                <w:sz w:val="24"/>
                <w:szCs w:val="24"/>
              </w:rPr>
              <w:t xml:space="preserve">PL.N. 278 DE 2024 SENADO </w:t>
            </w:r>
          </w:p>
        </w:tc>
      </w:tr>
      <w:tr w:rsidR="006A0094" w:rsidRPr="006A0094" w14:paraId="64FCF84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D66979" w14:textId="77777777" w:rsidR="003C3390" w:rsidRPr="006A0094" w:rsidRDefault="00000000" w:rsidP="00676F65">
            <w:pPr>
              <w:spacing w:after="0" w:line="240" w:lineRule="auto"/>
              <w:ind w:left="37"/>
              <w:jc w:val="center"/>
              <w:rPr>
                <w:rFonts w:ascii="Calibri" w:eastAsia="Calibri" w:hAnsi="Calibri" w:cs="Calibri"/>
                <w:color w:val="EE0000"/>
                <w:lang w:val="es-CO" w:eastAsia="es-CO"/>
              </w:rPr>
            </w:pPr>
            <w:r w:rsidRPr="006A0094">
              <w:rPr>
                <w:rFonts w:ascii="Calibri" w:eastAsia="Calibri" w:hAnsi="Calibri" w:cs="Calibri"/>
                <w:color w:val="EE0000"/>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7C408B" w14:textId="77777777" w:rsidR="002E165A" w:rsidRPr="006A0094" w:rsidRDefault="002E165A" w:rsidP="002E165A">
            <w:pPr>
              <w:spacing w:after="0" w:line="240" w:lineRule="auto"/>
              <w:ind w:left="37"/>
              <w:jc w:val="center"/>
              <w:rPr>
                <w:rFonts w:ascii="Calibri" w:eastAsia="Times New Roman" w:hAnsi="Calibri" w:cs="Calibri"/>
                <w:b/>
                <w:bCs/>
                <w:color w:val="EE0000"/>
                <w:lang w:eastAsia="es-MX"/>
                <w14:shadow w14:blurRad="50800" w14:dist="38100" w14:dir="5400000" w14:sx="100000" w14:sy="100000" w14:kx="0" w14:ky="0" w14:algn="t">
                  <w14:srgbClr w14:val="000000">
                    <w14:alpha w14:val="60000"/>
                  </w14:srgbClr>
                </w14:shadow>
              </w:rPr>
            </w:pPr>
            <w:r w:rsidRPr="006A0094">
              <w:rPr>
                <w:rFonts w:ascii="Calibri" w:eastAsia="Times New Roman" w:hAnsi="Calibri" w:cs="Calibri"/>
                <w:b/>
                <w:bCs/>
                <w:color w:val="EE0000"/>
                <w:lang w:eastAsia="es-MX"/>
                <w14:shadow w14:blurRad="50800" w14:dist="38100" w14:dir="5400000" w14:sx="100000" w14:sy="100000" w14:kx="0" w14:ky="0" w14:algn="t">
                  <w14:srgbClr w14:val="000000">
                    <w14:alpha w14:val="60000"/>
                  </w14:srgbClr>
                </w14:shadow>
              </w:rPr>
              <w:t>“POR MEDIO DE LA CUAL SE EXALTA COMO PATRIMONIO CULTURAL DE</w:t>
            </w:r>
          </w:p>
          <w:p w14:paraId="0C990261" w14:textId="13DEA4E6" w:rsidR="003C3390" w:rsidRPr="006A0094" w:rsidRDefault="002E165A" w:rsidP="002E165A">
            <w:pPr>
              <w:spacing w:after="0" w:line="240" w:lineRule="auto"/>
              <w:ind w:left="37"/>
              <w:jc w:val="center"/>
              <w:rPr>
                <w:rFonts w:ascii="Calibri" w:eastAsia="Calibri" w:hAnsi="Calibri" w:cs="Calibri"/>
                <w:color w:val="EE0000"/>
                <w:lang w:val="es-CO" w:eastAsia="es-CO"/>
              </w:rPr>
            </w:pPr>
            <w:r w:rsidRPr="006A0094">
              <w:rPr>
                <w:rFonts w:ascii="Calibri" w:eastAsia="Times New Roman" w:hAnsi="Calibri" w:cs="Calibri"/>
                <w:b/>
                <w:bCs/>
                <w:color w:val="EE0000"/>
                <w:lang w:eastAsia="es-MX"/>
                <w14:shadow w14:blurRad="50800" w14:dist="38100" w14:dir="5400000" w14:sx="100000" w14:sy="100000" w14:kx="0" w14:ky="0" w14:algn="t">
                  <w14:srgbClr w14:val="000000">
                    <w14:alpha w14:val="60000"/>
                  </w14:srgbClr>
                </w14:shadow>
              </w:rPr>
              <w:t>LA NACIÓN EL FESTIVAL MINERO Y SUS MANIFESTACIONES CULTURALES, DEL MUNICIPIO DE SAN PABLO DE BORBUR Y SE DICTAN OTRAS DISPOSICIONES”.</w:t>
            </w:r>
            <w:r w:rsidRPr="006A0094">
              <w:rPr>
                <w:rFonts w:ascii="Calibri" w:eastAsia="Times New Roman" w:hAnsi="Calibri" w:cs="Calibri"/>
                <w:b/>
                <w:bCs/>
                <w:color w:val="EE0000"/>
                <w:lang w:val="es-CO" w:eastAsia="es-MX"/>
                <w14:shadow w14:blurRad="50800" w14:dist="38100" w14:dir="5400000" w14:sx="100000" w14:sy="100000" w14:kx="0" w14:ky="0" w14:algn="t">
                  <w14:srgbClr w14:val="000000">
                    <w14:alpha w14:val="60000"/>
                  </w14:srgbClr>
                </w14:shadow>
              </w:rPr>
              <w:t xml:space="preserve"> </w:t>
            </w:r>
            <w:r w:rsidRPr="006A0094">
              <w:rPr>
                <w:rFonts w:ascii="Calibri" w:eastAsia="Calibri" w:hAnsi="Calibri" w:cs="Calibri"/>
                <w:color w:val="EE0000"/>
                <w:lang w:val="es-CO" w:eastAsia="es-CO"/>
              </w:rPr>
              <w:t>GACETA: 701/25</w:t>
            </w:r>
          </w:p>
        </w:tc>
      </w:tr>
      <w:tr w:rsidR="006A0094" w:rsidRPr="006A0094" w14:paraId="21F4996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7CDF96F" w14:textId="77777777" w:rsidR="003C3390" w:rsidRPr="006A0094" w:rsidRDefault="00000000" w:rsidP="00676F65">
            <w:pPr>
              <w:spacing w:after="0" w:line="240" w:lineRule="auto"/>
              <w:ind w:left="37"/>
              <w:jc w:val="center"/>
              <w:rPr>
                <w:rFonts w:ascii="Calibri" w:eastAsia="Calibri" w:hAnsi="Calibri" w:cs="Calibri"/>
                <w:color w:val="EE0000"/>
                <w:lang w:val="es-CO" w:eastAsia="es-CO"/>
              </w:rPr>
            </w:pPr>
            <w:r w:rsidRPr="006A0094">
              <w:rPr>
                <w:rFonts w:ascii="Calibri" w:eastAsia="Calibri" w:hAnsi="Calibri" w:cs="Calibri"/>
                <w:color w:val="EE0000"/>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E70D44" w14:textId="6FEC07F9" w:rsidR="003C3390" w:rsidRPr="006A0094" w:rsidRDefault="00000000" w:rsidP="00676F65">
            <w:pPr>
              <w:spacing w:after="0" w:line="240" w:lineRule="auto"/>
              <w:ind w:left="37"/>
              <w:jc w:val="center"/>
              <w:rPr>
                <w:rFonts w:ascii="Calibri" w:eastAsia="Calibri" w:hAnsi="Calibri" w:cs="Calibri"/>
                <w:color w:val="EE0000"/>
                <w:lang w:val="es-CO" w:eastAsia="es-CO"/>
              </w:rPr>
            </w:pPr>
            <w:r w:rsidRPr="006A0094">
              <w:rPr>
                <w:rFonts w:ascii="Calibri" w:eastAsia="Calibri" w:hAnsi="Calibri" w:cs="Calibri"/>
                <w:color w:val="EE0000"/>
                <w:lang w:val="es-CO" w:eastAsia="es-CO"/>
              </w:rPr>
              <w:t xml:space="preserve">H.S. </w:t>
            </w:r>
            <w:r w:rsidR="00676F65" w:rsidRPr="006A0094">
              <w:rPr>
                <w:rFonts w:ascii="Calibri" w:eastAsia="Calibri" w:hAnsi="Calibri" w:cs="Calibri"/>
                <w:color w:val="EE0000"/>
                <w:lang w:val="es-CO" w:eastAsia="es-CO"/>
              </w:rPr>
              <w:t>SANDRA YANETH JAIMES CRUZ</w:t>
            </w:r>
          </w:p>
        </w:tc>
      </w:tr>
      <w:tr w:rsidR="006A0094" w:rsidRPr="006A0094" w14:paraId="2AC2935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AF05D9" w14:textId="77777777" w:rsidR="003C3390" w:rsidRPr="006A0094" w:rsidRDefault="00000000" w:rsidP="00676F65">
            <w:pPr>
              <w:spacing w:after="0" w:line="240" w:lineRule="auto"/>
              <w:ind w:left="37"/>
              <w:jc w:val="center"/>
              <w:rPr>
                <w:rFonts w:ascii="Calibri" w:eastAsia="Calibri" w:hAnsi="Calibri" w:cs="Calibri"/>
                <w:color w:val="EE0000"/>
                <w:lang w:val="es-CO" w:eastAsia="es-CO"/>
              </w:rPr>
            </w:pPr>
            <w:r w:rsidRPr="006A0094">
              <w:rPr>
                <w:rFonts w:ascii="Calibri" w:eastAsia="Calibri" w:hAnsi="Calibri" w:cs="Calibri"/>
                <w:color w:val="EE0000"/>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803D75" w14:textId="77777777" w:rsidR="003C3390" w:rsidRPr="006A0094" w:rsidRDefault="00000000" w:rsidP="00676F65">
            <w:pPr>
              <w:spacing w:after="0" w:line="240" w:lineRule="auto"/>
              <w:ind w:left="37"/>
              <w:jc w:val="center"/>
              <w:rPr>
                <w:rFonts w:ascii="Calibri" w:eastAsia="Calibri" w:hAnsi="Calibri" w:cs="Calibri"/>
                <w:color w:val="EE0000"/>
                <w:lang w:val="es-CO" w:eastAsia="es-CO"/>
              </w:rPr>
            </w:pPr>
            <w:r w:rsidRPr="006A0094">
              <w:rPr>
                <w:rFonts w:ascii="Calibri" w:eastAsia="Calibri" w:hAnsi="Calibri" w:cs="Calibri"/>
                <w:color w:val="EE0000"/>
                <w:lang w:val="es-CO" w:eastAsia="es-CO"/>
              </w:rPr>
              <w:t>H.S. SANDRA YANETH JAIMES CRUZ</w:t>
            </w:r>
          </w:p>
        </w:tc>
      </w:tr>
    </w:tbl>
    <w:p w14:paraId="4F8A2F45"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2598C78" w14:textId="77777777">
        <w:tc>
          <w:tcPr>
            <w:tcW w:w="3092" w:type="dxa"/>
            <w:tcBorders>
              <w:top w:val="single" w:sz="24" w:space="0" w:color="000000"/>
              <w:bottom w:val="single" w:sz="4" w:space="0" w:color="000000"/>
            </w:tcBorders>
            <w:vAlign w:val="center"/>
          </w:tcPr>
          <w:p w14:paraId="03443A0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0" w:name="_Hlk232506261"/>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B727E06"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2024 SENADO </w:t>
            </w:r>
          </w:p>
        </w:tc>
      </w:tr>
      <w:tr w:rsidR="00E60F76" w:rsidRPr="00676F65" w14:paraId="1A0343C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6E8B5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D3AF91" w14:textId="5FEFABC4" w:rsidR="003C3390" w:rsidRPr="002E165A" w:rsidRDefault="002E165A" w:rsidP="002E165A">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ADOPTAN MEDIDAS PARA MEJORAR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SITUACIÓN FINANCIERA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FLUJO DE RECURSOS DEL SISTEMA GENERAL DE SEGURIDAD SOCIAL EN SALUD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DICTAN OTRAS DISPOSICIONES” </w:t>
            </w:r>
            <w:r w:rsidRPr="002E165A">
              <w:rPr>
                <w:rFonts w:ascii="Calibri" w:eastAsia="Times New Roman" w:hAnsi="Calibri" w:cs="Calibri"/>
                <w:lang w:eastAsia="es-MX"/>
                <w14:shadow w14:blurRad="50800" w14:dist="38100" w14:dir="5400000" w14:sx="100000" w14:sy="100000" w14:kx="0" w14:ky="0" w14:algn="t">
                  <w14:srgbClr w14:val="000000">
                    <w14:alpha w14:val="60000"/>
                  </w14:srgbClr>
                </w14:shadow>
              </w:rPr>
              <w:t>GACETA: 390/25</w:t>
            </w:r>
          </w:p>
        </w:tc>
      </w:tr>
      <w:tr w:rsidR="00E60F76" w:rsidRPr="00676F65" w14:paraId="6C4A3D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A4B73DF"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A8F84C" w14:textId="674330C1" w:rsidR="003C3390" w:rsidRPr="00676F65" w:rsidRDefault="00676F65" w:rsidP="00676F65">
            <w:pPr>
              <w:spacing w:after="0" w:line="240" w:lineRule="auto"/>
              <w:ind w:left="37"/>
              <w:jc w:val="center"/>
              <w:rPr>
                <w:rFonts w:ascii="Calibri" w:eastAsia="Calibri" w:hAnsi="Calibri" w:cs="Calibri"/>
                <w:lang w:val="es-CO" w:eastAsia="es-CO"/>
              </w:rPr>
            </w:pPr>
            <w:r>
              <w:rPr>
                <w:rFonts w:ascii="Calibri" w:eastAsia="Calibri" w:hAnsi="Calibri" w:cs="Calibri"/>
                <w:lang w:val="es-CO" w:eastAsia="es-CO"/>
              </w:rPr>
              <w:t xml:space="preserve">H.S. </w:t>
            </w:r>
            <w:r w:rsidRPr="00676F65">
              <w:rPr>
                <w:rFonts w:ascii="Calibri" w:eastAsia="Calibri" w:hAnsi="Calibri" w:cs="Calibri"/>
                <w:lang w:val="es-CO" w:eastAsia="es-CO"/>
              </w:rPr>
              <w:t xml:space="preserve">NORMA HURTADO SÁNCHEZ, SOLEDAD TAMAYO </w:t>
            </w:r>
            <w:proofErr w:type="spellStart"/>
            <w:r w:rsidRPr="00676F65">
              <w:rPr>
                <w:rFonts w:ascii="Calibri" w:eastAsia="Calibri" w:hAnsi="Calibri" w:cs="Calibri"/>
                <w:lang w:val="es-CO" w:eastAsia="es-CO"/>
              </w:rPr>
              <w:t>TAMAYO</w:t>
            </w:r>
            <w:proofErr w:type="spellEnd"/>
            <w:r w:rsidRPr="00676F65">
              <w:rPr>
                <w:rFonts w:ascii="Calibri" w:eastAsia="Calibri" w:hAnsi="Calibri" w:cs="Calibri"/>
                <w:lang w:val="es-CO" w:eastAsia="es-CO"/>
              </w:rPr>
              <w:t>,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E60F76" w:rsidRPr="00676F65" w14:paraId="3F601E7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72AD79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19D01F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NORMA HURTADO SANCHEZ</w:t>
            </w:r>
          </w:p>
        </w:tc>
      </w:tr>
      <w:bookmarkEnd w:id="20"/>
    </w:tbl>
    <w:p w14:paraId="5C542646" w14:textId="77777777" w:rsidR="00333E21" w:rsidRDefault="00333E21">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7DF58F1" w14:textId="77777777">
        <w:tc>
          <w:tcPr>
            <w:tcW w:w="3092" w:type="dxa"/>
            <w:tcBorders>
              <w:top w:val="single" w:sz="24" w:space="0" w:color="000000"/>
              <w:bottom w:val="single" w:sz="4" w:space="0" w:color="000000"/>
            </w:tcBorders>
            <w:vAlign w:val="center"/>
          </w:tcPr>
          <w:p w14:paraId="4CC76F90"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A0FB6AA"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2024 SENADO </w:t>
            </w:r>
          </w:p>
        </w:tc>
      </w:tr>
      <w:tr w:rsidR="00E60F76" w:rsidRPr="00676F65" w14:paraId="7E51E8E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6416C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CB9CF9" w14:textId="7EAB8561" w:rsidR="003C3390" w:rsidRPr="00676F65" w:rsidRDefault="002E165A" w:rsidP="002E165A">
            <w:pPr>
              <w:spacing w:after="0" w:line="240" w:lineRule="auto"/>
              <w:ind w:left="37"/>
              <w:jc w:val="center"/>
              <w:rPr>
                <w:rFonts w:ascii="Calibri" w:eastAsia="Calibri" w:hAnsi="Calibri" w:cs="Calibri"/>
                <w:lang w:val="es-CO" w:eastAsia="es-CO"/>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CREA LA LICENCIA AMBIENTAL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DIFERENCIADA PARA LOS PROYECTOS DE ENERGÍA ELÉCTRICA, 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E165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TRANSPORTE DE GAS NATURAL Y SE DICTAN OTRAS DISPOSICIONES”.</w:t>
            </w:r>
            <w:r w:rsidRPr="002E165A">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869/25</w:t>
            </w:r>
          </w:p>
        </w:tc>
      </w:tr>
      <w:tr w:rsidR="00E60F76" w:rsidRPr="00676F65" w14:paraId="1FC93D1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75FD33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2367F95" w14:textId="770F21F8"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w:t>
            </w:r>
            <w:r w:rsidR="00676F65" w:rsidRPr="00676F65">
              <w:rPr>
                <w:rFonts w:ascii="Calibri" w:eastAsia="Calibri" w:hAnsi="Calibri" w:cs="Calibri"/>
                <w:lang w:val="es-CO" w:eastAsia="es-CO"/>
              </w:rPr>
              <w:t>MIGUEL ÁNGEL BARRETO CASTILLO</w:t>
            </w:r>
          </w:p>
        </w:tc>
      </w:tr>
      <w:tr w:rsidR="00E60F76" w:rsidRPr="00676F65" w14:paraId="2EC68A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63A4E0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D09A9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MIGUEL ANGEL BARRETO CASTILLO, JOSE DAVID NAME CARDOZO</w:t>
            </w:r>
          </w:p>
        </w:tc>
      </w:tr>
    </w:tbl>
    <w:p w14:paraId="30E6C865"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45A6B" w14:paraId="0899D455" w14:textId="77777777" w:rsidTr="007B3F21">
        <w:tc>
          <w:tcPr>
            <w:tcW w:w="3002" w:type="dxa"/>
            <w:tcBorders>
              <w:top w:val="single" w:sz="24" w:space="0" w:color="000000"/>
              <w:bottom w:val="single" w:sz="4" w:space="0" w:color="000000"/>
            </w:tcBorders>
            <w:vAlign w:val="center"/>
          </w:tcPr>
          <w:p w14:paraId="40F31789" w14:textId="1A8CC03A" w:rsidR="00645A6B" w:rsidRPr="00645A6B" w:rsidRDefault="00645A6B">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645A6B">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DAAFDF" w14:textId="77777777" w:rsidR="00645A6B" w:rsidRDefault="00645A6B"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315 DE 2024 SENADO </w:t>
            </w:r>
          </w:p>
        </w:tc>
      </w:tr>
      <w:tr w:rsidR="00645A6B" w:rsidRPr="00394C56" w14:paraId="377C0954"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737DF3"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B3882D" w14:textId="77777777" w:rsidR="00645A6B" w:rsidRPr="00394C56" w:rsidRDefault="00645A6B" w:rsidP="007B3F21">
            <w:pPr>
              <w:spacing w:after="0" w:line="240" w:lineRule="auto"/>
              <w:ind w:left="15"/>
              <w:jc w:val="center"/>
              <w:rPr>
                <w:rFonts w:ascii="Calibri" w:eastAsia="Calibri" w:hAnsi="Calibri" w:cs="Calibri"/>
                <w:lang w:val="es-CO" w:eastAsia="es-CO"/>
              </w:rPr>
            </w:pP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RECONOCE Y FORTALECE LA LABOR DE LAS MUJERES ASOCIADAS AL CUIDADO, MANEJO,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GESTIÓN Y CONSERVACIÓN DE LA BIODIVERSIDAD. LEY INÍRIDA: MUJERES CUIDADORAS DE LA BIODIVERSIDAD”.</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2250/25</w:t>
            </w:r>
          </w:p>
        </w:tc>
      </w:tr>
      <w:tr w:rsidR="00645A6B" w:rsidRPr="00394C56" w14:paraId="45ACF546"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C7EB355" w14:textId="77777777" w:rsidR="00645A6B" w:rsidRPr="00394C56" w:rsidRDefault="00645A6B" w:rsidP="007B3F21">
            <w:pPr>
              <w:spacing w:after="0" w:line="240" w:lineRule="auto"/>
              <w:ind w:left="360"/>
              <w:jc w:val="center"/>
              <w:rPr>
                <w:rFonts w:ascii="Calibri" w:eastAsia="Calibri" w:hAnsi="Calibri" w:cs="Calibri"/>
                <w:sz w:val="20"/>
                <w:szCs w:val="20"/>
                <w:lang w:val="es-CO" w:eastAsia="es-CO"/>
              </w:rPr>
            </w:pPr>
            <w:r w:rsidRPr="00394C56">
              <w:rPr>
                <w:rFonts w:ascii="Calibri" w:eastAsia="Calibri" w:hAnsi="Calibri" w:cs="Calibri"/>
                <w:sz w:val="20"/>
                <w:szCs w:val="20"/>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3B2993A" w14:textId="77777777" w:rsidR="00645A6B" w:rsidRPr="00394C56" w:rsidRDefault="00645A6B" w:rsidP="007B3F21">
            <w:pPr>
              <w:spacing w:after="0" w:line="240" w:lineRule="auto"/>
              <w:ind w:left="360"/>
              <w:jc w:val="center"/>
              <w:rPr>
                <w:rFonts w:ascii="Calibri" w:eastAsia="Calibri" w:hAnsi="Calibri" w:cs="Calibri"/>
                <w:sz w:val="20"/>
                <w:szCs w:val="20"/>
                <w:lang w:val="es-CO" w:eastAsia="es-CO"/>
              </w:rPr>
            </w:pPr>
            <w:r w:rsidRPr="00394C56">
              <w:rPr>
                <w:rFonts w:ascii="Calibri" w:eastAsia="Calibri" w:hAnsi="Calibri" w:cs="Calibri"/>
                <w:sz w:val="20"/>
                <w:szCs w:val="20"/>
                <w:lang w:val="es-CO" w:eastAsia="es-CO"/>
              </w:rPr>
              <w:t xml:space="preserve">H.S. LORENA RIOS CUELLAR, LILIANA BITAR CASTILLA, JAEL QUIROGA CARRILLO, ANDREA PADILLA VILLARRAGA, NORMA HURTADO SÁNCHEZ, CATALINA PÉREZ </w:t>
            </w:r>
            <w:proofErr w:type="spellStart"/>
            <w:r w:rsidRPr="00394C56">
              <w:rPr>
                <w:rFonts w:ascii="Calibri" w:eastAsia="Calibri" w:hAnsi="Calibri" w:cs="Calibri"/>
                <w:sz w:val="20"/>
                <w:szCs w:val="20"/>
                <w:lang w:val="es-CO" w:eastAsia="es-CO"/>
              </w:rPr>
              <w:t>PÉREZ</w:t>
            </w:r>
            <w:proofErr w:type="spellEnd"/>
            <w:r w:rsidRPr="00394C56">
              <w:rPr>
                <w:rFonts w:ascii="Calibri" w:eastAsia="Calibri" w:hAnsi="Calibri" w:cs="Calibri"/>
                <w:sz w:val="20"/>
                <w:szCs w:val="20"/>
                <w:lang w:val="es-CO" w:eastAsia="es-CO"/>
              </w:rPr>
              <w:t>,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645A6B" w:rsidRPr="00394C56" w14:paraId="38A369F6"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74A68E8"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CA74408"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COORDINADORA: H.S.  ANDREA PADILLA VILLARRAGA</w:t>
            </w:r>
          </w:p>
          <w:p w14:paraId="57E99FC7" w14:textId="77777777" w:rsidR="00645A6B" w:rsidRPr="00394C56" w:rsidRDefault="00645A6B"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PONENTES: H.S. CATALINA DEL SOCORRO PÉREZ </w:t>
            </w:r>
            <w:proofErr w:type="spellStart"/>
            <w:r w:rsidRPr="00394C56">
              <w:rPr>
                <w:rFonts w:ascii="Calibri" w:eastAsia="Calibri" w:hAnsi="Calibri" w:cs="Calibri"/>
                <w:lang w:val="es-CO" w:eastAsia="es-CO"/>
              </w:rPr>
              <w:t>PÉREZ</w:t>
            </w:r>
            <w:proofErr w:type="spellEnd"/>
            <w:r w:rsidRPr="00394C56">
              <w:rPr>
                <w:rFonts w:ascii="Calibri" w:eastAsia="Calibri" w:hAnsi="Calibri" w:cs="Calibri"/>
                <w:lang w:val="es-CO" w:eastAsia="es-CO"/>
              </w:rPr>
              <w:t xml:space="preserve"> Y YENNY ROZO ZAMBRANO.</w:t>
            </w:r>
          </w:p>
        </w:tc>
      </w:tr>
    </w:tbl>
    <w:p w14:paraId="1553496C" w14:textId="77777777" w:rsidR="00645A6B" w:rsidRDefault="00645A6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09315C" w14:paraId="383C3160" w14:textId="77777777" w:rsidTr="007B3F21">
        <w:tc>
          <w:tcPr>
            <w:tcW w:w="3092" w:type="dxa"/>
            <w:tcBorders>
              <w:top w:val="single" w:sz="24" w:space="0" w:color="000000"/>
              <w:bottom w:val="single" w:sz="4" w:space="0" w:color="000000"/>
            </w:tcBorders>
            <w:vAlign w:val="center"/>
          </w:tcPr>
          <w:p w14:paraId="30CD9FA2" w14:textId="6E87984F" w:rsidR="0009315C" w:rsidRPr="0009315C" w:rsidRDefault="0009315C">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09315C">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B71CFC2" w14:textId="77777777" w:rsidR="0009315C" w:rsidRDefault="0009315C"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318 DE 2024 SENADO </w:t>
            </w:r>
          </w:p>
        </w:tc>
      </w:tr>
      <w:tr w:rsidR="0009315C" w:rsidRPr="00676F65" w14:paraId="1E6BA133"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3EF8ED"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E0A020" w14:textId="77777777" w:rsidR="0009315C" w:rsidRPr="00676F65" w:rsidRDefault="0009315C" w:rsidP="007B3F21">
            <w:pPr>
              <w:spacing w:after="0" w:line="240" w:lineRule="auto"/>
              <w:ind w:left="-72"/>
              <w:jc w:val="center"/>
              <w:rPr>
                <w:rFonts w:ascii="Calibri" w:eastAsia="Calibri" w:hAnsi="Calibri" w:cs="Calibri"/>
                <w:lang w:val="es-CO" w:eastAsia="es-CO"/>
              </w:rPr>
            </w:pP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APRUEBA EL PROTOCOLO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2010, RELATIVO AL CONVENIO INTERNACIONAL SOBRE RESPONSABILIDAD 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INDEMNIZACIÓN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DAÑOS EN RELACIÓN CON EL TRANSPORTE MARÍTIMO DE SUSTANCIAS NOCIVAS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POTENCIALMENTE PELIGROSAS, 1996”</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SUSCRITO EN LONDRES EL 30 DE ABRIL DE 2010”</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1447/25</w:t>
            </w:r>
          </w:p>
        </w:tc>
      </w:tr>
      <w:tr w:rsidR="0009315C" w:rsidRPr="00676F65" w14:paraId="395A6CC9"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2213F680"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2E43F39"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MINISTRO DE RELACIONES EXTERIORES, DR. LUIS GILBERTO MURILLO URRUTIA Y EL MINISTRO DE DEFENSA NACIONAL, DR. IVÁN VELÁSQUEZ GÓMEZ.</w:t>
            </w:r>
          </w:p>
        </w:tc>
      </w:tr>
      <w:tr w:rsidR="0009315C" w:rsidRPr="00676F65" w14:paraId="6C61B61B"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5D0C3741"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B0A975" w14:textId="77777777" w:rsidR="0009315C" w:rsidRPr="00676F65" w:rsidRDefault="0009315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MANUEL VIRGÜEZ PIRAQUIVE</w:t>
            </w:r>
          </w:p>
        </w:tc>
      </w:tr>
    </w:tbl>
    <w:p w14:paraId="61EC94D3" w14:textId="77777777" w:rsidR="0009315C" w:rsidRDefault="0009315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E060FF8" w14:textId="77777777">
        <w:tc>
          <w:tcPr>
            <w:tcW w:w="3092" w:type="dxa"/>
            <w:tcBorders>
              <w:top w:val="single" w:sz="24" w:space="0" w:color="000000"/>
              <w:bottom w:val="single" w:sz="4" w:space="0" w:color="000000"/>
            </w:tcBorders>
            <w:vAlign w:val="center"/>
          </w:tcPr>
          <w:p w14:paraId="20A28789"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1" w:name="_Hlk232503362"/>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6365921"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319 DE 2024 SENADO </w:t>
            </w:r>
          </w:p>
        </w:tc>
      </w:tr>
      <w:tr w:rsidR="00E60F76" w:rsidRPr="00676F65" w14:paraId="4BAD1DC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9F73C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88AED3" w14:textId="77777777" w:rsidR="001D55EC" w:rsidRDefault="001D55EC" w:rsidP="001D55EC">
            <w:pPr>
              <w:spacing w:after="0" w:line="240" w:lineRule="auto"/>
              <w:ind w:left="37"/>
              <w:jc w:val="center"/>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APRUEBA EL PROTOCOLO DE 1996 RELATIVO AL CONVENIO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SOBRE LA PREVENCIÓN DE LA CONTAMINACIÓN DEL MAR POR VERTIMIENTO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DESECHOS Y OTRAS MATERIAS DE 1972</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HECHO EN LONDRES EL 7 DE NOVIEMBRE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 1996 Y ENMENDADO EN 2006</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1D55E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1D55EC">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p>
          <w:p w14:paraId="6E9B021E" w14:textId="361422D2" w:rsidR="003C3390" w:rsidRPr="00676F65" w:rsidRDefault="00000000" w:rsidP="001D55EC">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GACETA: 934/25</w:t>
            </w:r>
          </w:p>
        </w:tc>
      </w:tr>
      <w:tr w:rsidR="00E60F76" w:rsidRPr="00676F65" w14:paraId="165822E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B5B3B78"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0559F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Ministro de Relaciones Exteriores, </w:t>
            </w:r>
            <w:proofErr w:type="spellStart"/>
            <w:r w:rsidRPr="00676F65">
              <w:rPr>
                <w:rFonts w:ascii="Calibri" w:eastAsia="Calibri" w:hAnsi="Calibri" w:cs="Calibri"/>
                <w:lang w:val="es-CO" w:eastAsia="es-CO"/>
              </w:rPr>
              <w:t>Dr</w:t>
            </w:r>
            <w:proofErr w:type="spellEnd"/>
            <w:r w:rsidRPr="00676F65">
              <w:rPr>
                <w:rFonts w:ascii="Calibri" w:eastAsia="Calibri" w:hAnsi="Calibri" w:cs="Calibri"/>
                <w:lang w:val="es-CO" w:eastAsia="es-CO"/>
              </w:rPr>
              <w:t xml:space="preserve"> LUIS GILBERTO MURILLO URRUTIA; y el </w:t>
            </w:r>
            <w:proofErr w:type="gramStart"/>
            <w:r w:rsidRPr="00676F65">
              <w:rPr>
                <w:rFonts w:ascii="Calibri" w:eastAsia="Calibri" w:hAnsi="Calibri" w:cs="Calibri"/>
                <w:lang w:val="es-CO" w:eastAsia="es-CO"/>
              </w:rPr>
              <w:t>Ministro</w:t>
            </w:r>
            <w:proofErr w:type="gramEnd"/>
            <w:r w:rsidRPr="00676F65">
              <w:rPr>
                <w:rFonts w:ascii="Calibri" w:eastAsia="Calibri" w:hAnsi="Calibri" w:cs="Calibri"/>
                <w:lang w:val="es-CO" w:eastAsia="es-CO"/>
              </w:rPr>
              <w:t xml:space="preserve"> de Defensa Nacional, </w:t>
            </w:r>
            <w:proofErr w:type="spellStart"/>
            <w:r w:rsidRPr="00676F65">
              <w:rPr>
                <w:rFonts w:ascii="Calibri" w:eastAsia="Calibri" w:hAnsi="Calibri" w:cs="Calibri"/>
                <w:lang w:val="es-CO" w:eastAsia="es-CO"/>
              </w:rPr>
              <w:t>Dr</w:t>
            </w:r>
            <w:proofErr w:type="spellEnd"/>
            <w:r w:rsidRPr="00676F65">
              <w:rPr>
                <w:rFonts w:ascii="Calibri" w:eastAsia="Calibri" w:hAnsi="Calibri" w:cs="Calibri"/>
                <w:lang w:val="es-CO" w:eastAsia="es-CO"/>
              </w:rPr>
              <w:t xml:space="preserve"> IVÁN VELÁSQUEZ GÓMEZ</w:t>
            </w:r>
          </w:p>
        </w:tc>
      </w:tr>
      <w:tr w:rsidR="00E60F76" w:rsidRPr="00676F65" w14:paraId="44DB493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3EF1A5"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C933F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NICOLAS ALBEIRO ECHEVERRY ALBARAN</w:t>
            </w:r>
          </w:p>
        </w:tc>
      </w:tr>
      <w:bookmarkEnd w:id="21"/>
    </w:tbl>
    <w:p w14:paraId="07DF536B"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DC1E351" w14:textId="77777777">
        <w:tc>
          <w:tcPr>
            <w:tcW w:w="3092" w:type="dxa"/>
            <w:tcBorders>
              <w:top w:val="single" w:sz="24" w:space="0" w:color="000000"/>
              <w:bottom w:val="single" w:sz="4" w:space="0" w:color="000000"/>
            </w:tcBorders>
            <w:vAlign w:val="center"/>
          </w:tcPr>
          <w:p w14:paraId="1D8FE872"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D51636"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320 DE 2024 SENADO </w:t>
            </w:r>
          </w:p>
        </w:tc>
      </w:tr>
      <w:tr w:rsidR="00E60F76" w:rsidRPr="00676F65" w14:paraId="412E900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3A8220"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5F9A16" w14:textId="77777777" w:rsidR="00927370" w:rsidRPr="00927370" w:rsidRDefault="00927370" w:rsidP="00927370">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APRUEBA EL CONVENIO INTERNACIONAL</w:t>
            </w:r>
          </w:p>
          <w:p w14:paraId="64A730C8" w14:textId="77777777" w:rsidR="00927370" w:rsidRPr="00927370" w:rsidRDefault="00927370" w:rsidP="00927370">
            <w:pPr>
              <w:spacing w:after="0" w:line="240" w:lineRule="auto"/>
              <w:ind w:left="3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SOBRE LA REMOCIÓN DE RESTOS DE NAUFRAGIO, 2007", ADOPTADO EN</w:t>
            </w:r>
          </w:p>
          <w:p w14:paraId="599EEE73" w14:textId="609B8EC5" w:rsidR="003C3390" w:rsidRPr="00676F65" w:rsidRDefault="00927370" w:rsidP="00927370">
            <w:pPr>
              <w:spacing w:after="0" w:line="240" w:lineRule="auto"/>
              <w:ind w:left="37"/>
              <w:jc w:val="center"/>
              <w:rPr>
                <w:rFonts w:ascii="Calibri" w:eastAsia="Calibri" w:hAnsi="Calibri" w:cs="Calibri"/>
                <w:lang w:val="es-CO" w:eastAsia="es-CO"/>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SEDE DE LA OFICINA DE NACIONES UNIDAS EN NAIROBI EL 18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MAYO DE 2007”</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76F65">
              <w:rPr>
                <w:rFonts w:ascii="Calibri" w:eastAsia="Calibri" w:hAnsi="Calibri" w:cs="Calibri"/>
                <w:lang w:val="es-CO" w:eastAsia="es-CO"/>
              </w:rPr>
              <w:t xml:space="preserve">  GACETA: 734/25</w:t>
            </w:r>
          </w:p>
        </w:tc>
      </w:tr>
      <w:tr w:rsidR="00E60F76" w:rsidRPr="00676F65" w14:paraId="36F9E1A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58967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90397B" w14:textId="2032952D"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 RELAC. EXT. DR. LUIS GILBERTO MURILLO URRUTIA, Y EL MINISTRO DE DEFENSA NACIONAL, DR. IVÁN VELÁSQUEZ GÓMEZ.</w:t>
            </w:r>
          </w:p>
        </w:tc>
      </w:tr>
      <w:tr w:rsidR="00E60F76" w:rsidRPr="00676F65" w14:paraId="29AD53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527F7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6F0A9C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ANTONIO JOSE CORREA JIMENEZ</w:t>
            </w:r>
          </w:p>
        </w:tc>
      </w:tr>
    </w:tbl>
    <w:p w14:paraId="7B74D8DC"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2540C8F" w14:textId="77777777">
        <w:tc>
          <w:tcPr>
            <w:tcW w:w="3092" w:type="dxa"/>
            <w:tcBorders>
              <w:top w:val="single" w:sz="24" w:space="0" w:color="000000"/>
              <w:bottom w:val="single" w:sz="4" w:space="0" w:color="000000"/>
            </w:tcBorders>
            <w:vAlign w:val="center"/>
          </w:tcPr>
          <w:p w14:paraId="4CB07106"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ECCBD2"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321 DE 2024 SENADO </w:t>
            </w:r>
          </w:p>
        </w:tc>
      </w:tr>
      <w:tr w:rsidR="00E60F76" w:rsidRPr="00676F65" w14:paraId="30373CE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2988D"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532175" w14:textId="2034C0DD" w:rsidR="003C3390" w:rsidRPr="00676F65" w:rsidRDefault="00927370" w:rsidP="00927370">
            <w:pPr>
              <w:spacing w:after="0" w:line="240" w:lineRule="auto"/>
              <w:ind w:left="-72"/>
              <w:jc w:val="center"/>
              <w:rPr>
                <w:rFonts w:ascii="Calibri" w:eastAsia="Calibri" w:hAnsi="Calibri" w:cs="Calibri"/>
                <w:lang w:val="es-CO" w:eastAsia="es-CO"/>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APRUEBA EL «PROTOCOLO DE ENMIENDA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DEL ACUERDO DE TRANSPORTE AÉREO ENTRE EL GOBIERNO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REPÚBLICA DE COLOMBIA Y EL GOBIERNO DE LOS ESTADOS UNIDOS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AMÉRICA», HECHO EN BOGOTÁ D.C. EL 27 DE JULIO DE 2022”</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740/25</w:t>
            </w:r>
          </w:p>
        </w:tc>
      </w:tr>
      <w:tr w:rsidR="00E60F76" w:rsidRPr="00676F65" w14:paraId="5226BB0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2274021"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D41B43" w14:textId="2C08004A"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MIN. RELAC. EXT. DR. LUIS GILBERTO MURILLO URRUTIA, </w:t>
            </w:r>
            <w:proofErr w:type="gramStart"/>
            <w:r w:rsidRPr="00676F65">
              <w:rPr>
                <w:rFonts w:ascii="Calibri" w:eastAsia="Calibri" w:hAnsi="Calibri" w:cs="Calibri"/>
                <w:lang w:val="es-CO" w:eastAsia="es-CO"/>
              </w:rPr>
              <w:t>Y  LA</w:t>
            </w:r>
            <w:proofErr w:type="gramEnd"/>
            <w:r w:rsidRPr="00676F65">
              <w:rPr>
                <w:rFonts w:ascii="Calibri" w:eastAsia="Calibri" w:hAnsi="Calibri" w:cs="Calibri"/>
                <w:lang w:val="es-CO" w:eastAsia="es-CO"/>
              </w:rPr>
              <w:t xml:space="preserve"> MINISTRA DE TRANSPORTE, DRA MARÍA CONSTANZA GARCÍA ALICASTRO.</w:t>
            </w:r>
          </w:p>
        </w:tc>
      </w:tr>
      <w:tr w:rsidR="00E60F76" w:rsidRPr="00676F65" w14:paraId="5E2190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E28FC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B3A08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JOSE LUIS PEREZ OYUELA</w:t>
            </w:r>
          </w:p>
        </w:tc>
      </w:tr>
    </w:tbl>
    <w:p w14:paraId="7FFB0FC3"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AAE44DF" w14:textId="77777777">
        <w:tc>
          <w:tcPr>
            <w:tcW w:w="3092" w:type="dxa"/>
            <w:tcBorders>
              <w:top w:val="single" w:sz="24" w:space="0" w:color="000000"/>
              <w:bottom w:val="single" w:sz="4" w:space="0" w:color="000000"/>
            </w:tcBorders>
            <w:vAlign w:val="center"/>
          </w:tcPr>
          <w:p w14:paraId="5D98B7F4"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D5FF41"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322 DE 2024 SENADO </w:t>
            </w:r>
          </w:p>
        </w:tc>
      </w:tr>
      <w:tr w:rsidR="00E60F76" w:rsidRPr="00676F65" w14:paraId="614A8C0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94D3D6"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8F94C1" w14:textId="50DF198A" w:rsidR="003C3390" w:rsidRPr="00676F65" w:rsidRDefault="00927370" w:rsidP="00927370">
            <w:pPr>
              <w:spacing w:after="0" w:line="240" w:lineRule="auto"/>
              <w:ind w:left="37"/>
              <w:jc w:val="center"/>
              <w:rPr>
                <w:rFonts w:ascii="Calibri" w:eastAsia="Calibri" w:hAnsi="Calibri" w:cs="Calibri"/>
                <w:lang w:val="es-CO" w:eastAsia="es-CO"/>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MEDIO DE LA CUAL SE APRUEBA EL «CONVENIO INTERNACIONAL SOBRE RESPONSABILIDAD</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CIVIL NACIDA DE DAÑOS DEBIDOS A CONTAMINACIÓN POR LOS HIDROCARBUROS PARA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COMBUSTIBLE DE LOS BUQUES, 2001», ADOPTADO EN LONDRES EL 23 DE MARZO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2001”</w:t>
            </w:r>
            <w:r w:rsidRPr="00927370">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948/25</w:t>
            </w:r>
          </w:p>
        </w:tc>
      </w:tr>
      <w:tr w:rsidR="00E60F76" w:rsidRPr="00676F65" w14:paraId="78DD53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EBA3B2"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1F39665" w14:textId="72177644"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 RELAC. EXT. DR. LUIS GILBERTO MURILLO URRUTIA, Y EL MINISTRO DE DEFENSA NACIONAL, DR. IVÁN VELÁSQUEZ GÓMEZ.</w:t>
            </w:r>
          </w:p>
        </w:tc>
      </w:tr>
      <w:tr w:rsidR="00E60F76" w:rsidRPr="00676F65" w14:paraId="51AC3D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DC7A93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B44447"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OSCAR MAURICIO GIRALDO HERNANDEZ</w:t>
            </w:r>
          </w:p>
        </w:tc>
      </w:tr>
    </w:tbl>
    <w:p w14:paraId="3287D4C5"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927370" w14:paraId="494E8FAF" w14:textId="77777777" w:rsidTr="007B3F21">
        <w:tc>
          <w:tcPr>
            <w:tcW w:w="3092" w:type="dxa"/>
            <w:tcBorders>
              <w:top w:val="single" w:sz="24" w:space="0" w:color="000000"/>
              <w:bottom w:val="single" w:sz="4" w:space="0" w:color="000000"/>
            </w:tcBorders>
            <w:vAlign w:val="center"/>
          </w:tcPr>
          <w:p w14:paraId="541D48B5" w14:textId="3FA002B5" w:rsidR="00927370" w:rsidRPr="00927370" w:rsidRDefault="0092737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927370">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027B2532" w14:textId="77777777" w:rsidR="00927370" w:rsidRDefault="00927370"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323 DE 2024 SENADO </w:t>
            </w:r>
          </w:p>
        </w:tc>
      </w:tr>
      <w:tr w:rsidR="00927370" w:rsidRPr="00676F65" w14:paraId="31F9BDCD"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EAFFF8" w14:textId="77777777" w:rsidR="00927370" w:rsidRPr="00676F65" w:rsidRDefault="00927370"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6AC44F" w14:textId="30613F4C" w:rsidR="00927370" w:rsidRPr="00676F65" w:rsidRDefault="00927370" w:rsidP="00927370">
            <w:pPr>
              <w:spacing w:after="0" w:line="240" w:lineRule="auto"/>
              <w:ind w:left="37"/>
              <w:jc w:val="center"/>
              <w:rPr>
                <w:rFonts w:ascii="Calibri" w:eastAsia="Calibri" w:hAnsi="Calibri" w:cs="Calibri"/>
                <w:lang w:val="es-CO" w:eastAsia="es-CO"/>
              </w:rPr>
            </w:pP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APRUEBA EL «ESTATUTO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CONFERENCIA DE LA HAYA DE DERECHO INTERNACIONAL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PRIVADO», ADOPTADO EN LA HAYA, EL 31 DE OCTUBRE DE 1951,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MODIFICADO EL 30 DE JUNIO DE 2005”</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927370">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286/25</w:t>
            </w:r>
          </w:p>
        </w:tc>
      </w:tr>
      <w:tr w:rsidR="00927370" w:rsidRPr="00676F65" w14:paraId="373A8977"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54F336AA" w14:textId="77777777" w:rsidR="00927370" w:rsidRPr="00676F65" w:rsidRDefault="00927370"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18505C1" w14:textId="77777777" w:rsidR="00927370" w:rsidRPr="00676F65" w:rsidRDefault="00927370"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MIN. RELAC. EXT. DR. LUIS GILBERTO MURILLO URRUTIA</w:t>
            </w:r>
          </w:p>
        </w:tc>
      </w:tr>
      <w:tr w:rsidR="00927370" w:rsidRPr="00676F65" w14:paraId="39B469DE"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5BB87797" w14:textId="77777777" w:rsidR="00927370" w:rsidRPr="00676F65" w:rsidRDefault="00927370"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D0C222" w14:textId="77777777" w:rsidR="00927370" w:rsidRPr="00676F65" w:rsidRDefault="00927370"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JAEL QUIROGA CARRILLO, GLORIA INES FLOREZ SCHNEIDER</w:t>
            </w:r>
          </w:p>
        </w:tc>
      </w:tr>
    </w:tbl>
    <w:p w14:paraId="48468306" w14:textId="77777777" w:rsidR="00927370" w:rsidRDefault="0092737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14F4599" w14:textId="77777777">
        <w:tc>
          <w:tcPr>
            <w:tcW w:w="3092" w:type="dxa"/>
            <w:tcBorders>
              <w:top w:val="single" w:sz="24" w:space="0" w:color="000000"/>
              <w:bottom w:val="single" w:sz="4" w:space="0" w:color="000000"/>
            </w:tcBorders>
            <w:vAlign w:val="center"/>
          </w:tcPr>
          <w:p w14:paraId="1FFA661B"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42BD9CC"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326 DE 2024 SENADO </w:t>
            </w:r>
          </w:p>
        </w:tc>
      </w:tr>
      <w:tr w:rsidR="00E60F76" w:rsidRPr="00676F65" w14:paraId="003BD06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2DB3E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5C97E4" w14:textId="0706E794" w:rsidR="003C3390" w:rsidRPr="00676F65" w:rsidRDefault="006B397F" w:rsidP="006B397F">
            <w:pPr>
              <w:spacing w:after="0" w:line="240" w:lineRule="auto"/>
              <w:ind w:left="37"/>
              <w:jc w:val="center"/>
              <w:rPr>
                <w:rFonts w:ascii="Calibri" w:eastAsia="Calibri" w:hAnsi="Calibri" w:cs="Calibri"/>
                <w:lang w:val="es-CO" w:eastAsia="es-CO"/>
              </w:rPr>
            </w:pP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RECONOCE COMO SUJETOS DE DERECHOS A LA CUENCA DEL RÍO PATÍA, SUS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SUBZONAS HIDROGRÁFICAS Y SUS DEMÁS CUENCAS A LA CUENCA DE LA LAGUNA DE LA COCHA O LAGO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GUAMEZ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1275/25</w:t>
            </w:r>
          </w:p>
        </w:tc>
      </w:tr>
      <w:tr w:rsidR="00E60F76" w:rsidRPr="00676F65" w14:paraId="5B3756F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B60F2E"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0710772" w14:textId="3DAEE103"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H.R. JUAN DANIEL PEÑUELA CALVACHE</w:t>
            </w:r>
          </w:p>
        </w:tc>
      </w:tr>
      <w:tr w:rsidR="00E60F76" w:rsidRPr="00676F65" w14:paraId="131E7B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50F463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0619F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ESMERALDA HERNANDEZ SILVA</w:t>
            </w:r>
          </w:p>
        </w:tc>
      </w:tr>
    </w:tbl>
    <w:p w14:paraId="41424992" w14:textId="77777777" w:rsidR="003C3390" w:rsidRDefault="003C339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53066" w14:paraId="430EA8C7" w14:textId="77777777" w:rsidTr="007B3F21">
        <w:tc>
          <w:tcPr>
            <w:tcW w:w="3002" w:type="dxa"/>
            <w:tcBorders>
              <w:top w:val="single" w:sz="24" w:space="0" w:color="000000"/>
              <w:bottom w:val="single" w:sz="4" w:space="0" w:color="000000"/>
            </w:tcBorders>
            <w:vAlign w:val="center"/>
          </w:tcPr>
          <w:p w14:paraId="18D0BEE2" w14:textId="624948F3" w:rsidR="00553066" w:rsidRPr="00553066" w:rsidRDefault="00553066">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55306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B37B45A" w14:textId="77777777" w:rsidR="00553066" w:rsidRDefault="00553066" w:rsidP="007B3F21">
            <w:pPr>
              <w:ind w:left="360"/>
              <w:jc w:val="center"/>
              <w:rPr>
                <w:rFonts w:ascii="Calibri" w:eastAsia="Calibri" w:hAnsi="Calibri" w:cs="Calibri"/>
                <w:b/>
                <w:bCs/>
              </w:rPr>
            </w:pPr>
            <w:r>
              <w:rPr>
                <w:rFonts w:ascii="Calibri" w:eastAsia="Calibri" w:hAnsi="Calibri" w:cs="Calibri"/>
                <w:b/>
                <w:bCs/>
              </w:rPr>
              <w:t xml:space="preserve">PL.N. 337 DE 2024 SENADO </w:t>
            </w:r>
          </w:p>
        </w:tc>
      </w:tr>
      <w:tr w:rsidR="00553066" w:rsidRPr="00676F65" w14:paraId="4476A838"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6DAA18"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231F5B"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48632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SE ESTABLECEN MECANISMOS DE PREVENCIÓN Y ATENCIÓN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8632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8632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1601/25</w:t>
            </w:r>
          </w:p>
        </w:tc>
      </w:tr>
      <w:tr w:rsidR="00553066" w:rsidRPr="00676F65" w14:paraId="52C9AB04"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7205519"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6D5102"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553066" w:rsidRPr="00676F65" w14:paraId="643774E5"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DB2AADF"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A51EE7F" w14:textId="77777777" w:rsidR="00553066" w:rsidRPr="00676F65" w:rsidRDefault="00553066"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ANDREA PADILLA VILLARRAGA</w:t>
            </w:r>
          </w:p>
        </w:tc>
      </w:tr>
    </w:tbl>
    <w:p w14:paraId="625150D6" w14:textId="77777777" w:rsidR="00645A6B" w:rsidRDefault="00645A6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0560FC" w14:paraId="636E1B01" w14:textId="77777777" w:rsidTr="007B3F21">
        <w:tc>
          <w:tcPr>
            <w:tcW w:w="3092" w:type="dxa"/>
            <w:tcBorders>
              <w:top w:val="single" w:sz="24" w:space="0" w:color="000000"/>
              <w:bottom w:val="single" w:sz="4" w:space="0" w:color="000000"/>
            </w:tcBorders>
            <w:vAlign w:val="center"/>
          </w:tcPr>
          <w:p w14:paraId="0E9067E6" w14:textId="6A78685A" w:rsidR="000560FC" w:rsidRPr="000560FC" w:rsidRDefault="000560FC">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2" w:name="_Hlk232506478"/>
            <w:r w:rsidRPr="000560FC">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4EEACF5" w14:textId="77777777" w:rsidR="000560FC" w:rsidRDefault="000560FC" w:rsidP="007B3F21">
            <w:pPr>
              <w:ind w:left="360"/>
              <w:jc w:val="center"/>
              <w:rPr>
                <w:rFonts w:ascii="Calibri" w:eastAsia="Calibri" w:hAnsi="Calibri" w:cs="Calibri"/>
                <w:b/>
                <w:bCs/>
                <w:sz w:val="24"/>
                <w:szCs w:val="24"/>
              </w:rPr>
            </w:pPr>
            <w:r>
              <w:rPr>
                <w:rFonts w:ascii="Calibri" w:eastAsia="Calibri" w:hAnsi="Calibri" w:cs="Calibri"/>
                <w:b/>
                <w:bCs/>
              </w:rPr>
              <w:t xml:space="preserve">PL.N. 346 DE 2024 SENADO - 039 DE 2024 CAMARA  </w:t>
            </w:r>
          </w:p>
        </w:tc>
      </w:tr>
      <w:tr w:rsidR="000560FC" w:rsidRPr="00676F65" w14:paraId="768BA687"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0ED3B3"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TITULO  </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DC47CD" w14:textId="77777777" w:rsidR="000560FC" w:rsidRPr="005C5F98" w:rsidRDefault="000560FC" w:rsidP="007B3F21">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RECONOCE AL FESTIVAL NACIONAL 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INTERNACIONAL DE ARTES “SUAN DE LA TRINIDAD” DEL MUNICIPIO DE</w:t>
            </w:r>
          </w:p>
          <w:p w14:paraId="66BB7224" w14:textId="77777777" w:rsidR="000560FC" w:rsidRPr="005C5F98" w:rsidRDefault="000560FC" w:rsidP="007B3F21">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SUAN EN EL DEPARTAMENTO DEL ATLÁNTICO COMO MANIFESTACIÓN DEL</w:t>
            </w:r>
          </w:p>
          <w:p w14:paraId="4016B3C8" w14:textId="77777777" w:rsidR="000560FC" w:rsidRPr="005C5F98" w:rsidRDefault="000560FC" w:rsidP="007B3F21">
            <w:pPr>
              <w:spacing w:after="0" w:line="240" w:lineRule="auto"/>
              <w:ind w:left="37" w:hanging="10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PATRIMONIO CULTURAL INMATERIAL DE LA NACIÓN Y SE DICTAN OTRAS</w:t>
            </w:r>
          </w:p>
          <w:p w14:paraId="41FBDE4A" w14:textId="77777777" w:rsidR="000560FC" w:rsidRPr="00676F65" w:rsidRDefault="000560FC" w:rsidP="007B3F21">
            <w:pPr>
              <w:spacing w:after="0" w:line="240" w:lineRule="auto"/>
              <w:ind w:left="37" w:hanging="109"/>
              <w:jc w:val="center"/>
              <w:rPr>
                <w:rFonts w:ascii="Calibri" w:eastAsia="Calibri" w:hAnsi="Calibri" w:cs="Calibri"/>
                <w:lang w:val="es-CO" w:eastAsia="es-CO"/>
              </w:rPr>
            </w:pPr>
            <w:r w:rsidRPr="005C5F9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DISPOSICIONES”.   </w:t>
            </w:r>
            <w:r w:rsidRPr="00676F65">
              <w:rPr>
                <w:rFonts w:ascii="Calibri" w:eastAsia="Calibri" w:hAnsi="Calibri" w:cs="Calibri"/>
                <w:lang w:val="es-CO" w:eastAsia="es-CO"/>
              </w:rPr>
              <w:t>GACETA: 1027/25</w:t>
            </w:r>
          </w:p>
        </w:tc>
      </w:tr>
      <w:tr w:rsidR="000560FC" w:rsidRPr="00676F65" w14:paraId="530BAFDE"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66808D97"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C4C021"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H.R.  GERSEL LUIS PÉREZ ALTAMIRANDA, ERIKA TATIANA SÁNCHEZ PINTO, LUZ AYDA PASTRANA LOAIZA, ANA ROGELIA MONSALVE ÁLVAREZ, BETSY JUDITH PÉREZ ARANGO, MODESTO ENRIQUE AGUILERA VIDES, GILMA DÍAZ ARIAS</w:t>
            </w:r>
          </w:p>
        </w:tc>
      </w:tr>
      <w:tr w:rsidR="000560FC" w:rsidRPr="00676F65" w14:paraId="5CC34846"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0266B77C"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999CFBD" w14:textId="77777777" w:rsidR="000560FC" w:rsidRPr="00676F65" w:rsidRDefault="000560FC"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ANTONIO JOSE CORREA JIMENEZ</w:t>
            </w:r>
          </w:p>
        </w:tc>
      </w:tr>
      <w:bookmarkEnd w:id="22"/>
    </w:tbl>
    <w:p w14:paraId="49E258F1" w14:textId="77777777" w:rsidR="000560FC" w:rsidRDefault="000560F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53066" w14:paraId="5B5311E4" w14:textId="77777777" w:rsidTr="007B3F21">
        <w:tc>
          <w:tcPr>
            <w:tcW w:w="3002" w:type="dxa"/>
            <w:tcBorders>
              <w:top w:val="single" w:sz="24" w:space="0" w:color="000000"/>
              <w:bottom w:val="single" w:sz="4" w:space="0" w:color="000000"/>
            </w:tcBorders>
            <w:vAlign w:val="center"/>
          </w:tcPr>
          <w:p w14:paraId="1F457060" w14:textId="3DFA5F2E" w:rsidR="00553066" w:rsidRPr="00553066" w:rsidRDefault="00553066">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23" w:name="_Hlk232584742"/>
            <w:r w:rsidRPr="0055306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5F4CC6B" w14:textId="77777777" w:rsidR="00553066" w:rsidRDefault="00553066" w:rsidP="007B3F21">
            <w:pPr>
              <w:ind w:left="360"/>
              <w:jc w:val="center"/>
              <w:rPr>
                <w:rFonts w:ascii="Calibri" w:eastAsia="Calibri" w:hAnsi="Calibri" w:cs="Calibri"/>
                <w:b/>
                <w:bCs/>
              </w:rPr>
            </w:pPr>
            <w:r>
              <w:rPr>
                <w:rFonts w:ascii="Calibri" w:eastAsia="Calibri" w:hAnsi="Calibri" w:cs="Calibri"/>
                <w:b/>
                <w:bCs/>
              </w:rPr>
              <w:t xml:space="preserve">PL.N. 351 DE 2024 SENADO </w:t>
            </w:r>
          </w:p>
        </w:tc>
      </w:tr>
      <w:tr w:rsidR="00553066" w14:paraId="3A1C9910"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E23CAF" w14:textId="77777777" w:rsidR="00553066" w:rsidRDefault="00553066" w:rsidP="007B3F21">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3ECBC9" w14:textId="77777777" w:rsidR="00553066" w:rsidRDefault="00553066" w:rsidP="007B3F21">
            <w:pPr>
              <w:jc w:val="center"/>
              <w:rPr>
                <w:rFonts w:ascii="Calibri" w:eastAsia="Calibri" w:hAnsi="Calibri" w:cs="Calibri"/>
              </w:rPr>
            </w:pPr>
            <w:r w:rsidRPr="0055306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ESTABLECEN LAS MEDIDAS TENDIENTES 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55306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FORTALECER LAS MICROEMPRESAS EN MODALIDAD DE TIENDAS DE BARRIO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553066">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 DICTAN OTRAS DISPOSICIONES”.</w:t>
            </w:r>
            <w:r>
              <w:rPr>
                <w:rFonts w:ascii="Calibri" w:eastAsia="Calibri" w:hAnsi="Calibri" w:cs="Calibri"/>
              </w:rPr>
              <w:t xml:space="preserve">  GACETA:  573/25 </w:t>
            </w:r>
          </w:p>
        </w:tc>
      </w:tr>
      <w:tr w:rsidR="00553066" w:rsidRPr="00394C56" w14:paraId="772FEFB5"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7628D9BE"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836538C"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553066" w:rsidRPr="00394C56" w14:paraId="6F9D9D64"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50BE865"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4DF2510" w14:textId="77777777" w:rsidR="00553066" w:rsidRPr="00394C56" w:rsidRDefault="00553066"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MARÍA ANGELICA GUERRA LÓPEZ</w:t>
            </w:r>
          </w:p>
        </w:tc>
      </w:tr>
      <w:bookmarkEnd w:id="23"/>
    </w:tbl>
    <w:p w14:paraId="62C44985" w14:textId="77777777" w:rsidR="00553066" w:rsidRDefault="00553066">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071AB1F" w14:textId="77777777">
        <w:tc>
          <w:tcPr>
            <w:tcW w:w="3092" w:type="dxa"/>
            <w:tcBorders>
              <w:top w:val="single" w:sz="24" w:space="0" w:color="000000"/>
              <w:bottom w:val="single" w:sz="4" w:space="0" w:color="000000"/>
            </w:tcBorders>
            <w:vAlign w:val="center"/>
          </w:tcPr>
          <w:p w14:paraId="270D45A6"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4" w:name="_Hlk232506139"/>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335C274"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355 DE 2024 SENADO </w:t>
            </w:r>
          </w:p>
        </w:tc>
      </w:tr>
      <w:tr w:rsidR="00E60F76" w:rsidRPr="00676F65" w14:paraId="12397F9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E629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D9C3CD" w14:textId="7408DCB7" w:rsidR="003C3390" w:rsidRPr="00676F65" w:rsidRDefault="006B397F" w:rsidP="006B397F">
            <w:pPr>
              <w:spacing w:after="0" w:line="240" w:lineRule="auto"/>
              <w:ind w:left="-214"/>
              <w:jc w:val="center"/>
              <w:rPr>
                <w:rFonts w:ascii="Calibri" w:eastAsia="Calibri" w:hAnsi="Calibri" w:cs="Calibri"/>
                <w:lang w:val="es-CO" w:eastAsia="es-CO"/>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LA NACIÓN EXALTA LA VIDA Y OBRA DEL FILÓSOFO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EDUCADOR JULIO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ENRIQUE BLANCO DE LA ROSA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821/25</w:t>
            </w:r>
          </w:p>
        </w:tc>
      </w:tr>
      <w:tr w:rsidR="00E60F76" w:rsidRPr="00676F65" w14:paraId="64D5336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2E11D4C"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12DCB18" w14:textId="0D0A4C44" w:rsidR="003C3390" w:rsidRPr="00676F65" w:rsidRDefault="00676F65"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H.R. GUIDO ECHEVERRI PIEDRAHITA, PEDRO HERNANDO FLÓREZ PORRAS, H.R. ANA ROGELIA MONSALVE ÁLVAREZ.</w:t>
            </w:r>
          </w:p>
        </w:tc>
      </w:tr>
      <w:tr w:rsidR="00E60F76" w:rsidRPr="00676F65" w14:paraId="3C5FC07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22E963"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060606A" w14:textId="77777777" w:rsidR="003C3390" w:rsidRPr="00676F65" w:rsidRDefault="00000000" w:rsidP="00676F65">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GLORIA INES FLOREZ SCHNEIDER</w:t>
            </w:r>
          </w:p>
        </w:tc>
      </w:tr>
      <w:bookmarkEnd w:id="24"/>
    </w:tbl>
    <w:p w14:paraId="43EF2AE4" w14:textId="77777777" w:rsidR="00645A6B" w:rsidRDefault="00645A6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27ECC" w14:paraId="2A37B970" w14:textId="77777777" w:rsidTr="007B3F21">
        <w:tc>
          <w:tcPr>
            <w:tcW w:w="3002" w:type="dxa"/>
            <w:tcBorders>
              <w:top w:val="single" w:sz="24" w:space="0" w:color="000000"/>
              <w:bottom w:val="single" w:sz="4" w:space="0" w:color="000000"/>
            </w:tcBorders>
            <w:vAlign w:val="center"/>
          </w:tcPr>
          <w:p w14:paraId="44EAC512" w14:textId="77777777" w:rsidR="00B27ECC" w:rsidRDefault="00B27ECC">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D972372" w14:textId="77777777" w:rsidR="00B27ECC" w:rsidRDefault="00B27ECC" w:rsidP="007B3F21">
            <w:pPr>
              <w:ind w:left="360"/>
              <w:jc w:val="center"/>
              <w:rPr>
                <w:rFonts w:ascii="Calibri" w:eastAsia="Calibri" w:hAnsi="Calibri" w:cs="Calibri"/>
                <w:b/>
                <w:bCs/>
              </w:rPr>
            </w:pPr>
            <w:r>
              <w:rPr>
                <w:rFonts w:ascii="Calibri" w:eastAsia="Calibri" w:hAnsi="Calibri" w:cs="Calibri"/>
                <w:b/>
                <w:bCs/>
              </w:rPr>
              <w:t xml:space="preserve">PL.N. 010 DE 2025 SENADO </w:t>
            </w:r>
          </w:p>
        </w:tc>
      </w:tr>
      <w:tr w:rsidR="00B27ECC" w:rsidRPr="00394C56" w14:paraId="714FE0AA"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D1BC41"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2FD6CB" w14:textId="77777777" w:rsidR="00B27ECC" w:rsidRPr="00394C56" w:rsidRDefault="00B27ECC" w:rsidP="007B3F21">
            <w:pPr>
              <w:spacing w:after="0" w:line="240" w:lineRule="auto"/>
              <w:jc w:val="center"/>
              <w:rPr>
                <w:rFonts w:ascii="Calibri" w:eastAsia="Calibri" w:hAnsi="Calibri" w:cs="Calibri"/>
                <w:lang w:val="es-CO" w:eastAsia="es-CO"/>
              </w:rPr>
            </w:pP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LA NACIÓN SE ASOCIA A LA CONMEMORACIÓN DE LOS 425 AÑOS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FUNDACIÓN DEL MUNICIPIO DE SOACHA EN EL DEPARTAMENTO DE CUNDINAMARCA, RINDE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HOMENAJE A SUS HABITANTES Y SE DICTAN OTRAS DISPOSICIONES – LEY VARÓN DEL SOL”.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1890/2025</w:t>
            </w:r>
          </w:p>
        </w:tc>
      </w:tr>
      <w:tr w:rsidR="00B27ECC" w:rsidRPr="00394C56" w14:paraId="0B427F0B"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06ADF6F"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F0A5A99"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H.R. LEIDER ALEXANDRA VÁSQUEZ OCHOA</w:t>
            </w:r>
          </w:p>
        </w:tc>
      </w:tr>
      <w:tr w:rsidR="00B27ECC" w:rsidRPr="00394C56" w14:paraId="18B579EB"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1108C36"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2DFA478"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JAEL QUIROGA CARRILLO.</w:t>
            </w:r>
          </w:p>
        </w:tc>
      </w:tr>
    </w:tbl>
    <w:p w14:paraId="301D9970" w14:textId="77777777" w:rsidR="00B27ECC" w:rsidRDefault="00B27EC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86E53" w14:paraId="1E30031A" w14:textId="77777777" w:rsidTr="007B3F21">
        <w:tc>
          <w:tcPr>
            <w:tcW w:w="3002" w:type="dxa"/>
            <w:tcBorders>
              <w:top w:val="single" w:sz="24" w:space="0" w:color="000000"/>
              <w:bottom w:val="single" w:sz="4" w:space="0" w:color="000000"/>
            </w:tcBorders>
            <w:vAlign w:val="center"/>
          </w:tcPr>
          <w:p w14:paraId="09F1A358" w14:textId="77777777" w:rsidR="00286E53" w:rsidRDefault="00286E53">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14272F" w14:textId="77777777" w:rsidR="00286E53" w:rsidRDefault="00286E53" w:rsidP="007B3F21">
            <w:pPr>
              <w:ind w:left="360"/>
              <w:jc w:val="center"/>
              <w:rPr>
                <w:rFonts w:ascii="Calibri" w:eastAsia="Calibri" w:hAnsi="Calibri" w:cs="Calibri"/>
                <w:b/>
                <w:bCs/>
              </w:rPr>
            </w:pPr>
            <w:r>
              <w:rPr>
                <w:rFonts w:ascii="Calibri" w:eastAsia="Calibri" w:hAnsi="Calibri" w:cs="Calibri"/>
                <w:b/>
                <w:bCs/>
              </w:rPr>
              <w:t xml:space="preserve">PL.N. 053 DE 2025 SENADO </w:t>
            </w:r>
          </w:p>
        </w:tc>
      </w:tr>
      <w:tr w:rsidR="00286E53" w:rsidRPr="00394C56" w14:paraId="5B70C87F"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3CBCC"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DE124C" w14:textId="77777777" w:rsidR="00286E53" w:rsidRPr="00394C56" w:rsidRDefault="00286E53" w:rsidP="007B3F21">
            <w:pPr>
              <w:spacing w:after="0" w:line="240" w:lineRule="auto"/>
              <w:ind w:left="15"/>
              <w:jc w:val="center"/>
              <w:rPr>
                <w:rFonts w:ascii="Calibri" w:eastAsia="Calibri" w:hAnsi="Calibri" w:cs="Calibri"/>
                <w:lang w:val="es-CO" w:eastAsia="es-CO"/>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EXALTA CULTURALMENTE EL SANTUARIO DE LA VIRGEN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PLAYA, UBICADO EN EL MUNICIPIO DE SAN PABLO, DEPARTAMENTO DE NARIÑO,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DICTAN OTRAS DISPOSICIONES”.</w:t>
            </w:r>
            <w:r w:rsidRPr="00394C56">
              <w:rPr>
                <w:rFonts w:ascii="Calibri" w:eastAsia="Calibri" w:hAnsi="Calibri" w:cs="Calibri"/>
                <w:lang w:val="es-CO" w:eastAsia="es-CO"/>
              </w:rPr>
              <w:t xml:space="preserve">  GACETA:  1619/25</w:t>
            </w:r>
          </w:p>
        </w:tc>
      </w:tr>
      <w:tr w:rsidR="00286E53" w:rsidRPr="00394C56" w14:paraId="31285BB0"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0C896A4"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47D7A2"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ROBERT DAZA GUEVARA, CARLOS ALBERTO BENAVIDES MORA, CATALINA PÉREZ </w:t>
            </w:r>
            <w:proofErr w:type="spellStart"/>
            <w:r w:rsidRPr="00394C56">
              <w:rPr>
                <w:rFonts w:ascii="Calibri" w:eastAsia="Calibri" w:hAnsi="Calibri" w:cs="Calibri"/>
                <w:lang w:val="es-CO" w:eastAsia="es-CO"/>
              </w:rPr>
              <w:t>PÉREZ</w:t>
            </w:r>
            <w:proofErr w:type="spellEnd"/>
            <w:r w:rsidRPr="00394C56">
              <w:rPr>
                <w:rFonts w:ascii="Calibri" w:eastAsia="Calibri" w:hAnsi="Calibri" w:cs="Calibri"/>
                <w:lang w:val="es-CO" w:eastAsia="es-CO"/>
              </w:rPr>
              <w:t>,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286E53" w:rsidRPr="00394C56" w14:paraId="16524893"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74522FE6"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00476E7"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ROBERT DAZA GUEVARA</w:t>
            </w:r>
          </w:p>
        </w:tc>
      </w:tr>
    </w:tbl>
    <w:p w14:paraId="6BF3FB03" w14:textId="77777777" w:rsidR="00286E53" w:rsidRDefault="00286E53">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27ECC" w14:paraId="765F3EF1" w14:textId="77777777" w:rsidTr="007B3F21">
        <w:tc>
          <w:tcPr>
            <w:tcW w:w="3002" w:type="dxa"/>
            <w:tcBorders>
              <w:top w:val="single" w:sz="24" w:space="0" w:color="000000"/>
              <w:bottom w:val="single" w:sz="4" w:space="0" w:color="000000"/>
            </w:tcBorders>
            <w:vAlign w:val="center"/>
          </w:tcPr>
          <w:p w14:paraId="226DB293" w14:textId="77777777" w:rsidR="00B27ECC" w:rsidRDefault="00B27ECC">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688911" w14:textId="77777777" w:rsidR="00B27ECC" w:rsidRDefault="00B27ECC" w:rsidP="007B3F21">
            <w:pPr>
              <w:ind w:left="360"/>
              <w:jc w:val="center"/>
              <w:rPr>
                <w:rFonts w:ascii="Calibri" w:eastAsia="Calibri" w:hAnsi="Calibri" w:cs="Calibri"/>
                <w:b/>
                <w:bCs/>
              </w:rPr>
            </w:pPr>
            <w:r>
              <w:rPr>
                <w:rFonts w:ascii="Calibri" w:eastAsia="Calibri" w:hAnsi="Calibri" w:cs="Calibri"/>
                <w:b/>
                <w:bCs/>
              </w:rPr>
              <w:t xml:space="preserve">PL.N. 054 DE 2025 SENADO </w:t>
            </w:r>
          </w:p>
        </w:tc>
      </w:tr>
      <w:tr w:rsidR="00B27ECC" w:rsidRPr="00394C56" w14:paraId="113B889E"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FEA7BA"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754DEE" w14:textId="77777777" w:rsidR="00B27ECC" w:rsidRPr="00394C56" w:rsidRDefault="00B27ECC" w:rsidP="007B3F21">
            <w:pPr>
              <w:spacing w:after="0" w:line="240" w:lineRule="auto"/>
              <w:ind w:left="-127"/>
              <w:jc w:val="center"/>
              <w:rPr>
                <w:rFonts w:ascii="Calibri" w:eastAsia="Calibri" w:hAnsi="Calibri" w:cs="Calibri"/>
                <w:lang w:val="es-CO" w:eastAsia="es-CO"/>
              </w:rPr>
            </w:pPr>
            <w:r w:rsidRPr="00FB0D9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CREA EL FONDO NACIONAL DE EDUCACIÓN PARA EL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B0D9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CAMPESINADO COLOMBIANO – FONEC,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B0D9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1855/2025</w:t>
            </w:r>
          </w:p>
        </w:tc>
      </w:tr>
      <w:tr w:rsidR="00B27ECC" w:rsidRPr="00394C56" w14:paraId="7AB524B8"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33F4D11E"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2073CD2"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ROBERT DAZA GUEVARA, CATALINA PÉREZ </w:t>
            </w:r>
            <w:proofErr w:type="spellStart"/>
            <w:r w:rsidRPr="00394C56">
              <w:rPr>
                <w:rFonts w:ascii="Calibri" w:eastAsia="Calibri" w:hAnsi="Calibri" w:cs="Calibri"/>
                <w:lang w:val="es-CO" w:eastAsia="es-CO"/>
              </w:rPr>
              <w:t>PÉREZ</w:t>
            </w:r>
            <w:proofErr w:type="spellEnd"/>
            <w:r w:rsidRPr="00394C56">
              <w:rPr>
                <w:rFonts w:ascii="Calibri" w:eastAsia="Calibri" w:hAnsi="Calibri" w:cs="Calibri"/>
                <w:lang w:val="es-CO" w:eastAsia="es-CO"/>
              </w:rPr>
              <w:t xml:space="preserve">, SANDRA </w:t>
            </w:r>
            <w:proofErr w:type="spellStart"/>
            <w:r w:rsidRPr="00394C56">
              <w:rPr>
                <w:rFonts w:ascii="Calibri" w:eastAsia="Calibri" w:hAnsi="Calibri" w:cs="Calibri"/>
                <w:lang w:val="es-CO" w:eastAsia="es-CO"/>
              </w:rPr>
              <w:t>RAMIREZ</w:t>
            </w:r>
            <w:proofErr w:type="spellEnd"/>
            <w:r w:rsidRPr="00394C56">
              <w:rPr>
                <w:rFonts w:ascii="Calibri" w:eastAsia="Calibri" w:hAnsi="Calibri" w:cs="Calibri"/>
                <w:lang w:val="es-CO" w:eastAsia="es-CO"/>
              </w:rPr>
              <w:t xml:space="preserve">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B27ECC" w:rsidRPr="00394C56" w14:paraId="3EB4EBD4"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24E9E48"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1AF84F"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ROBERT DAZA GUEVARA</w:t>
            </w:r>
          </w:p>
        </w:tc>
      </w:tr>
    </w:tbl>
    <w:p w14:paraId="52D55602" w14:textId="77777777" w:rsidR="00B27ECC" w:rsidRDefault="00B27EC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CD1C72" w14:paraId="08F18921" w14:textId="77777777" w:rsidTr="007B3F21">
        <w:tc>
          <w:tcPr>
            <w:tcW w:w="3002" w:type="dxa"/>
            <w:tcBorders>
              <w:top w:val="single" w:sz="24" w:space="0" w:color="000000"/>
              <w:bottom w:val="single" w:sz="4" w:space="0" w:color="000000"/>
            </w:tcBorders>
            <w:vAlign w:val="center"/>
          </w:tcPr>
          <w:p w14:paraId="0FA18A20" w14:textId="77777777" w:rsidR="00CD1C72" w:rsidRDefault="00CD1C72">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33CA778" w14:textId="77777777" w:rsidR="00CD1C72" w:rsidRDefault="00CD1C72" w:rsidP="007B3F21">
            <w:pPr>
              <w:ind w:left="360"/>
              <w:jc w:val="center"/>
              <w:rPr>
                <w:rFonts w:ascii="Calibri" w:eastAsia="Calibri" w:hAnsi="Calibri" w:cs="Calibri"/>
                <w:b/>
                <w:bCs/>
              </w:rPr>
            </w:pPr>
            <w:r>
              <w:rPr>
                <w:rFonts w:ascii="Calibri" w:eastAsia="Calibri" w:hAnsi="Calibri" w:cs="Calibri"/>
                <w:b/>
                <w:bCs/>
              </w:rPr>
              <w:t xml:space="preserve">PL.N. 055 DE 2025 SENADO, 065 de 2025 SENADO </w:t>
            </w:r>
            <w:proofErr w:type="spellStart"/>
            <w:r>
              <w:rPr>
                <w:rFonts w:ascii="Calibri" w:eastAsia="Calibri" w:hAnsi="Calibri" w:cs="Calibri"/>
                <w:b/>
                <w:bCs/>
              </w:rPr>
              <w:t>Acumulados</w:t>
            </w:r>
            <w:proofErr w:type="spellEnd"/>
          </w:p>
        </w:tc>
      </w:tr>
      <w:tr w:rsidR="00CD1C72" w:rsidRPr="00394C56" w14:paraId="3D4CCD4A"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2664FF"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FD5258" w14:textId="77777777" w:rsidR="00CD1C72" w:rsidRPr="00394C56" w:rsidRDefault="00CD1C72" w:rsidP="007B3F21">
            <w:pPr>
              <w:spacing w:after="0" w:line="240" w:lineRule="auto"/>
              <w:ind w:left="-127"/>
              <w:jc w:val="center"/>
              <w:rPr>
                <w:rFonts w:ascii="Calibri" w:eastAsia="Calibri" w:hAnsi="Calibri" w:cs="Calibri"/>
                <w:lang w:val="es-CO" w:eastAsia="es-CO"/>
              </w:rPr>
            </w:pP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MODIFICA LA LEY 1325 DE 2009 Y SE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REGLAMENTAN LAS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PROFESIONES DE INGENIERÍA EN AGROECOLOGÍA, INGENIERÍA AGROPECUARIA,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INGENIERÍA AGROFORESTAL Y AFINES,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2082/2025”</w:t>
            </w:r>
          </w:p>
        </w:tc>
      </w:tr>
      <w:tr w:rsidR="00CD1C72" w:rsidRPr="00394C56" w14:paraId="36D4D501"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466C691F"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809B0EA"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ROBERT DAZA GUEVARA, CATALINA PÉREZ </w:t>
            </w:r>
            <w:proofErr w:type="spellStart"/>
            <w:r w:rsidRPr="00394C56">
              <w:rPr>
                <w:rFonts w:ascii="Calibri" w:eastAsia="Calibri" w:hAnsi="Calibri" w:cs="Calibri"/>
                <w:lang w:val="es-CO" w:eastAsia="es-CO"/>
              </w:rPr>
              <w:t>PÉREZ</w:t>
            </w:r>
            <w:proofErr w:type="spellEnd"/>
            <w:r w:rsidRPr="00394C56">
              <w:rPr>
                <w:rFonts w:ascii="Calibri" w:eastAsia="Calibri" w:hAnsi="Calibri" w:cs="Calibri"/>
                <w:lang w:val="es-CO" w:eastAsia="es-CO"/>
              </w:rPr>
              <w:t xml:space="preserve">, CARLOS BENAVIDES MORA, JULIO CESAR ESTRADA CORDERO, WILSON ARIAS CASTILLO, MARIA JOSÉ PIZARRO, SANDRA JAIMES CRUZ, GLORIA FLÓREZ SCHNEIDER, NICOLAS ALBEIRO ECHEVERRY ALVARÁN. H.R. LEYLA RINCON TRUJILLO, EDUARD SARMIENTO HIDALGO, DAVID RACERO MAYORCA, CARMEN RAMIREZ BOSCAN, ANDRES CANCIMANCE LÓPEZ, ALIRIO URIBE MUÑÓZ, </w:t>
            </w:r>
          </w:p>
        </w:tc>
      </w:tr>
      <w:tr w:rsidR="00CD1C72" w:rsidRPr="00394C56" w14:paraId="3EE99A06"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DFC5298"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3F952C7"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ROBERT DAZA GUEVARA</w:t>
            </w:r>
          </w:p>
        </w:tc>
      </w:tr>
    </w:tbl>
    <w:p w14:paraId="5B8B7201" w14:textId="77777777" w:rsidR="00CD1C72" w:rsidRDefault="00CD1C72">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27ECC" w14:paraId="2356B98E" w14:textId="77777777" w:rsidTr="007B3F21">
        <w:tc>
          <w:tcPr>
            <w:tcW w:w="3002" w:type="dxa"/>
            <w:tcBorders>
              <w:top w:val="single" w:sz="24" w:space="0" w:color="000000"/>
              <w:bottom w:val="single" w:sz="4" w:space="0" w:color="000000"/>
            </w:tcBorders>
            <w:vAlign w:val="center"/>
          </w:tcPr>
          <w:p w14:paraId="3255573D" w14:textId="77777777" w:rsidR="00B27ECC" w:rsidRDefault="00B27ECC">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F008E10" w14:textId="77777777" w:rsidR="00B27ECC" w:rsidRDefault="00B27ECC" w:rsidP="007B3F21">
            <w:pPr>
              <w:ind w:left="360"/>
              <w:jc w:val="center"/>
              <w:rPr>
                <w:rFonts w:ascii="Calibri" w:eastAsia="Calibri" w:hAnsi="Calibri" w:cs="Calibri"/>
                <w:b/>
                <w:bCs/>
              </w:rPr>
            </w:pPr>
            <w:r>
              <w:rPr>
                <w:rFonts w:ascii="Calibri" w:eastAsia="Calibri" w:hAnsi="Calibri" w:cs="Calibri"/>
                <w:b/>
                <w:bCs/>
              </w:rPr>
              <w:t xml:space="preserve">PL.N. 056 DE 2025 SENADO </w:t>
            </w:r>
          </w:p>
        </w:tc>
      </w:tr>
      <w:tr w:rsidR="00B27ECC" w:rsidRPr="00394C56" w14:paraId="75A563D2"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1949D6"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327AFF" w14:textId="77777777" w:rsidR="00B27ECC" w:rsidRPr="00394C56" w:rsidRDefault="00B27ECC" w:rsidP="007B3F21">
            <w:pPr>
              <w:spacing w:after="0" w:line="240" w:lineRule="auto"/>
              <w:jc w:val="center"/>
              <w:rPr>
                <w:rFonts w:ascii="Calibri" w:eastAsia="Calibri" w:hAnsi="Calibri" w:cs="Calibri"/>
                <w:lang w:val="es-CO" w:eastAsia="es-CO"/>
              </w:rPr>
            </w:pP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PROMUEVE Y RECONOCE EL PENSAMIENTO CRÍTICO, SOCIAL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Y LA PRÁCTICA HUMANISTA, COMO BASE FUNDAMENTAL PARA LA EDUCACIÓN PARA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PAZ CON JUSTICIA SOCIAL EN COLOMBIA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1855/2025</w:t>
            </w:r>
          </w:p>
        </w:tc>
      </w:tr>
      <w:tr w:rsidR="00B27ECC" w:rsidRPr="00394C56" w14:paraId="75431BA1"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4F371AA"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A5C62B1"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ROBERT DAZA GUEVARA, CATALINA PÉREZ </w:t>
            </w:r>
            <w:proofErr w:type="spellStart"/>
            <w:r w:rsidRPr="00394C56">
              <w:rPr>
                <w:rFonts w:ascii="Calibri" w:eastAsia="Calibri" w:hAnsi="Calibri" w:cs="Calibri"/>
                <w:lang w:val="es-CO" w:eastAsia="es-CO"/>
              </w:rPr>
              <w:t>PÉREZ</w:t>
            </w:r>
            <w:proofErr w:type="spellEnd"/>
            <w:r w:rsidRPr="00394C56">
              <w:rPr>
                <w:rFonts w:ascii="Calibri" w:eastAsia="Calibri" w:hAnsi="Calibri" w:cs="Calibri"/>
                <w:lang w:val="es-CO" w:eastAsia="es-CO"/>
              </w:rPr>
              <w:t>, CARLOS BENAVIDES MORA, SANDRA JAIMES CRUZ, GLORIA FLÓREZ SCHNEIDER, H.R. CARMEN RAMIREZ BOSCAN, EDUARD SARMIENTO HIDALGO, ANDRES CANCIMANCE LÓPEZ, DORINA HERNÁNDEZ PALOMINO, LEYLA RINCON TRUJILLO.</w:t>
            </w:r>
          </w:p>
        </w:tc>
      </w:tr>
      <w:tr w:rsidR="00B27ECC" w:rsidRPr="00394C56" w14:paraId="11D728D0"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A87EEF1"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BE66C57"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ROBERT DAZA GUEVARA</w:t>
            </w:r>
          </w:p>
        </w:tc>
      </w:tr>
    </w:tbl>
    <w:p w14:paraId="6D0D4D24" w14:textId="77777777" w:rsidR="00B27ECC" w:rsidRDefault="00B27ECC">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45A6B" w14:paraId="470D27F7" w14:textId="77777777" w:rsidTr="007B3F21">
        <w:tc>
          <w:tcPr>
            <w:tcW w:w="3002" w:type="dxa"/>
            <w:tcBorders>
              <w:top w:val="single" w:sz="24" w:space="0" w:color="000000"/>
              <w:bottom w:val="single" w:sz="4" w:space="0" w:color="000000"/>
            </w:tcBorders>
            <w:vAlign w:val="center"/>
          </w:tcPr>
          <w:p w14:paraId="2EE6103B" w14:textId="77777777" w:rsidR="00645A6B" w:rsidRPr="00216FB6" w:rsidRDefault="00645A6B">
            <w:pPr>
              <w:pStyle w:val="Prrafodelista"/>
              <w:numPr>
                <w:ilvl w:val="0"/>
                <w:numId w:val="7"/>
              </w:numPr>
              <w:pBdr>
                <w:top w:val="nil"/>
                <w:left w:val="nil"/>
                <w:bottom w:val="nil"/>
                <w:right w:val="nil"/>
                <w:between w:val="nil"/>
              </w:pBdr>
              <w:rPr>
                <w:rFonts w:ascii="Calibri" w:eastAsia="Calibri" w:hAnsi="Calibri" w:cs="Calibri"/>
                <w:b/>
                <w:bCs/>
                <w:color w:val="000000"/>
              </w:rPr>
            </w:pPr>
            <w:r w:rsidRPr="00216FB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B0983AC" w14:textId="77777777" w:rsidR="00645A6B" w:rsidRDefault="00645A6B" w:rsidP="007B3F21">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063 DE 2025 SENADO </w:t>
            </w:r>
          </w:p>
        </w:tc>
      </w:tr>
      <w:tr w:rsidR="00645A6B" w:rsidRPr="000716A3" w14:paraId="65F4EEA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C2F756" w14:textId="77777777" w:rsidR="00645A6B" w:rsidRPr="000716A3" w:rsidRDefault="00645A6B" w:rsidP="007B3F2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977874" w14:textId="77777777" w:rsidR="00645A6B" w:rsidRPr="000716A3" w:rsidRDefault="00645A6B" w:rsidP="007B3F21">
            <w:pPr>
              <w:spacing w:after="0" w:line="240" w:lineRule="auto"/>
              <w:jc w:val="center"/>
              <w:rPr>
                <w:rFonts w:ascii="Calibri" w:eastAsia="Calibri" w:hAnsi="Calibri" w:cs="Calibri"/>
                <w:lang w:val="es-CO" w:eastAsia="es-CO"/>
              </w:rPr>
            </w:pP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LA CUAL SE PROMUEVE LA CULTURA DE ADOPCIÓN Y PROTECCIÓN PARA PARQUES SANOS Y SEGUROS EN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BENEFICIO DE LA INFANCIA Y LA JUVENTUD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0716A3">
              <w:rPr>
                <w:rFonts w:ascii="Calibri" w:eastAsia="Calibri" w:hAnsi="Calibri" w:cs="Calibri"/>
                <w:lang w:val="es-CO" w:eastAsia="es-CO"/>
              </w:rPr>
              <w:t xml:space="preserve">GACETA: </w:t>
            </w:r>
            <w:r w:rsidRPr="00216FB6">
              <w:rPr>
                <w:rFonts w:ascii="Calibri" w:eastAsia="Calibri" w:hAnsi="Calibri" w:cs="Calibri"/>
                <w:lang w:val="es-CO" w:eastAsia="es-CO"/>
              </w:rPr>
              <w:t>510</w:t>
            </w:r>
            <w:r w:rsidRPr="000716A3">
              <w:rPr>
                <w:rFonts w:ascii="Calibri" w:eastAsia="Calibri" w:hAnsi="Calibri" w:cs="Calibri"/>
                <w:lang w:val="es-CO" w:eastAsia="es-CO"/>
              </w:rPr>
              <w:t>/26</w:t>
            </w:r>
          </w:p>
        </w:tc>
      </w:tr>
      <w:tr w:rsidR="00645A6B" w:rsidRPr="000716A3" w14:paraId="19D86995"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07467E5" w14:textId="77777777" w:rsidR="00645A6B" w:rsidRPr="000716A3" w:rsidRDefault="00645A6B" w:rsidP="007B3F2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C26CE6" w14:textId="77777777" w:rsidR="00645A6B" w:rsidRPr="000716A3" w:rsidRDefault="00645A6B" w:rsidP="007B3F21">
            <w:pPr>
              <w:spacing w:after="0" w:line="240" w:lineRule="auto"/>
              <w:jc w:val="center"/>
              <w:rPr>
                <w:rFonts w:ascii="Calibri" w:eastAsia="Calibri" w:hAnsi="Calibri" w:cs="Calibri"/>
                <w:lang w:val="es-CO" w:eastAsia="es-CO"/>
              </w:rPr>
            </w:pPr>
            <w:r w:rsidRPr="009F7C1B">
              <w:rPr>
                <w:rFonts w:ascii="Calibri" w:eastAsia="Calibri" w:hAnsi="Calibri" w:cs="Calibri"/>
                <w:sz w:val="20"/>
                <w:szCs w:val="20"/>
                <w:lang w:val="es-CO" w:eastAsia="es-CO"/>
              </w:rPr>
              <w:t xml:space="preserve">H.S. </w:t>
            </w:r>
            <w:r w:rsidRPr="000A7C66">
              <w:rPr>
                <w:rFonts w:ascii="Calibri" w:eastAsia="Calibri" w:hAnsi="Calibri" w:cs="Calibri"/>
                <w:sz w:val="20"/>
                <w:szCs w:val="20"/>
                <w:lang w:eastAsia="es-CO"/>
              </w:rPr>
              <w:t>ANA PAOLA AGUDELO GARCÍA, MANUEL VIRGUEZ PIRAQUIVE, CARLOS EDUARDO GUEVARA VILLABÓN, H.R. IRMA LUZ HERRERA RODRÍGUEZ</w:t>
            </w:r>
          </w:p>
        </w:tc>
      </w:tr>
      <w:tr w:rsidR="00645A6B" w:rsidRPr="000716A3" w14:paraId="42D8A3DE"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E5736AF" w14:textId="77777777" w:rsidR="00645A6B" w:rsidRPr="000716A3" w:rsidRDefault="00645A6B" w:rsidP="007B3F21">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2D9A697" w14:textId="77777777" w:rsidR="00645A6B" w:rsidRPr="000716A3" w:rsidRDefault="00645A6B" w:rsidP="007B3F21">
            <w:pPr>
              <w:spacing w:after="0" w:line="240" w:lineRule="auto"/>
              <w:jc w:val="center"/>
              <w:rPr>
                <w:rFonts w:ascii="Calibri" w:eastAsia="Calibri" w:hAnsi="Calibri" w:cs="Calibri"/>
                <w:lang w:val="es-CO" w:eastAsia="es-CO"/>
              </w:rPr>
            </w:pPr>
            <w:r w:rsidRPr="000A7C66">
              <w:rPr>
                <w:rFonts w:ascii="Calibri" w:eastAsia="Calibri" w:hAnsi="Calibri" w:cs="Calibri"/>
                <w:lang w:eastAsia="es-CO"/>
              </w:rPr>
              <w:t>ANA PAOLA AGUDELO GARCIA</w:t>
            </w:r>
          </w:p>
        </w:tc>
      </w:tr>
    </w:tbl>
    <w:p w14:paraId="1AD31555" w14:textId="77777777" w:rsidR="00645A6B" w:rsidRDefault="00645A6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45A6B" w:rsidRPr="0030287B" w14:paraId="538EA6D0" w14:textId="77777777" w:rsidTr="007B3F21">
        <w:tc>
          <w:tcPr>
            <w:tcW w:w="3002" w:type="dxa"/>
            <w:tcBorders>
              <w:top w:val="single" w:sz="24" w:space="0" w:color="000000"/>
              <w:bottom w:val="single" w:sz="4" w:space="0" w:color="000000"/>
            </w:tcBorders>
            <w:vAlign w:val="center"/>
          </w:tcPr>
          <w:p w14:paraId="0501A600" w14:textId="6735BF59" w:rsidR="00645A6B" w:rsidRPr="00645A6B" w:rsidRDefault="00645A6B">
            <w:pPr>
              <w:pStyle w:val="Prrafodelista"/>
              <w:numPr>
                <w:ilvl w:val="0"/>
                <w:numId w:val="7"/>
              </w:numPr>
              <w:pBdr>
                <w:top w:val="nil"/>
                <w:left w:val="nil"/>
                <w:bottom w:val="nil"/>
                <w:right w:val="nil"/>
                <w:between w:val="nil"/>
              </w:pBdr>
              <w:rPr>
                <w:rFonts w:ascii="Calibri" w:eastAsia="Calibri" w:hAnsi="Calibri" w:cs="Calibri"/>
                <w:b/>
                <w:bCs/>
                <w:color w:val="000000"/>
              </w:rPr>
            </w:pPr>
            <w:r w:rsidRPr="00645A6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2B4A1183" w14:textId="77777777" w:rsidR="00645A6B" w:rsidRPr="0030287B" w:rsidRDefault="00645A6B"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072 DE 2025 SENADO </w:t>
            </w:r>
          </w:p>
        </w:tc>
      </w:tr>
      <w:tr w:rsidR="00645A6B" w:rsidRPr="0030287B" w14:paraId="2C2DA7E4"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A25A69"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732C09" w14:textId="77777777" w:rsidR="00645A6B" w:rsidRPr="00645A6B" w:rsidRDefault="00645A6B" w:rsidP="007B3F21">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ESTABLECE EL PROGRAMA NACIONAL DE</w:t>
            </w:r>
          </w:p>
          <w:p w14:paraId="626D3075" w14:textId="77777777" w:rsidR="00645A6B" w:rsidRDefault="00645A6B" w:rsidP="007B3F21">
            <w:pPr>
              <w:spacing w:after="0" w:line="240" w:lineRule="auto"/>
              <w:jc w:val="center"/>
              <w:rPr>
                <w:rFonts w:ascii="Calibri" w:eastAsia="Calibri" w:hAnsi="Calibri" w:cs="Calibri"/>
                <w:lang w:val="es-CO" w:eastAsia="es-CO"/>
              </w:rPr>
            </w:pP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TAMIZAJE ONCOLÓGICO Y SE DICTAN OTRAS DISPOSICIONES”.</w:t>
            </w:r>
            <w:r w:rsidRPr="0030287B">
              <w:rPr>
                <w:rFonts w:ascii="Calibri" w:eastAsia="Calibri" w:hAnsi="Calibri" w:cs="Calibri"/>
                <w:lang w:val="es-CO" w:eastAsia="es-CO"/>
              </w:rPr>
              <w:t xml:space="preserve"> </w:t>
            </w:r>
          </w:p>
          <w:p w14:paraId="11E8D485"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GACETA: 541/26</w:t>
            </w:r>
          </w:p>
        </w:tc>
      </w:tr>
      <w:tr w:rsidR="00645A6B" w:rsidRPr="0030287B" w14:paraId="6341D651"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E8EAACB"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23B2D32"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eastAsia="es-CO"/>
              </w:rPr>
              <w:t>H.S. PEDRO HERNANDO FLÓREZ PORRAS, FABIÁN DIAZ PLATA, FERNEY SILVA IDROBO, OMAR RESTREPO CORREA, MARTHA PERALTA EPIEYÚ, NADIA BLEL SCAFF</w:t>
            </w:r>
          </w:p>
        </w:tc>
      </w:tr>
      <w:tr w:rsidR="00645A6B" w:rsidRPr="000716A3" w14:paraId="614BE77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FC7C4B4"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D22114" w14:textId="77777777" w:rsidR="00645A6B" w:rsidRPr="000716A3"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 xml:space="preserve">H.S. </w:t>
            </w:r>
            <w:r w:rsidRPr="0030287B">
              <w:rPr>
                <w:rFonts w:ascii="Calibri" w:eastAsia="Calibri" w:hAnsi="Calibri" w:cs="Calibri"/>
                <w:lang w:eastAsia="es-CO"/>
              </w:rPr>
              <w:t>FERNEY SILVA IDROBO, NADIA BLEL SCAFF</w:t>
            </w:r>
          </w:p>
        </w:tc>
      </w:tr>
    </w:tbl>
    <w:p w14:paraId="144F6C47" w14:textId="77777777" w:rsidR="00645A6B" w:rsidRDefault="00645A6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45A6B" w:rsidRPr="0030287B" w14:paraId="747A7921" w14:textId="77777777" w:rsidTr="007B3F21">
        <w:tc>
          <w:tcPr>
            <w:tcW w:w="3002" w:type="dxa"/>
            <w:tcBorders>
              <w:top w:val="single" w:sz="24" w:space="0" w:color="000000"/>
              <w:bottom w:val="single" w:sz="4" w:space="0" w:color="000000"/>
            </w:tcBorders>
            <w:vAlign w:val="center"/>
          </w:tcPr>
          <w:p w14:paraId="096D012D" w14:textId="66FEC443" w:rsidR="00645A6B" w:rsidRPr="00645A6B" w:rsidRDefault="00645A6B">
            <w:pPr>
              <w:pStyle w:val="Prrafodelista"/>
              <w:numPr>
                <w:ilvl w:val="0"/>
                <w:numId w:val="7"/>
              </w:numPr>
              <w:pBdr>
                <w:top w:val="nil"/>
                <w:left w:val="nil"/>
                <w:bottom w:val="nil"/>
                <w:right w:val="nil"/>
                <w:between w:val="nil"/>
              </w:pBdr>
              <w:rPr>
                <w:rFonts w:ascii="Calibri" w:eastAsia="Calibri" w:hAnsi="Calibri" w:cs="Calibri"/>
                <w:b/>
                <w:bCs/>
                <w:color w:val="000000"/>
              </w:rPr>
            </w:pPr>
            <w:r w:rsidRPr="00645A6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35D2D678" w14:textId="77777777" w:rsidR="00645A6B" w:rsidRPr="0030287B" w:rsidRDefault="00645A6B"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 xml:space="preserve">086 </w:t>
            </w:r>
            <w:r w:rsidRPr="0030287B">
              <w:rPr>
                <w:rFonts w:ascii="Calibri" w:eastAsia="Calibri" w:hAnsi="Calibri" w:cs="Calibri"/>
                <w:b/>
                <w:bCs/>
                <w:sz w:val="24"/>
                <w:szCs w:val="24"/>
              </w:rPr>
              <w:t xml:space="preserve">DE 2025 SENADO </w:t>
            </w:r>
          </w:p>
        </w:tc>
      </w:tr>
      <w:tr w:rsidR="00645A6B" w:rsidRPr="0030287B" w14:paraId="129EBD79"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85E864"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31127B" w14:textId="77777777" w:rsidR="00645A6B" w:rsidRPr="0030287B" w:rsidRDefault="00645A6B" w:rsidP="007B3F21">
            <w:pPr>
              <w:spacing w:after="0" w:line="240" w:lineRule="auto"/>
              <w:jc w:val="center"/>
              <w:rPr>
                <w:rFonts w:ascii="Calibri" w:eastAsia="Calibri" w:hAnsi="Calibri" w:cs="Calibri"/>
                <w:lang w:val="es-CO" w:eastAsia="es-CO"/>
              </w:rPr>
            </w:pP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 LA CUAL SE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PROHÍBE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DESTRUCCIÓN DE MAQUINARIA PESADA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AMARILLA O INDUSTRIAL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DECOMISADA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SU UTILIZACIÓN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EN ACTIVIDADES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CONSIDERADA </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ILÍCITAS Y SE DICTAN MEDIDAS PARA SU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DESTINACIÓN EN PROYECTOS DE DESARROLLO SOCIAL, RURAL Y COMUNITARIO</w:t>
            </w:r>
            <w:r w:rsidRPr="00645A6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30287B">
              <w:rPr>
                <w:rFonts w:ascii="Calibri" w:eastAsia="Calibri" w:hAnsi="Calibri" w:cs="Calibri"/>
                <w:lang w:val="es-CO" w:eastAsia="es-CO"/>
              </w:rPr>
              <w:t xml:space="preserve"> </w:t>
            </w:r>
            <w:r>
              <w:rPr>
                <w:rFonts w:ascii="Calibri" w:eastAsia="Calibri" w:hAnsi="Calibri" w:cs="Calibri"/>
                <w:lang w:val="es-CO" w:eastAsia="es-CO"/>
              </w:rPr>
              <w:t xml:space="preserve"> </w:t>
            </w:r>
            <w:r w:rsidRPr="0030287B">
              <w:rPr>
                <w:rFonts w:ascii="Calibri" w:eastAsia="Calibri" w:hAnsi="Calibri" w:cs="Calibri"/>
                <w:lang w:val="es-CO" w:eastAsia="es-CO"/>
              </w:rPr>
              <w:t>GACETA: 5</w:t>
            </w:r>
            <w:r>
              <w:rPr>
                <w:rFonts w:ascii="Calibri" w:eastAsia="Calibri" w:hAnsi="Calibri" w:cs="Calibri"/>
                <w:lang w:val="es-CO" w:eastAsia="es-CO"/>
              </w:rPr>
              <w:t>81</w:t>
            </w:r>
            <w:r w:rsidRPr="0030287B">
              <w:rPr>
                <w:rFonts w:ascii="Calibri" w:eastAsia="Calibri" w:hAnsi="Calibri" w:cs="Calibri"/>
                <w:lang w:val="es-CO" w:eastAsia="es-CO"/>
              </w:rPr>
              <w:t>/26</w:t>
            </w:r>
          </w:p>
        </w:tc>
      </w:tr>
      <w:tr w:rsidR="00645A6B" w:rsidRPr="0030287B" w14:paraId="756DFF3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ED774B1"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A48ACF" w14:textId="77777777" w:rsidR="00645A6B" w:rsidRPr="0030287B" w:rsidRDefault="00645A6B"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H.S. JOSÉ VICENTE CARREÑO CASTRO, CARLOS JULIO GONZÁLEZ VILLA, KARINA ESPINOSA OLIVER.</w:t>
            </w:r>
          </w:p>
        </w:tc>
      </w:tr>
      <w:tr w:rsidR="00645A6B" w:rsidRPr="000716A3" w14:paraId="1546D0CA"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7E5B169" w14:textId="77777777" w:rsidR="00645A6B" w:rsidRPr="0030287B" w:rsidRDefault="00645A6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D3D27F" w14:textId="77777777" w:rsidR="00645A6B" w:rsidRDefault="00645A6B" w:rsidP="007B3F21">
            <w:pPr>
              <w:spacing w:after="0" w:line="240" w:lineRule="auto"/>
              <w:jc w:val="center"/>
              <w:rPr>
                <w:rFonts w:ascii="Calibri" w:eastAsia="Calibri" w:hAnsi="Calibri" w:cs="Calibri"/>
                <w:lang w:eastAsia="es-CO"/>
              </w:rPr>
            </w:pPr>
            <w:r w:rsidRPr="00CF6039">
              <w:rPr>
                <w:rFonts w:ascii="Calibri" w:eastAsia="Calibri" w:hAnsi="Calibri" w:cs="Calibri"/>
                <w:lang w:eastAsia="es-CO"/>
              </w:rPr>
              <w:t xml:space="preserve">COORDINADOR: H.S. YENNY ROZO ZAMBRANO </w:t>
            </w:r>
          </w:p>
          <w:p w14:paraId="163F4BAC" w14:textId="77777777" w:rsidR="00645A6B" w:rsidRPr="000716A3" w:rsidRDefault="00645A6B"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PONENTE: H.S. EDGAR JESÚS DÍAZ CONTRERAS.</w:t>
            </w:r>
          </w:p>
        </w:tc>
      </w:tr>
    </w:tbl>
    <w:p w14:paraId="2917CCBF" w14:textId="77777777" w:rsidR="00F83B7B" w:rsidRDefault="00F83B7B" w:rsidP="00F83B7B">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32214E" w14:paraId="4F91F31A" w14:textId="77777777" w:rsidTr="007B3F21">
        <w:tc>
          <w:tcPr>
            <w:tcW w:w="3002" w:type="dxa"/>
            <w:tcBorders>
              <w:top w:val="single" w:sz="24" w:space="0" w:color="000000"/>
              <w:bottom w:val="single" w:sz="4" w:space="0" w:color="000000"/>
            </w:tcBorders>
            <w:vAlign w:val="center"/>
          </w:tcPr>
          <w:p w14:paraId="4B338DB9" w14:textId="312072C9" w:rsidR="0032214E" w:rsidRPr="0032214E" w:rsidRDefault="0032214E">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32214E">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D0E29A" w14:textId="77777777" w:rsidR="0032214E" w:rsidRDefault="0032214E" w:rsidP="007B3F21">
            <w:pPr>
              <w:ind w:left="360"/>
              <w:jc w:val="center"/>
              <w:rPr>
                <w:rFonts w:ascii="Calibri" w:eastAsia="Calibri" w:hAnsi="Calibri" w:cs="Calibri"/>
                <w:b/>
                <w:bCs/>
              </w:rPr>
            </w:pPr>
            <w:r>
              <w:rPr>
                <w:rFonts w:ascii="Calibri" w:eastAsia="Calibri" w:hAnsi="Calibri" w:cs="Calibri"/>
                <w:b/>
                <w:bCs/>
              </w:rPr>
              <w:t xml:space="preserve">PL.N. 121 DE 2025 SENADO </w:t>
            </w:r>
          </w:p>
        </w:tc>
      </w:tr>
      <w:tr w:rsidR="0032214E" w:rsidRPr="00394C56" w14:paraId="4280F290"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281F63"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48E4DD" w14:textId="77777777" w:rsidR="0032214E" w:rsidRPr="00394C56" w:rsidRDefault="0032214E" w:rsidP="007B3F21">
            <w:pPr>
              <w:spacing w:after="0" w:line="240" w:lineRule="auto"/>
              <w:ind w:left="-127"/>
              <w:jc w:val="center"/>
              <w:rPr>
                <w:rFonts w:ascii="Calibri" w:eastAsia="Calibri" w:hAnsi="Calibri" w:cs="Calibri"/>
                <w:lang w:val="es-CO" w:eastAsia="es-CO"/>
              </w:rPr>
            </w:pP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DECLARA Y EXALTA COMO PATRIMONIO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CULTURAL INMATERIAL DE LA NACIÓN EL FESTIVAL DE MÚSICA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CAMPESINA DE FLORIDABLANCA, SANTANDER Y TODAS SUS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MANIFESTACIONES CULTURALES, EN RECONOCIMIENTO DEL ESTADO 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SUS PROTAGONISTAS Y PORTADORES”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1752/25</w:t>
            </w:r>
          </w:p>
        </w:tc>
      </w:tr>
      <w:tr w:rsidR="0032214E" w:rsidRPr="00394C56" w14:paraId="1C76F03F"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7E656F3"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A2A3EA"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H.R. ÁLVARO LEONEL RUEDA CABALLERO.</w:t>
            </w:r>
          </w:p>
        </w:tc>
      </w:tr>
      <w:tr w:rsidR="0032214E" w:rsidRPr="00394C56" w14:paraId="0176069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9EB691F"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72C81A1"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SANDRA YANETH JAIMES CRUZ</w:t>
            </w:r>
          </w:p>
        </w:tc>
      </w:tr>
    </w:tbl>
    <w:p w14:paraId="16AB4F49" w14:textId="77777777" w:rsidR="0032214E" w:rsidRDefault="0032214E" w:rsidP="00F83B7B">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86E53" w14:paraId="2D2CF56C" w14:textId="77777777" w:rsidTr="007B3F21">
        <w:tc>
          <w:tcPr>
            <w:tcW w:w="3002" w:type="dxa"/>
            <w:tcBorders>
              <w:top w:val="single" w:sz="24" w:space="0" w:color="000000"/>
              <w:bottom w:val="single" w:sz="4" w:space="0" w:color="000000"/>
            </w:tcBorders>
            <w:vAlign w:val="center"/>
          </w:tcPr>
          <w:p w14:paraId="70632C18" w14:textId="57660324" w:rsidR="00286E53" w:rsidRPr="00286E53" w:rsidRDefault="00286E53">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286E53">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79F8137" w14:textId="77777777" w:rsidR="00286E53" w:rsidRDefault="00286E53" w:rsidP="007B3F21">
            <w:pPr>
              <w:ind w:left="360"/>
              <w:jc w:val="center"/>
              <w:rPr>
                <w:rFonts w:ascii="Calibri" w:eastAsia="Calibri" w:hAnsi="Calibri" w:cs="Calibri"/>
                <w:b/>
                <w:bCs/>
              </w:rPr>
            </w:pPr>
            <w:r>
              <w:rPr>
                <w:rFonts w:ascii="Calibri" w:eastAsia="Calibri" w:hAnsi="Calibri" w:cs="Calibri"/>
                <w:b/>
                <w:bCs/>
              </w:rPr>
              <w:t xml:space="preserve">PL.N. 139 DE 2025 SENADO </w:t>
            </w:r>
          </w:p>
        </w:tc>
      </w:tr>
      <w:tr w:rsidR="00286E53" w:rsidRPr="00394C56" w14:paraId="12CA9554"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CFECED"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C11EE2" w14:textId="77777777" w:rsidR="00286E53" w:rsidRPr="00394C56" w:rsidRDefault="00286E53" w:rsidP="007B3F21">
            <w:pPr>
              <w:spacing w:after="0" w:line="240" w:lineRule="auto"/>
              <w:jc w:val="center"/>
              <w:rPr>
                <w:rFonts w:ascii="Calibri" w:eastAsia="Calibri" w:hAnsi="Calibri" w:cs="Calibri"/>
                <w:lang w:val="es-CO" w:eastAsia="es-CO"/>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LA NACIÓN Y EL CONGRESO DE COLOMBIA SE ASOCIAN A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CONMEMORACIÓN DE LOS 30 AÑOS DE LA REACTIVACIÓN DE LA AVIACIÓN DEL EJÉRCITO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NACIONAL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1617/25</w:t>
            </w:r>
          </w:p>
        </w:tc>
      </w:tr>
      <w:tr w:rsidR="00286E53" w:rsidRPr="00394C56" w14:paraId="7DE191F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0CF6719"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B2EAAC"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JOSÉ LUIS PÉREZ OYUELA</w:t>
            </w:r>
          </w:p>
        </w:tc>
      </w:tr>
      <w:tr w:rsidR="00286E53" w:rsidRPr="00394C56" w14:paraId="110CE12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1AA8385"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5845711"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JOSÉ LUIS PÉREZ OYUELA</w:t>
            </w:r>
          </w:p>
        </w:tc>
      </w:tr>
    </w:tbl>
    <w:p w14:paraId="3B66C367" w14:textId="77777777" w:rsidR="00286E53" w:rsidRDefault="00286E53" w:rsidP="00F83B7B">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CD1C72" w14:paraId="5B7CB27C" w14:textId="77777777" w:rsidTr="007B3F21">
        <w:tc>
          <w:tcPr>
            <w:tcW w:w="3002" w:type="dxa"/>
            <w:tcBorders>
              <w:top w:val="single" w:sz="24" w:space="0" w:color="000000"/>
              <w:bottom w:val="single" w:sz="4" w:space="0" w:color="000000"/>
            </w:tcBorders>
            <w:vAlign w:val="center"/>
          </w:tcPr>
          <w:p w14:paraId="2E9949A9" w14:textId="77777777" w:rsidR="00CD1C72" w:rsidRDefault="00CD1C72">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25" w:name="_Hlk23250688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9ABB648" w14:textId="77777777" w:rsidR="00CD1C72" w:rsidRDefault="00CD1C72" w:rsidP="007B3F21">
            <w:pPr>
              <w:ind w:left="360"/>
              <w:jc w:val="center"/>
              <w:rPr>
                <w:rFonts w:ascii="Calibri" w:eastAsia="Calibri" w:hAnsi="Calibri" w:cs="Calibri"/>
                <w:b/>
                <w:bCs/>
              </w:rPr>
            </w:pPr>
            <w:r>
              <w:rPr>
                <w:rFonts w:ascii="Calibri" w:eastAsia="Calibri" w:hAnsi="Calibri" w:cs="Calibri"/>
                <w:b/>
                <w:bCs/>
              </w:rPr>
              <w:t>PL.N. 167 DE 2025 SENADO – 101 DE 2025 SENADO (ACUMULADOS)</w:t>
            </w:r>
          </w:p>
        </w:tc>
      </w:tr>
      <w:tr w:rsidR="00CD1C72" w:rsidRPr="00394C56" w14:paraId="45A4639C"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D82014"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5381B8" w14:textId="77777777" w:rsidR="00CD1C72" w:rsidRPr="00394C56" w:rsidRDefault="00CD1C72" w:rsidP="007B3F21">
            <w:pPr>
              <w:spacing w:after="0" w:line="240" w:lineRule="auto"/>
              <w:ind w:left="-269"/>
              <w:jc w:val="center"/>
              <w:rPr>
                <w:rFonts w:ascii="Calibri" w:eastAsia="Calibri" w:hAnsi="Calibri" w:cs="Calibri"/>
                <w:lang w:val="es-CO" w:eastAsia="es-CO"/>
              </w:rPr>
            </w:pP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DECLARA LA MÚSICA CARRANGUERA COMO PATRIMONIO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CULTURAL INMATERIAL DE LA NACIÓN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2017/2025</w:t>
            </w:r>
          </w:p>
        </w:tc>
      </w:tr>
      <w:tr w:rsidR="00CD1C72" w:rsidRPr="00394C56" w14:paraId="7054CA2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4E8E2380"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DF4B872"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SOLEDAD TAMAYO </w:t>
            </w:r>
            <w:proofErr w:type="spellStart"/>
            <w:r w:rsidRPr="00394C56">
              <w:rPr>
                <w:rFonts w:ascii="Calibri" w:eastAsia="Calibri" w:hAnsi="Calibri" w:cs="Calibri"/>
                <w:lang w:val="es-CO" w:eastAsia="es-CO"/>
              </w:rPr>
              <w:t>TAMAYO</w:t>
            </w:r>
            <w:proofErr w:type="spellEnd"/>
            <w:r w:rsidRPr="00394C56">
              <w:rPr>
                <w:rFonts w:ascii="Calibri" w:eastAsia="Calibri" w:hAnsi="Calibri" w:cs="Calibri"/>
                <w:lang w:val="es-CO" w:eastAsia="es-CO"/>
              </w:rPr>
              <w:t>, FABIÁN DÍAZ PLATA</w:t>
            </w:r>
          </w:p>
        </w:tc>
      </w:tr>
      <w:tr w:rsidR="00CD1C72" w:rsidRPr="00394C56" w14:paraId="0AB5FFBA"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7FDCF53D"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AB91DB8"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SOLEDAD TAMAYO </w:t>
            </w:r>
            <w:proofErr w:type="spellStart"/>
            <w:r w:rsidRPr="00394C56">
              <w:rPr>
                <w:rFonts w:ascii="Calibri" w:eastAsia="Calibri" w:hAnsi="Calibri" w:cs="Calibri"/>
                <w:lang w:val="es-CO" w:eastAsia="es-CO"/>
              </w:rPr>
              <w:t>TAMAYO</w:t>
            </w:r>
            <w:proofErr w:type="spellEnd"/>
          </w:p>
        </w:tc>
      </w:tr>
      <w:bookmarkEnd w:id="25"/>
    </w:tbl>
    <w:p w14:paraId="3335B624" w14:textId="77777777" w:rsidR="00CD1C72" w:rsidRDefault="00CD1C72" w:rsidP="00F83B7B">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27ECC" w14:paraId="7BAEA773" w14:textId="77777777" w:rsidTr="007B3F21">
        <w:tc>
          <w:tcPr>
            <w:tcW w:w="3002" w:type="dxa"/>
            <w:tcBorders>
              <w:top w:val="single" w:sz="24" w:space="0" w:color="000000"/>
              <w:bottom w:val="single" w:sz="4" w:space="0" w:color="000000"/>
            </w:tcBorders>
            <w:vAlign w:val="center"/>
          </w:tcPr>
          <w:p w14:paraId="3902D1D9" w14:textId="77777777" w:rsidR="00B27ECC" w:rsidRDefault="00B27ECC">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26" w:name="_Hlk23250763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C39423B" w14:textId="77777777" w:rsidR="00B27ECC" w:rsidRDefault="00B27ECC" w:rsidP="007B3F21">
            <w:pPr>
              <w:ind w:left="360"/>
              <w:jc w:val="center"/>
              <w:rPr>
                <w:rFonts w:ascii="Calibri" w:eastAsia="Calibri" w:hAnsi="Calibri" w:cs="Calibri"/>
                <w:b/>
                <w:bCs/>
              </w:rPr>
            </w:pPr>
            <w:r>
              <w:rPr>
                <w:rFonts w:ascii="Calibri" w:eastAsia="Calibri" w:hAnsi="Calibri" w:cs="Calibri"/>
                <w:b/>
                <w:bCs/>
              </w:rPr>
              <w:t xml:space="preserve">PL.N. 169 DE 2025 SENADO </w:t>
            </w:r>
          </w:p>
        </w:tc>
      </w:tr>
      <w:tr w:rsidR="00B27ECC" w:rsidRPr="00394C56" w14:paraId="00E62993"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5AD4B2"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9E9C7D" w14:textId="77777777" w:rsidR="00B27ECC" w:rsidRPr="00394C56" w:rsidRDefault="00B27ECC" w:rsidP="007B3F21">
            <w:pPr>
              <w:spacing w:after="0" w:line="240" w:lineRule="auto"/>
              <w:ind w:left="-127"/>
              <w:jc w:val="center"/>
              <w:rPr>
                <w:rFonts w:ascii="Calibri" w:eastAsia="Calibri" w:hAnsi="Calibri" w:cs="Calibri"/>
                <w:lang w:val="es-CO" w:eastAsia="es-CO"/>
              </w:rPr>
            </w:pP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RECONOCE LA IMPORTANCIA CULTURAL INMATERIAL DEL ÁMBITO NACIONAL AL FESTIVAL</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NACIONAL DE LA TAMBORA DEL MUNICIPIO DE SAN MARTÍN DE LOBA – BOLÍVAR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1855/2025</w:t>
            </w:r>
          </w:p>
        </w:tc>
      </w:tr>
      <w:tr w:rsidR="00B27ECC" w:rsidRPr="00394C56" w14:paraId="73338D46"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8D5AECB"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89F52AD"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H.R. DORINA HERNÁNDEZ PALOMINO; H.S. JORGE BENEDETTI MARTELO, JULIO ALBERTO ELÍAS VIDAL, DIDIER LOBO CHINCHILLA.</w:t>
            </w:r>
          </w:p>
        </w:tc>
      </w:tr>
      <w:tr w:rsidR="00B27ECC" w:rsidRPr="00394C56" w14:paraId="531AD89B"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BBFB775"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4EDD541"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ROBERT DAZA GUEVARA</w:t>
            </w:r>
          </w:p>
        </w:tc>
      </w:tr>
      <w:bookmarkEnd w:id="26"/>
    </w:tbl>
    <w:p w14:paraId="5ADC7867" w14:textId="77777777" w:rsidR="00B27ECC" w:rsidRDefault="00B27ECC" w:rsidP="00F83B7B">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83B7B" w:rsidRPr="0030287B" w14:paraId="20404F41" w14:textId="77777777" w:rsidTr="007B3F21">
        <w:tc>
          <w:tcPr>
            <w:tcW w:w="3002" w:type="dxa"/>
            <w:tcBorders>
              <w:top w:val="single" w:sz="24" w:space="0" w:color="000000"/>
              <w:bottom w:val="single" w:sz="4" w:space="0" w:color="000000"/>
            </w:tcBorders>
            <w:vAlign w:val="center"/>
          </w:tcPr>
          <w:p w14:paraId="11168E7C" w14:textId="03F808B4" w:rsidR="00F83B7B" w:rsidRPr="00F83B7B" w:rsidRDefault="00F83B7B">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27" w:name="_heading=h.tfhe2088ir3f" w:colFirst="0" w:colLast="0"/>
            <w:bookmarkStart w:id="28" w:name="_heading=h.7aax9zxiznaf" w:colFirst="0" w:colLast="0"/>
            <w:bookmarkStart w:id="29" w:name="_Hlk231979396"/>
            <w:bookmarkEnd w:id="27"/>
            <w:bookmarkEnd w:id="28"/>
            <w:r w:rsidRPr="00F83B7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2964EF62" w14:textId="77777777" w:rsidR="00F83B7B" w:rsidRPr="0030287B" w:rsidRDefault="00F83B7B"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 xml:space="preserve">178 </w:t>
            </w:r>
            <w:r w:rsidRPr="0030287B">
              <w:rPr>
                <w:rFonts w:ascii="Calibri" w:eastAsia="Calibri" w:hAnsi="Calibri" w:cs="Calibri"/>
                <w:b/>
                <w:bCs/>
                <w:sz w:val="24"/>
                <w:szCs w:val="24"/>
              </w:rPr>
              <w:t xml:space="preserve">DE 2025 SENADO </w:t>
            </w:r>
          </w:p>
        </w:tc>
      </w:tr>
      <w:tr w:rsidR="00F83B7B" w:rsidRPr="0030287B" w14:paraId="78532E1E"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2D437C"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82C1D8" w14:textId="77777777" w:rsidR="00F83B7B" w:rsidRPr="00CF6039" w:rsidRDefault="00F83B7B" w:rsidP="007B3F21">
            <w:pPr>
              <w:spacing w:after="0" w:line="240" w:lineRule="auto"/>
              <w:jc w:val="center"/>
              <w:rPr>
                <w:rFonts w:ascii="Calibri" w:eastAsia="Calibri" w:hAnsi="Calibri" w:cs="Calibri"/>
                <w:lang w:val="es-419" w:eastAsia="es-CO"/>
              </w:rPr>
            </w:pPr>
            <w:r w:rsidRPr="00006F5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MODIFICA EL ARTÍCULO 21 DE LA LEY 105 DE 1993 Y SE DICTAN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006F59">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0287B">
              <w:rPr>
                <w:rFonts w:ascii="Calibri" w:eastAsia="Calibri" w:hAnsi="Calibri" w:cs="Calibri"/>
                <w:lang w:val="es-CO" w:eastAsia="es-CO"/>
              </w:rPr>
              <w:t xml:space="preserve">GACETA: </w:t>
            </w:r>
            <w:r w:rsidRPr="00D51947">
              <w:rPr>
                <w:rFonts w:ascii="Calibri" w:eastAsia="Calibri" w:hAnsi="Calibri" w:cs="Calibri"/>
                <w:lang w:val="es-CO" w:eastAsia="es-CO"/>
              </w:rPr>
              <w:t>610</w:t>
            </w:r>
            <w:r w:rsidRPr="0030287B">
              <w:rPr>
                <w:rFonts w:ascii="Calibri" w:eastAsia="Calibri" w:hAnsi="Calibri" w:cs="Calibri"/>
                <w:lang w:val="es-CO" w:eastAsia="es-CO"/>
              </w:rPr>
              <w:t>/26</w:t>
            </w:r>
          </w:p>
        </w:tc>
      </w:tr>
      <w:tr w:rsidR="00F83B7B" w:rsidRPr="0030287B" w14:paraId="11ABA3F8"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A1D2D03"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548629" w14:textId="77777777" w:rsidR="00F83B7B" w:rsidRPr="0030287B" w:rsidRDefault="00F83B7B" w:rsidP="007B3F21">
            <w:pPr>
              <w:spacing w:after="0" w:line="240" w:lineRule="auto"/>
              <w:jc w:val="center"/>
              <w:rPr>
                <w:rFonts w:ascii="Calibri" w:eastAsia="Calibri" w:hAnsi="Calibri" w:cs="Calibri"/>
                <w:lang w:val="es-CO" w:eastAsia="es-CO"/>
              </w:rPr>
            </w:pPr>
            <w:r w:rsidRPr="00097CE9">
              <w:rPr>
                <w:rFonts w:ascii="Calibri" w:eastAsia="Calibri" w:hAnsi="Calibri" w:cs="Calibri"/>
                <w:lang w:eastAsia="es-CO"/>
              </w:rPr>
              <w:t>H.S. ESTEBAN QUINTERO CARDONA, ENRIQUE CABRALES BAQUERO, CIRO ALEJANDRO RAMÍREZ CORTÉS, MAURICIO GIRALDO HERNÁNDEZ, H.R. OSCAR DARÍO PÉREZ PINEDA, EDUAR ALEXIS TRIANA RINCÓN, YULIETH ANDREA SÁNCHEZ, JHON JAIRO BERRÍO LÓPEZ, DANILO LOZANO PIMIENTO</w:t>
            </w:r>
          </w:p>
        </w:tc>
      </w:tr>
      <w:tr w:rsidR="00F83B7B" w:rsidRPr="000716A3" w14:paraId="7A8DD38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0BE291B"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A3B9347" w14:textId="77777777" w:rsidR="00F83B7B" w:rsidRPr="000716A3" w:rsidRDefault="00F83B7B"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 xml:space="preserve">H.S. </w:t>
            </w:r>
            <w:r w:rsidRPr="00097CE9">
              <w:rPr>
                <w:rFonts w:ascii="Calibri" w:eastAsia="Calibri" w:hAnsi="Calibri" w:cs="Calibri"/>
                <w:lang w:eastAsia="es-CO"/>
              </w:rPr>
              <w:t>ESTEBAN QUINTERO CARDONA</w:t>
            </w:r>
          </w:p>
        </w:tc>
      </w:tr>
      <w:bookmarkEnd w:id="29"/>
    </w:tbl>
    <w:p w14:paraId="2DF99583" w14:textId="77777777" w:rsidR="00F83B7B" w:rsidRDefault="00F83B7B" w:rsidP="00F83B7B">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83B7B" w:rsidRPr="0030287B" w14:paraId="648EA0E5" w14:textId="77777777" w:rsidTr="007B3F21">
        <w:tc>
          <w:tcPr>
            <w:tcW w:w="3002" w:type="dxa"/>
            <w:tcBorders>
              <w:top w:val="single" w:sz="24" w:space="0" w:color="000000"/>
              <w:bottom w:val="single" w:sz="4" w:space="0" w:color="000000"/>
            </w:tcBorders>
            <w:vAlign w:val="center"/>
          </w:tcPr>
          <w:p w14:paraId="5AE9972F" w14:textId="77777777" w:rsidR="00F83B7B" w:rsidRPr="00D51947" w:rsidRDefault="00F83B7B">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30" w:name="_Hlk231979471"/>
            <w:r w:rsidRPr="00D51947">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4E59C2AF" w14:textId="77777777" w:rsidR="00F83B7B" w:rsidRPr="0030287B" w:rsidRDefault="00F83B7B"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 xml:space="preserve">190 </w:t>
            </w:r>
            <w:r w:rsidRPr="0030287B">
              <w:rPr>
                <w:rFonts w:ascii="Calibri" w:eastAsia="Calibri" w:hAnsi="Calibri" w:cs="Calibri"/>
                <w:b/>
                <w:bCs/>
                <w:sz w:val="24"/>
                <w:szCs w:val="24"/>
              </w:rPr>
              <w:t xml:space="preserve">DE 2025 SENADO </w:t>
            </w:r>
          </w:p>
        </w:tc>
      </w:tr>
      <w:tr w:rsidR="00F83B7B" w:rsidRPr="0030287B" w14:paraId="0B504365"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BF4B8E"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C262AD" w14:textId="77777777" w:rsidR="00F83B7B" w:rsidRPr="002D3FCE" w:rsidRDefault="00F83B7B" w:rsidP="007B3F21">
            <w:pPr>
              <w:spacing w:after="0" w:line="240" w:lineRule="auto"/>
              <w:jc w:val="center"/>
              <w:rPr>
                <w:rFonts w:ascii="Calibri" w:eastAsia="Calibri" w:hAnsi="Calibri" w:cs="Calibri"/>
                <w:color w:val="EE0000"/>
                <w:lang w:val="es-419" w:eastAsia="es-CO"/>
              </w:rPr>
            </w:pP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INCENTIVA EL ESTUDIO DE LA PROGRAMACIÓN EN COMPUTADORES,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 PROMUEVE EL ACCESO AL NIVEL DE EDUCACIÓN TÉCNICA, SE GARANTIZA EL INTERNET EN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LOS ESTABLECIMIENTOS EDUCATIVOS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966C1">
              <w:rPr>
                <w:rFonts w:ascii="Calibri" w:eastAsia="Calibri" w:hAnsi="Calibri" w:cs="Calibri"/>
                <w:lang w:val="es-CO" w:eastAsia="es-CO"/>
              </w:rPr>
              <w:t xml:space="preserve">GACETA: </w:t>
            </w:r>
            <w:r w:rsidRPr="00D51947">
              <w:rPr>
                <w:rFonts w:ascii="Calibri" w:eastAsia="Calibri" w:hAnsi="Calibri" w:cs="Calibri"/>
                <w:lang w:val="es-CO" w:eastAsia="es-CO"/>
              </w:rPr>
              <w:t>610</w:t>
            </w:r>
            <w:r w:rsidRPr="002966C1">
              <w:rPr>
                <w:rFonts w:ascii="Calibri" w:eastAsia="Calibri" w:hAnsi="Calibri" w:cs="Calibri"/>
                <w:lang w:val="es-CO" w:eastAsia="es-CO"/>
              </w:rPr>
              <w:t>/26</w:t>
            </w:r>
          </w:p>
        </w:tc>
      </w:tr>
      <w:tr w:rsidR="00F83B7B" w:rsidRPr="0030287B" w14:paraId="41CA1FC2"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136242E"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516ABD0" w14:textId="77777777" w:rsidR="00F83B7B" w:rsidRPr="002D3FCE" w:rsidRDefault="00F83B7B" w:rsidP="007B3F21">
            <w:pPr>
              <w:spacing w:after="0" w:line="240" w:lineRule="auto"/>
              <w:jc w:val="center"/>
              <w:rPr>
                <w:rFonts w:ascii="Calibri" w:eastAsia="Calibri" w:hAnsi="Calibri" w:cs="Calibri"/>
                <w:color w:val="EE0000"/>
                <w:lang w:val="es-CO" w:eastAsia="es-CO"/>
              </w:rPr>
            </w:pPr>
            <w:r w:rsidRPr="002966C1">
              <w:rPr>
                <w:rFonts w:ascii="Calibri" w:eastAsia="Calibri" w:hAnsi="Calibri" w:cs="Calibri"/>
                <w:lang w:eastAsia="es-CO"/>
              </w:rPr>
              <w:t>H.S. HONORIO MIGUEL HENRÍQUEZ PINEDO, ESTEBAN QUINTERO CARDONA, ANDRÉS GUERRA HOYOS, ENRIQUE CABRALES BAQUERO, JOSUÉ ALIRIO BARRERA, LORENA RIOS CUELLAR, MAURICIO GIRALDO HERNÁNDEZ, ESPERANZA ANDRADE SERRANO, NADIA BLEL SCAFF, NORMA HURTADO SÁNCHEZ, ANA PAOLA AGUDELO GARCÍA</w:t>
            </w:r>
          </w:p>
        </w:tc>
      </w:tr>
      <w:tr w:rsidR="00F83B7B" w:rsidRPr="000716A3" w14:paraId="13F9FD0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2311D1D"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1368786" w14:textId="77777777" w:rsidR="00F83B7B" w:rsidRPr="002D3FCE" w:rsidRDefault="00F83B7B" w:rsidP="007B3F21">
            <w:pPr>
              <w:spacing w:after="0" w:line="240" w:lineRule="auto"/>
              <w:jc w:val="center"/>
              <w:rPr>
                <w:rFonts w:ascii="Calibri" w:eastAsia="Calibri" w:hAnsi="Calibri" w:cs="Calibri"/>
                <w:color w:val="EE0000"/>
                <w:lang w:val="es-CO" w:eastAsia="es-CO"/>
              </w:rPr>
            </w:pPr>
            <w:r w:rsidRPr="002966C1">
              <w:rPr>
                <w:rFonts w:ascii="Calibri" w:eastAsia="Calibri" w:hAnsi="Calibri" w:cs="Calibri"/>
                <w:lang w:eastAsia="es-CO"/>
              </w:rPr>
              <w:t>H.S. ESTEBAN QUINTERO CARDONA</w:t>
            </w:r>
          </w:p>
        </w:tc>
      </w:tr>
      <w:bookmarkEnd w:id="30"/>
    </w:tbl>
    <w:p w14:paraId="3631A1C5" w14:textId="77777777" w:rsidR="00F83B7B" w:rsidRDefault="00F83B7B">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83B7B" w:rsidRPr="0030287B" w14:paraId="41AECAD2" w14:textId="77777777" w:rsidTr="007B3F21">
        <w:tc>
          <w:tcPr>
            <w:tcW w:w="3002" w:type="dxa"/>
            <w:tcBorders>
              <w:top w:val="single" w:sz="24" w:space="0" w:color="000000"/>
              <w:bottom w:val="single" w:sz="4" w:space="0" w:color="000000"/>
            </w:tcBorders>
            <w:vAlign w:val="center"/>
          </w:tcPr>
          <w:p w14:paraId="702B5E08" w14:textId="3B8A0D43" w:rsidR="00F83B7B" w:rsidRPr="00F83B7B" w:rsidRDefault="00F83B7B">
            <w:pPr>
              <w:pStyle w:val="Prrafodelista"/>
              <w:numPr>
                <w:ilvl w:val="0"/>
                <w:numId w:val="7"/>
              </w:numPr>
              <w:pBdr>
                <w:top w:val="nil"/>
                <w:left w:val="nil"/>
                <w:bottom w:val="nil"/>
                <w:right w:val="nil"/>
                <w:between w:val="nil"/>
              </w:pBdr>
              <w:rPr>
                <w:rFonts w:ascii="Calibri" w:eastAsia="Calibri" w:hAnsi="Calibri" w:cs="Calibri"/>
                <w:b/>
                <w:bCs/>
                <w:color w:val="000000"/>
              </w:rPr>
            </w:pPr>
            <w:r w:rsidRPr="00F83B7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4AC34EB1" w14:textId="77777777" w:rsidR="00F83B7B" w:rsidRPr="0030287B" w:rsidRDefault="00F83B7B"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 xml:space="preserve">224 </w:t>
            </w:r>
            <w:r w:rsidRPr="0030287B">
              <w:rPr>
                <w:rFonts w:ascii="Calibri" w:eastAsia="Calibri" w:hAnsi="Calibri" w:cs="Calibri"/>
                <w:b/>
                <w:bCs/>
                <w:sz w:val="24"/>
                <w:szCs w:val="24"/>
              </w:rPr>
              <w:t xml:space="preserve">DE 2025 SENADO </w:t>
            </w:r>
          </w:p>
        </w:tc>
      </w:tr>
      <w:tr w:rsidR="00F83B7B" w:rsidRPr="0030287B" w14:paraId="7AD56243"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A7B10E"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404CF6" w14:textId="77777777" w:rsidR="00F83B7B" w:rsidRPr="00CF6039" w:rsidRDefault="00F83B7B" w:rsidP="007B3F21">
            <w:pPr>
              <w:spacing w:after="0" w:line="240" w:lineRule="auto"/>
              <w:jc w:val="center"/>
              <w:rPr>
                <w:rFonts w:ascii="Calibri" w:eastAsia="Calibri" w:hAnsi="Calibri" w:cs="Calibri"/>
                <w:lang w:val="es-419" w:eastAsia="es-CO"/>
              </w:rPr>
            </w:pP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ESTABLECE LA HIDRÓLISIS ALCALINA Y OTRAS NUEVAS TECNOLOGÍAS COMO SERVICIOS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FUNERARIOS PARA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DISPOSICIÓN FINAL DE CADÁVERES Y SE DICTAN OTRAS DISPOSICIONES -LEY DESPEDIDA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F83B7B">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ECOLÓGICA-”.</w:t>
            </w:r>
            <w:r w:rsidRPr="0030287B">
              <w:rPr>
                <w:rFonts w:ascii="Calibri" w:eastAsia="Calibri" w:hAnsi="Calibri" w:cs="Calibri"/>
                <w:lang w:val="es-CO" w:eastAsia="es-CO"/>
              </w:rPr>
              <w:t xml:space="preserve"> </w:t>
            </w:r>
            <w:r>
              <w:rPr>
                <w:rFonts w:ascii="Calibri" w:eastAsia="Calibri" w:hAnsi="Calibri" w:cs="Calibri"/>
                <w:lang w:val="es-CO" w:eastAsia="es-CO"/>
              </w:rPr>
              <w:t xml:space="preserve"> </w:t>
            </w:r>
            <w:r w:rsidRPr="0030287B">
              <w:rPr>
                <w:rFonts w:ascii="Calibri" w:eastAsia="Calibri" w:hAnsi="Calibri" w:cs="Calibri"/>
                <w:lang w:val="es-CO" w:eastAsia="es-CO"/>
              </w:rPr>
              <w:t>GACETA: 5</w:t>
            </w:r>
            <w:r>
              <w:rPr>
                <w:rFonts w:ascii="Calibri" w:eastAsia="Calibri" w:hAnsi="Calibri" w:cs="Calibri"/>
                <w:lang w:val="es-CO" w:eastAsia="es-CO"/>
              </w:rPr>
              <w:t>92</w:t>
            </w:r>
            <w:r w:rsidRPr="0030287B">
              <w:rPr>
                <w:rFonts w:ascii="Calibri" w:eastAsia="Calibri" w:hAnsi="Calibri" w:cs="Calibri"/>
                <w:lang w:val="es-CO" w:eastAsia="es-CO"/>
              </w:rPr>
              <w:t>/26</w:t>
            </w:r>
          </w:p>
        </w:tc>
      </w:tr>
      <w:tr w:rsidR="00F83B7B" w:rsidRPr="0030287B" w14:paraId="0CF61C44"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727AFEE"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952695" w14:textId="77777777" w:rsidR="00F83B7B" w:rsidRPr="0030287B" w:rsidRDefault="00F83B7B" w:rsidP="007B3F21">
            <w:pPr>
              <w:spacing w:after="0" w:line="240" w:lineRule="auto"/>
              <w:jc w:val="center"/>
              <w:rPr>
                <w:rFonts w:ascii="Calibri" w:eastAsia="Calibri" w:hAnsi="Calibri" w:cs="Calibri"/>
                <w:lang w:val="es-CO" w:eastAsia="es-CO"/>
              </w:rPr>
            </w:pPr>
            <w:r w:rsidRPr="00CF6039">
              <w:rPr>
                <w:rFonts w:ascii="Calibri" w:eastAsia="Calibri" w:hAnsi="Calibri" w:cs="Calibri"/>
                <w:sz w:val="18"/>
                <w:szCs w:val="18"/>
                <w:lang w:eastAsia="es-CO"/>
              </w:rPr>
              <w:t xml:space="preserve">H.R. ALEJANDRO TORO RAMÍREZ, ALIRIO URIBE MUÑÓZ, GABRIEL PARRADO DURÁN, CRISTOBAL CAICEDO ANGULO, EDUARD SARMIENTO HIDALGO, ERICK VELASCO BURBANO, JORGE BASTIDAS ROSERO, DAVID RACERO MAYORCA, MARELEN CASTILLO TORRES, CHRISTIAN GARCÉS ALJURE, JAIRO CRISTO CORREA, JUAN CORZO ÁLVAREZ, OLGA BEATRIZ GONZÁLEZ, CARLOS ARDILA ESPINOSA, MARÍA EUGENIA LOPERA, JULIA MIRANDA LONDOÑO, ERIKA SÁNCHEZ PINTO, H.S. SONIA BERNAL SÁNCHEZ, GLORIA FLÓREZ SCHNEIDER, WILSON ARIAS CASTILLO, ROBERT DAZA GUEVARA, MIGUEL ANGEL PINTO HERNÁNDEZ, ANDRÉS GUERRA HOYOS, YENNY ROZO ZAMBRANO y </w:t>
            </w:r>
            <w:proofErr w:type="spellStart"/>
            <w:r w:rsidRPr="00CF6039">
              <w:rPr>
                <w:rFonts w:ascii="Calibri" w:eastAsia="Calibri" w:hAnsi="Calibri" w:cs="Calibri"/>
                <w:sz w:val="18"/>
                <w:szCs w:val="18"/>
                <w:lang w:eastAsia="es-CO"/>
              </w:rPr>
              <w:t>otras</w:t>
            </w:r>
            <w:proofErr w:type="spellEnd"/>
            <w:r w:rsidRPr="00CF6039">
              <w:rPr>
                <w:rFonts w:ascii="Calibri" w:eastAsia="Calibri" w:hAnsi="Calibri" w:cs="Calibri"/>
                <w:sz w:val="18"/>
                <w:szCs w:val="18"/>
                <w:lang w:eastAsia="es-CO"/>
              </w:rPr>
              <w:t xml:space="preserve"> </w:t>
            </w:r>
            <w:proofErr w:type="spellStart"/>
            <w:r w:rsidRPr="00CF6039">
              <w:rPr>
                <w:rFonts w:ascii="Calibri" w:eastAsia="Calibri" w:hAnsi="Calibri" w:cs="Calibri"/>
                <w:sz w:val="18"/>
                <w:szCs w:val="18"/>
                <w:lang w:eastAsia="es-CO"/>
              </w:rPr>
              <w:t>firmas</w:t>
            </w:r>
            <w:proofErr w:type="spellEnd"/>
            <w:r w:rsidRPr="00CF6039">
              <w:rPr>
                <w:rFonts w:ascii="Calibri" w:eastAsia="Calibri" w:hAnsi="Calibri" w:cs="Calibri"/>
                <w:sz w:val="18"/>
                <w:szCs w:val="18"/>
                <w:lang w:eastAsia="es-CO"/>
              </w:rPr>
              <w:t xml:space="preserve"> </w:t>
            </w:r>
            <w:proofErr w:type="spellStart"/>
            <w:r w:rsidRPr="00CF6039">
              <w:rPr>
                <w:rFonts w:ascii="Calibri" w:eastAsia="Calibri" w:hAnsi="Calibri" w:cs="Calibri"/>
                <w:sz w:val="18"/>
                <w:szCs w:val="18"/>
                <w:lang w:eastAsia="es-CO"/>
              </w:rPr>
              <w:t>ilegibles</w:t>
            </w:r>
            <w:proofErr w:type="spellEnd"/>
            <w:r w:rsidRPr="00CF6039">
              <w:rPr>
                <w:rFonts w:ascii="Calibri" w:eastAsia="Calibri" w:hAnsi="Calibri" w:cs="Calibri"/>
                <w:sz w:val="18"/>
                <w:szCs w:val="18"/>
                <w:lang w:eastAsia="es-CO"/>
              </w:rPr>
              <w:t>. </w:t>
            </w:r>
          </w:p>
        </w:tc>
      </w:tr>
      <w:tr w:rsidR="00F83B7B" w:rsidRPr="000716A3" w14:paraId="17EB049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8A7132D" w14:textId="77777777" w:rsidR="00F83B7B" w:rsidRPr="0030287B" w:rsidRDefault="00F83B7B"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C978136" w14:textId="77777777" w:rsidR="00F83B7B" w:rsidRDefault="00F83B7B" w:rsidP="007B3F21">
            <w:pPr>
              <w:spacing w:after="0" w:line="240" w:lineRule="auto"/>
              <w:jc w:val="center"/>
              <w:rPr>
                <w:rFonts w:ascii="Calibri" w:eastAsia="Calibri" w:hAnsi="Calibri" w:cs="Calibri"/>
                <w:lang w:eastAsia="es-CO"/>
              </w:rPr>
            </w:pPr>
            <w:r w:rsidRPr="00CF6039">
              <w:rPr>
                <w:rFonts w:ascii="Calibri" w:eastAsia="Calibri" w:hAnsi="Calibri" w:cs="Calibri"/>
                <w:lang w:eastAsia="es-CO"/>
              </w:rPr>
              <w:t xml:space="preserve">COORDINADORA: H.S. ESPERANZA ANDRADE SERRANO </w:t>
            </w:r>
          </w:p>
          <w:p w14:paraId="7B44C29D" w14:textId="77777777" w:rsidR="00F83B7B" w:rsidRPr="000716A3" w:rsidRDefault="00F83B7B"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PONENTES: H.S. WILSON ARIAS CASTILLO, HONORIO HENRIQUEZ PINEDO</w:t>
            </w:r>
          </w:p>
        </w:tc>
      </w:tr>
    </w:tbl>
    <w:p w14:paraId="2DA89378" w14:textId="77777777" w:rsidR="00CA1CBA" w:rsidRDefault="00CA1CBA">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CA1CBA" w:rsidRPr="0030287B" w14:paraId="5BB22570" w14:textId="77777777" w:rsidTr="007B3F21">
        <w:tc>
          <w:tcPr>
            <w:tcW w:w="3002" w:type="dxa"/>
            <w:tcBorders>
              <w:top w:val="single" w:sz="24" w:space="0" w:color="000000"/>
              <w:bottom w:val="single" w:sz="4" w:space="0" w:color="000000"/>
            </w:tcBorders>
            <w:vAlign w:val="center"/>
          </w:tcPr>
          <w:p w14:paraId="62E3C815" w14:textId="7A2FF792" w:rsidR="00CA1CBA" w:rsidRPr="00CA1CBA" w:rsidRDefault="00CA1CBA">
            <w:pPr>
              <w:pStyle w:val="Prrafodelista"/>
              <w:numPr>
                <w:ilvl w:val="0"/>
                <w:numId w:val="7"/>
              </w:numPr>
              <w:pBdr>
                <w:top w:val="nil"/>
                <w:left w:val="nil"/>
                <w:bottom w:val="nil"/>
                <w:right w:val="nil"/>
                <w:between w:val="nil"/>
              </w:pBdr>
              <w:rPr>
                <w:rFonts w:ascii="Calibri" w:eastAsia="Calibri" w:hAnsi="Calibri" w:cs="Calibri"/>
                <w:b/>
                <w:bCs/>
                <w:color w:val="000000"/>
              </w:rPr>
            </w:pPr>
            <w:r w:rsidRPr="00CA1CBA">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577FC4EA" w14:textId="77777777" w:rsidR="00CA1CBA" w:rsidRPr="0030287B" w:rsidRDefault="00CA1CBA"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 xml:space="preserve">293 </w:t>
            </w:r>
            <w:r w:rsidRPr="0030287B">
              <w:rPr>
                <w:rFonts w:ascii="Calibri" w:eastAsia="Calibri" w:hAnsi="Calibri" w:cs="Calibri"/>
                <w:b/>
                <w:bCs/>
                <w:sz w:val="24"/>
                <w:szCs w:val="24"/>
              </w:rPr>
              <w:t xml:space="preserve">DE 2025 SENADO </w:t>
            </w:r>
            <w:r>
              <w:rPr>
                <w:rFonts w:ascii="Calibri" w:eastAsia="Calibri" w:hAnsi="Calibri" w:cs="Calibri"/>
                <w:b/>
                <w:bCs/>
                <w:sz w:val="24"/>
                <w:szCs w:val="24"/>
              </w:rPr>
              <w:t>– 145 DE 2025 CÁMARA</w:t>
            </w:r>
          </w:p>
        </w:tc>
      </w:tr>
      <w:tr w:rsidR="00CA1CBA" w:rsidRPr="0030287B" w14:paraId="03D7EFB0"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53311F" w14:textId="77777777" w:rsidR="00CA1CBA" w:rsidRPr="0030287B" w:rsidRDefault="00CA1CBA"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9060A1" w14:textId="77777777" w:rsidR="00CA1CBA" w:rsidRPr="00CF6039" w:rsidRDefault="00CA1CBA" w:rsidP="007B3F21">
            <w:pPr>
              <w:spacing w:after="0" w:line="240" w:lineRule="auto"/>
              <w:jc w:val="center"/>
              <w:rPr>
                <w:rFonts w:ascii="Calibri" w:eastAsia="Calibri" w:hAnsi="Calibri" w:cs="Calibri"/>
                <w:lang w:val="es-419" w:eastAsia="es-CO"/>
              </w:rPr>
            </w:pPr>
            <w:r w:rsidRPr="00CA1CB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DICTAN MEDIDAS DIRIGIDAS A PREVENIR Y DETENER EL ACOSO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A1CB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Y LA VIOLENCIA EN EL ENTORNO LABORAL DEL SISTEMA DE RESIDENCIAS MÉDICAS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A1CB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ODONTOLÓGICAS - LEY DOCTORA CATALINA”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0287B">
              <w:rPr>
                <w:rFonts w:ascii="Calibri" w:eastAsia="Calibri" w:hAnsi="Calibri" w:cs="Calibri"/>
                <w:lang w:val="es-CO" w:eastAsia="es-CO"/>
              </w:rPr>
              <w:t xml:space="preserve">GACETA: </w:t>
            </w:r>
            <w:r>
              <w:rPr>
                <w:rFonts w:ascii="Calibri" w:eastAsia="Calibri" w:hAnsi="Calibri" w:cs="Calibri"/>
                <w:lang w:val="es-CO" w:eastAsia="es-CO"/>
              </w:rPr>
              <w:t>601</w:t>
            </w:r>
            <w:r w:rsidRPr="0030287B">
              <w:rPr>
                <w:rFonts w:ascii="Calibri" w:eastAsia="Calibri" w:hAnsi="Calibri" w:cs="Calibri"/>
                <w:lang w:val="es-CO" w:eastAsia="es-CO"/>
              </w:rPr>
              <w:t>/26</w:t>
            </w:r>
          </w:p>
        </w:tc>
      </w:tr>
      <w:tr w:rsidR="00CA1CBA" w:rsidRPr="0030287B" w14:paraId="1B276908"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0E12D555" w14:textId="77777777" w:rsidR="00CA1CBA" w:rsidRPr="0030287B" w:rsidRDefault="00CA1CBA"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38EDFAC" w14:textId="77777777" w:rsidR="00CA1CBA" w:rsidRPr="0030287B" w:rsidRDefault="00CA1CBA" w:rsidP="007B3F21">
            <w:pPr>
              <w:spacing w:after="0" w:line="240" w:lineRule="auto"/>
              <w:jc w:val="center"/>
              <w:rPr>
                <w:rFonts w:ascii="Calibri" w:eastAsia="Calibri" w:hAnsi="Calibri" w:cs="Calibri"/>
                <w:lang w:val="es-CO" w:eastAsia="es-CO"/>
              </w:rPr>
            </w:pPr>
            <w:r w:rsidRPr="0065315C">
              <w:rPr>
                <w:rFonts w:ascii="Calibri" w:eastAsia="Calibri" w:hAnsi="Calibri" w:cs="Calibri"/>
                <w:sz w:val="18"/>
                <w:szCs w:val="18"/>
                <w:lang w:eastAsia="es-CO"/>
              </w:rPr>
              <w:t xml:space="preserve">H.R. ÁLVARO LEONEL RUEDA CABALLERO, HÉCTOR DAVID CHAPARRO </w:t>
            </w:r>
            <w:proofErr w:type="spellStart"/>
            <w:r w:rsidRPr="0065315C">
              <w:rPr>
                <w:rFonts w:ascii="Calibri" w:eastAsia="Calibri" w:hAnsi="Calibri" w:cs="Calibri"/>
                <w:sz w:val="18"/>
                <w:szCs w:val="18"/>
                <w:lang w:eastAsia="es-CO"/>
              </w:rPr>
              <w:t>CHAPARRO</w:t>
            </w:r>
            <w:proofErr w:type="spellEnd"/>
            <w:r w:rsidRPr="0065315C">
              <w:rPr>
                <w:rFonts w:ascii="Calibri" w:eastAsia="Calibri" w:hAnsi="Calibri" w:cs="Calibri"/>
                <w:sz w:val="18"/>
                <w:szCs w:val="18"/>
                <w:lang w:eastAsia="es-CO"/>
              </w:rPr>
              <w:t>, JULIA MIRANDA LONDOÑO, SANTIAGO OSORIO MARÍN, MARÍA FERNANDA CARRASCAL ROJAS</w:t>
            </w:r>
          </w:p>
        </w:tc>
      </w:tr>
      <w:tr w:rsidR="00CA1CBA" w:rsidRPr="000716A3" w14:paraId="51098678"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1F51D70" w14:textId="77777777" w:rsidR="00CA1CBA" w:rsidRPr="0030287B" w:rsidRDefault="00CA1CBA"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377411B" w14:textId="77777777" w:rsidR="00CA1CBA" w:rsidRPr="000716A3" w:rsidRDefault="00CA1CBA"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 xml:space="preserve">H.S. </w:t>
            </w:r>
            <w:r w:rsidRPr="0065315C">
              <w:rPr>
                <w:rFonts w:ascii="Calibri" w:eastAsia="Calibri" w:hAnsi="Calibri" w:cs="Calibri"/>
                <w:lang w:eastAsia="es-CO"/>
              </w:rPr>
              <w:t>LORENA RIOS CUELLAR, FABIAN DIAZ, MARTHA PERALTA</w:t>
            </w:r>
          </w:p>
        </w:tc>
      </w:tr>
    </w:tbl>
    <w:p w14:paraId="3F19FBF5" w14:textId="77777777" w:rsidR="00CA1CBA" w:rsidRDefault="00CA1CBA">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108F0" w:rsidRPr="0030287B" w14:paraId="6650BBAA" w14:textId="77777777" w:rsidTr="007B3F21">
        <w:tc>
          <w:tcPr>
            <w:tcW w:w="3002" w:type="dxa"/>
            <w:tcBorders>
              <w:top w:val="single" w:sz="24" w:space="0" w:color="000000"/>
              <w:bottom w:val="single" w:sz="4" w:space="0" w:color="000000"/>
            </w:tcBorders>
            <w:vAlign w:val="center"/>
          </w:tcPr>
          <w:p w14:paraId="006676CC" w14:textId="798FCB83" w:rsidR="00F108F0" w:rsidRPr="00F108F0" w:rsidRDefault="00F108F0">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31" w:name="_Hlk231978429"/>
            <w:r w:rsidRPr="00F108F0">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75E827EE" w14:textId="77777777" w:rsidR="00F108F0" w:rsidRPr="0030287B" w:rsidRDefault="00F108F0" w:rsidP="007B3F21">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321</w:t>
            </w:r>
            <w:r w:rsidRPr="0030287B">
              <w:rPr>
                <w:rFonts w:ascii="Calibri" w:eastAsia="Calibri" w:hAnsi="Calibri" w:cs="Calibri"/>
                <w:b/>
                <w:bCs/>
                <w:sz w:val="24"/>
                <w:szCs w:val="24"/>
              </w:rPr>
              <w:t xml:space="preserve"> DE 2025 SENADO </w:t>
            </w:r>
            <w:r>
              <w:rPr>
                <w:rFonts w:ascii="Calibri" w:eastAsia="Calibri" w:hAnsi="Calibri" w:cs="Calibri"/>
                <w:b/>
                <w:bCs/>
                <w:sz w:val="24"/>
                <w:szCs w:val="24"/>
              </w:rPr>
              <w:t>– 333 DE 2024 CÁMARA</w:t>
            </w:r>
          </w:p>
        </w:tc>
      </w:tr>
      <w:tr w:rsidR="00F108F0" w:rsidRPr="0030287B" w14:paraId="4C2AEC91"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3C47B1" w14:textId="77777777" w:rsidR="00F108F0" w:rsidRPr="0030287B" w:rsidRDefault="00F108F0"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73076" w14:textId="77777777" w:rsidR="00F108F0" w:rsidRPr="0030287B" w:rsidRDefault="00F108F0" w:rsidP="007B3F21">
            <w:pPr>
              <w:spacing w:after="0" w:line="240" w:lineRule="auto"/>
              <w:jc w:val="center"/>
              <w:rPr>
                <w:rFonts w:ascii="Calibri" w:eastAsia="Calibri" w:hAnsi="Calibri" w:cs="Calibri"/>
                <w:lang w:val="es-CO" w:eastAsia="es-CO"/>
              </w:rPr>
            </w:pPr>
            <w:r w:rsidRPr="00CA1CB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SE MODIFICA LA LEY 1229 DE 2008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A1CBA">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 - LEY DEL PROFESIONAL EN CONSTRUCCIÓN”.</w:t>
            </w:r>
            <w:r w:rsidRPr="0030287B">
              <w:rPr>
                <w:rFonts w:ascii="Calibri" w:eastAsia="Calibri" w:hAnsi="Calibri" w:cs="Calibri"/>
                <w:lang w:val="es-CO" w:eastAsia="es-CO"/>
              </w:rPr>
              <w:t xml:space="preserve"> GACETA: 5</w:t>
            </w:r>
            <w:r>
              <w:rPr>
                <w:rFonts w:ascii="Calibri" w:eastAsia="Calibri" w:hAnsi="Calibri" w:cs="Calibri"/>
                <w:lang w:val="es-CO" w:eastAsia="es-CO"/>
              </w:rPr>
              <w:t>76</w:t>
            </w:r>
            <w:r w:rsidRPr="0030287B">
              <w:rPr>
                <w:rFonts w:ascii="Calibri" w:eastAsia="Calibri" w:hAnsi="Calibri" w:cs="Calibri"/>
                <w:lang w:val="es-CO" w:eastAsia="es-CO"/>
              </w:rPr>
              <w:t>/26</w:t>
            </w:r>
          </w:p>
        </w:tc>
      </w:tr>
      <w:tr w:rsidR="00F108F0" w:rsidRPr="0030287B" w14:paraId="4835BE49"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5C25E61" w14:textId="77777777" w:rsidR="00F108F0" w:rsidRPr="0030287B" w:rsidRDefault="00F108F0"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CAB71B4" w14:textId="77777777" w:rsidR="00F108F0" w:rsidRPr="0030287B" w:rsidRDefault="00F108F0"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 xml:space="preserve">H.S JOHN JAIRO ROLDAN AVENDAÑO, H.R. DANIEL CARVALHO MEJÍA, DIEGO FERNANDO CAICEDO NAVAS, ELKIN RODOLFO OSPINA </w:t>
            </w:r>
            <w:proofErr w:type="spellStart"/>
            <w:r w:rsidRPr="00CF6039">
              <w:rPr>
                <w:rFonts w:ascii="Calibri" w:eastAsia="Calibri" w:hAnsi="Calibri" w:cs="Calibri"/>
                <w:lang w:eastAsia="es-CO"/>
              </w:rPr>
              <w:t>OSPINA</w:t>
            </w:r>
            <w:proofErr w:type="spellEnd"/>
            <w:r w:rsidRPr="00CF6039">
              <w:rPr>
                <w:rFonts w:ascii="Calibri" w:eastAsia="Calibri" w:hAnsi="Calibri" w:cs="Calibri"/>
                <w:lang w:eastAsia="es-CO"/>
              </w:rPr>
              <w:t>, LUIS CARLOS OCHOA TOBÓN</w:t>
            </w:r>
          </w:p>
        </w:tc>
      </w:tr>
      <w:tr w:rsidR="00F108F0" w:rsidRPr="000716A3" w14:paraId="14FFC8E7"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0D1E3B0" w14:textId="77777777" w:rsidR="00F108F0" w:rsidRPr="0030287B" w:rsidRDefault="00F108F0" w:rsidP="007B3F21">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F18C9BB" w14:textId="77777777" w:rsidR="00F108F0" w:rsidRPr="000716A3" w:rsidRDefault="00F108F0" w:rsidP="007B3F21">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 xml:space="preserve">H.S SOLEDAD TAMAYO </w:t>
            </w:r>
            <w:proofErr w:type="spellStart"/>
            <w:r w:rsidRPr="00CF6039">
              <w:rPr>
                <w:rFonts w:ascii="Calibri" w:eastAsia="Calibri" w:hAnsi="Calibri" w:cs="Calibri"/>
                <w:lang w:eastAsia="es-CO"/>
              </w:rPr>
              <w:t>TAMAYO</w:t>
            </w:r>
            <w:proofErr w:type="spellEnd"/>
          </w:p>
        </w:tc>
      </w:tr>
      <w:bookmarkEnd w:id="31"/>
    </w:tbl>
    <w:p w14:paraId="5A120569" w14:textId="77777777" w:rsidR="00F108F0" w:rsidRDefault="00F108F0">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86E53" w14:paraId="0866E698" w14:textId="77777777" w:rsidTr="007B3F21">
        <w:tc>
          <w:tcPr>
            <w:tcW w:w="3002" w:type="dxa"/>
            <w:tcBorders>
              <w:top w:val="single" w:sz="24" w:space="0" w:color="000000"/>
              <w:bottom w:val="single" w:sz="4" w:space="0" w:color="000000"/>
            </w:tcBorders>
            <w:vAlign w:val="center"/>
          </w:tcPr>
          <w:p w14:paraId="6F856B66" w14:textId="2423546C" w:rsidR="00286E53" w:rsidRPr="00286E53" w:rsidRDefault="00286E53">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286E53">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C761094" w14:textId="77777777" w:rsidR="00286E53" w:rsidRDefault="00286E53" w:rsidP="007B3F21">
            <w:pPr>
              <w:ind w:left="360"/>
              <w:jc w:val="center"/>
              <w:rPr>
                <w:rFonts w:ascii="Calibri" w:eastAsia="Calibri" w:hAnsi="Calibri" w:cs="Calibri"/>
                <w:b/>
                <w:bCs/>
                <w:sz w:val="24"/>
                <w:szCs w:val="24"/>
              </w:rPr>
            </w:pPr>
            <w:r>
              <w:rPr>
                <w:rFonts w:ascii="Calibri" w:eastAsia="Calibri" w:hAnsi="Calibri" w:cs="Calibri"/>
                <w:b/>
                <w:bCs/>
                <w:sz w:val="24"/>
                <w:szCs w:val="24"/>
              </w:rPr>
              <w:t>PL.N. 376 DE 2025 SENADO</w:t>
            </w:r>
            <w:r>
              <w:rPr>
                <w:rFonts w:ascii="Arial" w:eastAsia="Arial" w:hAnsi="Arial" w:cs="Arial"/>
                <w:sz w:val="24"/>
                <w:szCs w:val="24"/>
              </w:rPr>
              <w:t xml:space="preserve"> </w:t>
            </w:r>
          </w:p>
        </w:tc>
      </w:tr>
      <w:tr w:rsidR="00286E53" w:rsidRPr="00394C56" w14:paraId="53469C38"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A90D30"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66BDE93" w14:textId="77777777" w:rsidR="00286E53" w:rsidRPr="00394C56" w:rsidRDefault="00286E53" w:rsidP="007B3F21">
            <w:pPr>
              <w:spacing w:after="0" w:line="240" w:lineRule="auto"/>
              <w:ind w:left="-127"/>
              <w:jc w:val="center"/>
              <w:rPr>
                <w:rFonts w:ascii="Calibri" w:eastAsia="Calibri" w:hAnsi="Calibri" w:cs="Calibri"/>
                <w:lang w:val="es-CO" w:eastAsia="es-CO"/>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MODIFICA EL ARTÍCULO 72 DE LA LEY 115 DE 1994”</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1525/25</w:t>
            </w:r>
          </w:p>
        </w:tc>
      </w:tr>
      <w:tr w:rsidR="00286E53" w:rsidRPr="00394C56" w14:paraId="0BC80897"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6E402FC"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45353F1"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PEDRO HERNANDO FLÓREZ PORRAS, JULIO ALBERTO ELÍAS VIDAL, H.R. DORINA HERNÁNDEZ PALOMINO.</w:t>
            </w:r>
          </w:p>
        </w:tc>
      </w:tr>
      <w:tr w:rsidR="00286E53" w:rsidRPr="00394C56" w14:paraId="6580C88C"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3FE39A3"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AF5DF36"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PEDRO HERNANDO FLOREZ PORRAS</w:t>
            </w:r>
          </w:p>
        </w:tc>
      </w:tr>
    </w:tbl>
    <w:p w14:paraId="1DB2CD94" w14:textId="77777777" w:rsidR="00286E53" w:rsidRDefault="00286E53">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6B397F" w14:paraId="547F083E" w14:textId="77777777" w:rsidTr="007B3F21">
        <w:tc>
          <w:tcPr>
            <w:tcW w:w="3092" w:type="dxa"/>
            <w:tcBorders>
              <w:top w:val="single" w:sz="24" w:space="0" w:color="000000"/>
              <w:bottom w:val="single" w:sz="4" w:space="0" w:color="000000"/>
            </w:tcBorders>
            <w:vAlign w:val="center"/>
          </w:tcPr>
          <w:p w14:paraId="13598CBD" w14:textId="67E53AA5" w:rsidR="006B397F" w:rsidRPr="00286E53" w:rsidRDefault="006B397F">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32" w:name="_Hlk231979570"/>
            <w:r w:rsidRPr="00286E53">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78F5EA" w14:textId="77777777" w:rsidR="006B397F" w:rsidRDefault="006B397F" w:rsidP="007B3F21">
            <w:pPr>
              <w:ind w:left="360"/>
              <w:jc w:val="center"/>
              <w:rPr>
                <w:rFonts w:ascii="Calibri" w:eastAsia="Calibri" w:hAnsi="Calibri" w:cs="Calibri"/>
                <w:b/>
                <w:bCs/>
                <w:sz w:val="24"/>
                <w:szCs w:val="24"/>
              </w:rPr>
            </w:pPr>
            <w:r>
              <w:rPr>
                <w:rFonts w:ascii="Calibri" w:eastAsia="Calibri" w:hAnsi="Calibri" w:cs="Calibri"/>
                <w:b/>
                <w:bCs/>
                <w:sz w:val="24"/>
                <w:szCs w:val="24"/>
              </w:rPr>
              <w:t>PL.N. 385 DE 2025 SENADO</w:t>
            </w:r>
          </w:p>
        </w:tc>
      </w:tr>
      <w:tr w:rsidR="006B397F" w:rsidRPr="00676F65" w14:paraId="734BEF77" w14:textId="77777777" w:rsidTr="007B3F21">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6C24A4" w14:textId="77777777" w:rsidR="006B397F" w:rsidRPr="00676F65" w:rsidRDefault="006B397F"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C6738E" w14:textId="6B9CEF29" w:rsidR="006B397F" w:rsidRPr="00676F65" w:rsidRDefault="006B397F" w:rsidP="006B397F">
            <w:pPr>
              <w:spacing w:after="0" w:line="240" w:lineRule="auto"/>
              <w:ind w:left="37"/>
              <w:jc w:val="center"/>
              <w:rPr>
                <w:rFonts w:ascii="Calibri" w:eastAsia="Calibri" w:hAnsi="Calibri" w:cs="Calibri"/>
                <w:lang w:val="es-CO" w:eastAsia="es-CO"/>
              </w:rPr>
            </w:pP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LA CUAL LA NACIÓN Y EL CONGRESO DE LA REPÚBLICA, SE VINCULAN A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CELEBRACIÓN DE LOS TRESCIENTOS CINCUENTA (350) AÑOS DE ELEVACIÓN Y</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FUNDACIÓN DE MEDELLÍN COMO VILLA DE NUESTRA SEÑORA DE LA CANDELARIA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6B397F">
              <w:rPr>
                <w:rFonts w:ascii="Calibri" w:eastAsia="Times New Roman" w:hAnsi="Calibri" w:cs="Calibri"/>
                <w:b/>
                <w:bCs/>
                <w:lang w:eastAsia="es-MX"/>
                <w14:shadow w14:blurRad="50800" w14:dist="38100" w14:dir="5400000" w14:sx="100000" w14:sy="100000" w14:kx="0" w14:ky="0" w14:algn="t">
                  <w14:srgbClr w14:val="000000">
                    <w14:alpha w14:val="60000"/>
                  </w14:srgbClr>
                </w14:shadow>
              </w:rPr>
              <w:t>Y SE DICTAN OTRAS DISPOSICIONES”.</w:t>
            </w:r>
            <w:r w:rsidRPr="006B397F">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Pr>
                <w:rFonts w:ascii="Calibri" w:eastAsia="Times New Roman" w:hAnsi="Calibri" w:cs="Calibri"/>
                <w:b/>
                <w:bCs/>
                <w:lang w:val="es-CO" w:eastAsia="es-MX"/>
                <w14:shadow w14:blurRad="50800" w14:dist="38100" w14:dir="5400000" w14:sx="100000" w14:sy="100000" w14:kx="0" w14:ky="0" w14:algn="t">
                  <w14:srgbClr w14:val="000000">
                    <w14:alpha w14:val="60000"/>
                  </w14:srgbClr>
                </w14:shadow>
              </w:rPr>
              <w:t xml:space="preserve"> </w:t>
            </w:r>
            <w:r w:rsidRPr="00676F65">
              <w:rPr>
                <w:rFonts w:ascii="Calibri" w:eastAsia="Calibri" w:hAnsi="Calibri" w:cs="Calibri"/>
                <w:lang w:val="es-CO" w:eastAsia="es-CO"/>
              </w:rPr>
              <w:t>GACETA:   1300/25</w:t>
            </w:r>
          </w:p>
        </w:tc>
      </w:tr>
      <w:tr w:rsidR="006B397F" w:rsidRPr="00676F65" w14:paraId="481A60CA"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432EA31D" w14:textId="77777777" w:rsidR="006B397F" w:rsidRPr="00676F65" w:rsidRDefault="006B397F"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F34652D" w14:textId="77777777" w:rsidR="006B397F" w:rsidRPr="00676F65" w:rsidRDefault="006B397F"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H.S. JOSÉ VICENTE CARREÑO CASTRO</w:t>
            </w:r>
          </w:p>
        </w:tc>
      </w:tr>
      <w:tr w:rsidR="006B397F" w:rsidRPr="00676F65" w14:paraId="45E1AD31" w14:textId="77777777" w:rsidTr="007B3F21">
        <w:tc>
          <w:tcPr>
            <w:tcW w:w="3092" w:type="dxa"/>
            <w:tcBorders>
              <w:top w:val="single" w:sz="4" w:space="0" w:color="000000"/>
              <w:left w:val="single" w:sz="4" w:space="0" w:color="000000"/>
              <w:bottom w:val="single" w:sz="4" w:space="0" w:color="000000"/>
              <w:right w:val="single" w:sz="4" w:space="0" w:color="000000"/>
            </w:tcBorders>
            <w:vAlign w:val="center"/>
          </w:tcPr>
          <w:p w14:paraId="36FFFF86" w14:textId="77777777" w:rsidR="006B397F" w:rsidRPr="00676F65" w:rsidRDefault="006B397F"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5FA7EDD" w14:textId="77777777" w:rsidR="006B397F" w:rsidRPr="00676F65" w:rsidRDefault="006B397F" w:rsidP="007B3F21">
            <w:pPr>
              <w:spacing w:after="0" w:line="240" w:lineRule="auto"/>
              <w:ind w:left="37"/>
              <w:jc w:val="center"/>
              <w:rPr>
                <w:rFonts w:ascii="Calibri" w:eastAsia="Calibri" w:hAnsi="Calibri" w:cs="Calibri"/>
                <w:lang w:val="es-CO" w:eastAsia="es-CO"/>
              </w:rPr>
            </w:pPr>
            <w:r w:rsidRPr="00676F65">
              <w:rPr>
                <w:rFonts w:ascii="Calibri" w:eastAsia="Calibri" w:hAnsi="Calibri" w:cs="Calibri"/>
                <w:lang w:val="es-CO" w:eastAsia="es-CO"/>
              </w:rPr>
              <w:t xml:space="preserve">H.S. OSCAR MAURICIO GIRALDO, PAOLA HOLGUIN MORENO, NICOLAS ALBEIRO ECHEVERRY </w:t>
            </w:r>
          </w:p>
        </w:tc>
      </w:tr>
    </w:tbl>
    <w:p w14:paraId="2386CD62" w14:textId="77777777" w:rsidR="00D51947" w:rsidRDefault="00D51947">
      <w:pPr>
        <w:tabs>
          <w:tab w:val="left" w:pos="7310"/>
        </w:tabs>
        <w:jc w:val="both"/>
        <w:rPr>
          <w:rFonts w:ascii="Calibri" w:eastAsia="Calibri" w:hAnsi="Calibri" w:cs="Calibri"/>
          <w:b/>
          <w:bCs/>
          <w:u w:val="single"/>
        </w:rPr>
      </w:pPr>
      <w:bookmarkStart w:id="33" w:name="_heading=h.wdm97vp31hd1" w:colFirst="0" w:colLast="0"/>
      <w:bookmarkStart w:id="34" w:name="_heading=h.7dcwptvv77f1" w:colFirst="0" w:colLast="0"/>
      <w:bookmarkEnd w:id="32"/>
      <w:bookmarkEnd w:id="33"/>
      <w:bookmarkEnd w:id="34"/>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86E53" w14:paraId="6C770146" w14:textId="77777777" w:rsidTr="007B3F21">
        <w:tc>
          <w:tcPr>
            <w:tcW w:w="3002" w:type="dxa"/>
            <w:tcBorders>
              <w:top w:val="single" w:sz="24" w:space="0" w:color="000000"/>
              <w:bottom w:val="single" w:sz="4" w:space="0" w:color="000000"/>
            </w:tcBorders>
            <w:vAlign w:val="center"/>
          </w:tcPr>
          <w:p w14:paraId="4C9C79CE" w14:textId="77B6D7FC" w:rsidR="00286E53" w:rsidRPr="00286E53" w:rsidRDefault="00286E53">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rPr>
            </w:pPr>
            <w:r w:rsidRPr="00286E53">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9F9BA90" w14:textId="77777777" w:rsidR="00286E53" w:rsidRDefault="00286E53" w:rsidP="007B3F21">
            <w:pPr>
              <w:ind w:left="360"/>
              <w:jc w:val="center"/>
              <w:rPr>
                <w:rFonts w:ascii="Calibri" w:eastAsia="Calibri" w:hAnsi="Calibri" w:cs="Calibri"/>
                <w:b/>
                <w:bCs/>
                <w:sz w:val="24"/>
                <w:szCs w:val="24"/>
              </w:rPr>
            </w:pPr>
            <w:r>
              <w:rPr>
                <w:rFonts w:ascii="Calibri" w:eastAsia="Calibri" w:hAnsi="Calibri" w:cs="Calibri"/>
                <w:b/>
                <w:bCs/>
                <w:sz w:val="24"/>
                <w:szCs w:val="24"/>
              </w:rPr>
              <w:t>PL.N. 393 DE 2025 SENADO</w:t>
            </w:r>
            <w:r>
              <w:rPr>
                <w:rFonts w:ascii="Arial" w:eastAsia="Arial" w:hAnsi="Arial" w:cs="Arial"/>
                <w:sz w:val="24"/>
                <w:szCs w:val="24"/>
              </w:rPr>
              <w:t xml:space="preserve"> - </w:t>
            </w:r>
            <w:r>
              <w:rPr>
                <w:rFonts w:ascii="Calibri" w:eastAsia="Calibri" w:hAnsi="Calibri" w:cs="Calibri"/>
                <w:b/>
                <w:bCs/>
                <w:sz w:val="24"/>
                <w:szCs w:val="24"/>
              </w:rPr>
              <w:t xml:space="preserve">184 DE 2024 CÁMARA </w:t>
            </w:r>
          </w:p>
        </w:tc>
      </w:tr>
      <w:tr w:rsidR="00286E53" w:rsidRPr="00394C56" w14:paraId="123F474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78C7E7"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99AAEE" w14:textId="77777777" w:rsidR="00286E53" w:rsidRPr="00394C56" w:rsidRDefault="00286E53" w:rsidP="007B3F21">
            <w:pPr>
              <w:spacing w:after="0" w:line="240" w:lineRule="auto"/>
              <w:jc w:val="center"/>
              <w:rPr>
                <w:rFonts w:ascii="Calibri" w:eastAsia="Calibri" w:hAnsi="Calibri" w:cs="Calibri"/>
                <w:lang w:val="es-CO" w:eastAsia="es-CO"/>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 SE DECLARA LA GRAN PARADA REGIONAL DE PALMAR DE VARELA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COMO PATRIMONIO CULTURAL INMATERIAL DE LA NACIÓN Y SE DICTAN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1525/25</w:t>
            </w:r>
          </w:p>
        </w:tc>
      </w:tr>
      <w:tr w:rsidR="00286E53" w:rsidRPr="00394C56" w14:paraId="58ACD5BD"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209E27F7"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6FF8E8"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sidRPr="00394C56">
              <w:rPr>
                <w:rFonts w:ascii="Calibri" w:eastAsia="Calibri" w:hAnsi="Calibri" w:cs="Calibri"/>
                <w:lang w:val="es-CO" w:eastAsia="es-CO"/>
              </w:rPr>
              <w:t>RICO</w:t>
            </w:r>
            <w:proofErr w:type="spellEnd"/>
            <w:r w:rsidRPr="00394C56">
              <w:rPr>
                <w:rFonts w:ascii="Calibri" w:eastAsia="Calibri" w:hAnsi="Calibri" w:cs="Calibri"/>
                <w:lang w:val="es-CO" w:eastAsia="es-CO"/>
              </w:rPr>
              <w:t>, SANDRA MILENA RAMÍREZ CAVIEDES, LUZ AYDA PASTRANA LOAIZA, MAURICIO PARODI DÍAZ, OSCAR RODRIGO CAMPO HURTADO, JORGE MÉNDEZ HERNÁNDEZ.</w:t>
            </w:r>
          </w:p>
        </w:tc>
      </w:tr>
      <w:tr w:rsidR="00286E53" w:rsidRPr="00394C56" w14:paraId="6D74A1A9"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79909E6E"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C1ADBF2" w14:textId="77777777" w:rsidR="00286E53" w:rsidRPr="00394C56" w:rsidRDefault="00286E53"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PEDRO HERNANDO FLOREZ PORRAS</w:t>
            </w:r>
          </w:p>
        </w:tc>
      </w:tr>
    </w:tbl>
    <w:p w14:paraId="719CED14" w14:textId="77777777" w:rsidR="00286E53" w:rsidRDefault="00286E53">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CD1C72" w14:paraId="5BB935F3" w14:textId="77777777" w:rsidTr="007B3F21">
        <w:tc>
          <w:tcPr>
            <w:tcW w:w="3002" w:type="dxa"/>
            <w:tcBorders>
              <w:top w:val="single" w:sz="24" w:space="0" w:color="000000"/>
              <w:bottom w:val="single" w:sz="4" w:space="0" w:color="000000"/>
            </w:tcBorders>
            <w:vAlign w:val="center"/>
          </w:tcPr>
          <w:p w14:paraId="4D24F527" w14:textId="77777777" w:rsidR="00CD1C72" w:rsidRDefault="00CD1C72">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DDDA96B" w14:textId="77777777" w:rsidR="00CD1C72" w:rsidRDefault="00CD1C72" w:rsidP="007B3F21">
            <w:pPr>
              <w:ind w:left="360"/>
              <w:jc w:val="center"/>
              <w:rPr>
                <w:rFonts w:ascii="Calibri" w:eastAsia="Calibri" w:hAnsi="Calibri" w:cs="Calibri"/>
                <w:b/>
                <w:bCs/>
              </w:rPr>
            </w:pPr>
            <w:r>
              <w:rPr>
                <w:rFonts w:ascii="Calibri" w:eastAsia="Calibri" w:hAnsi="Calibri" w:cs="Calibri"/>
                <w:b/>
                <w:bCs/>
              </w:rPr>
              <w:t>PL.N. 394 DE 2025 SENADO</w:t>
            </w:r>
          </w:p>
        </w:tc>
      </w:tr>
      <w:tr w:rsidR="00CD1C72" w:rsidRPr="00394C56" w14:paraId="4D4AB1D5"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57A170"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D930B0" w14:textId="77777777" w:rsidR="00CD1C72" w:rsidRPr="00CD1C72" w:rsidRDefault="00CD1C72" w:rsidP="007B3F21">
            <w:pPr>
              <w:spacing w:after="0" w:line="240" w:lineRule="auto"/>
              <w:ind w:left="-127"/>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REGULA Y PROMUEVE LA ACTIVIDAD DE</w:t>
            </w:r>
          </w:p>
          <w:p w14:paraId="762D9219" w14:textId="77777777" w:rsidR="00CD1C72" w:rsidRPr="00394C56" w:rsidRDefault="00CD1C72" w:rsidP="007B3F21">
            <w:pPr>
              <w:spacing w:after="0" w:line="240" w:lineRule="auto"/>
              <w:ind w:left="-127"/>
              <w:jc w:val="center"/>
              <w:rPr>
                <w:rFonts w:ascii="Calibri" w:eastAsia="Calibri" w:hAnsi="Calibri" w:cs="Calibri"/>
                <w:lang w:val="es-CO" w:eastAsia="es-CO"/>
              </w:rPr>
            </w:pP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CREACIÓN DE CONTENIDO DIGITAL PARA UN ECOSISTEMA DIGITAL RESPONSABLE EN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CD1C72">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COLOMBIA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2084/2025”</w:t>
            </w:r>
          </w:p>
        </w:tc>
      </w:tr>
      <w:tr w:rsidR="00CD1C72" w:rsidRPr="00394C56" w14:paraId="6D4DF657"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45950FD2"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28CC428"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ELÍAS VIDAL, FERNEY SILVA IDROBO, ALEJANDRO CARLOS CHACÓN CAMARGO, GUSTAVO ADOLFO MORENO HURTADO.</w:t>
            </w:r>
          </w:p>
        </w:tc>
      </w:tr>
      <w:tr w:rsidR="00CD1C72" w:rsidRPr="00394C56" w14:paraId="527BEE02"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2F05035"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841E1B0" w14:textId="77777777" w:rsidR="00CD1C72" w:rsidRPr="00394C56" w:rsidRDefault="00CD1C72"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ELIAS VIDAL</w:t>
            </w:r>
          </w:p>
        </w:tc>
      </w:tr>
    </w:tbl>
    <w:p w14:paraId="3D1E1E17" w14:textId="77777777" w:rsidR="00CD1C72" w:rsidRDefault="00CD1C72">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32214E" w14:paraId="5F69983A" w14:textId="77777777" w:rsidTr="007B3F21">
        <w:tc>
          <w:tcPr>
            <w:tcW w:w="3002" w:type="dxa"/>
            <w:tcBorders>
              <w:top w:val="single" w:sz="24" w:space="0" w:color="000000"/>
              <w:bottom w:val="single" w:sz="4" w:space="0" w:color="000000"/>
            </w:tcBorders>
            <w:vAlign w:val="center"/>
          </w:tcPr>
          <w:p w14:paraId="7E63112B" w14:textId="77777777" w:rsidR="0032214E" w:rsidRDefault="0032214E">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9968B45" w14:textId="77777777" w:rsidR="0032214E" w:rsidRDefault="0032214E" w:rsidP="007B3F21">
            <w:pPr>
              <w:ind w:left="360"/>
              <w:jc w:val="center"/>
              <w:rPr>
                <w:rFonts w:ascii="Calibri" w:eastAsia="Calibri" w:hAnsi="Calibri" w:cs="Calibri"/>
                <w:b/>
                <w:bCs/>
              </w:rPr>
            </w:pPr>
            <w:r>
              <w:rPr>
                <w:rFonts w:ascii="Calibri" w:eastAsia="Calibri" w:hAnsi="Calibri" w:cs="Calibri"/>
                <w:b/>
                <w:bCs/>
              </w:rPr>
              <w:t xml:space="preserve">PL.N. 396 DE 2025 SENADO </w:t>
            </w:r>
          </w:p>
        </w:tc>
      </w:tr>
      <w:tr w:rsidR="0032214E" w:rsidRPr="00394C56" w14:paraId="0DDC4A73"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101D1D1"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DB3C94" w14:textId="77777777" w:rsidR="0032214E" w:rsidRPr="0032214E" w:rsidRDefault="0032214E" w:rsidP="007B3F21">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GARANTIZA LA ATENCIÓN HUMANA EN LOS</w:t>
            </w:r>
          </w:p>
          <w:p w14:paraId="0EAFEB23" w14:textId="77777777" w:rsidR="0032214E" w:rsidRPr="00394C56" w:rsidRDefault="0032214E" w:rsidP="007B3F21">
            <w:pPr>
              <w:spacing w:after="0" w:line="240" w:lineRule="auto"/>
              <w:jc w:val="center"/>
              <w:rPr>
                <w:rFonts w:ascii="Calibri" w:eastAsia="Calibri" w:hAnsi="Calibri" w:cs="Calibri"/>
                <w:lang w:val="es-CO" w:eastAsia="es-CO"/>
              </w:rPr>
            </w:pP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SERVICIOS DE ATENCIÓN AL CLIENTE” -LEY ATENCIÓN HUMANA AL CLIENTE</w:t>
            </w:r>
            <w:r w:rsidRPr="000B1958">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394C56">
              <w:rPr>
                <w:rFonts w:ascii="Calibri" w:eastAsia="Calibri" w:hAnsi="Calibri" w:cs="Calibri"/>
                <w:lang w:val="es-CO" w:eastAsia="es-CO"/>
              </w:rPr>
              <w:t xml:space="preserve">  GACETA:  1686/25</w:t>
            </w:r>
          </w:p>
        </w:tc>
      </w:tr>
      <w:tr w:rsidR="0032214E" w:rsidRPr="00394C56" w14:paraId="4977E74F"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5720E21C"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38F3F30"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ELÍAS VIDAL</w:t>
            </w:r>
          </w:p>
        </w:tc>
      </w:tr>
      <w:tr w:rsidR="0032214E" w:rsidRPr="00394C56" w14:paraId="7D783820"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17F1977F"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A4D95CA" w14:textId="77777777" w:rsidR="0032214E" w:rsidRPr="00394C56" w:rsidRDefault="0032214E"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ELÍAS VIDAL</w:t>
            </w:r>
          </w:p>
        </w:tc>
      </w:tr>
    </w:tbl>
    <w:p w14:paraId="4F154774" w14:textId="77777777" w:rsidR="0032214E" w:rsidRDefault="0032214E">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D51947" w14:paraId="755C6241" w14:textId="77777777" w:rsidTr="007607FD">
        <w:tc>
          <w:tcPr>
            <w:tcW w:w="3092" w:type="dxa"/>
            <w:tcBorders>
              <w:top w:val="single" w:sz="24" w:space="0" w:color="000000"/>
              <w:bottom w:val="single" w:sz="4" w:space="0" w:color="000000"/>
            </w:tcBorders>
            <w:vAlign w:val="center"/>
          </w:tcPr>
          <w:p w14:paraId="6025D043" w14:textId="360B006F" w:rsidR="00D51947" w:rsidRPr="00D51947" w:rsidRDefault="00D51947">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D51947">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5B394B3" w14:textId="77777777" w:rsidR="00D51947" w:rsidRDefault="00D51947" w:rsidP="007607FD">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402 DE 2025 SENADO </w:t>
            </w:r>
          </w:p>
        </w:tc>
      </w:tr>
      <w:tr w:rsidR="00D51947" w:rsidRPr="00394C56" w14:paraId="5EBB02BF" w14:textId="77777777" w:rsidTr="007607FD">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323F89" w14:textId="77777777" w:rsidR="00D51947" w:rsidRPr="00394C56" w:rsidRDefault="00D51947" w:rsidP="007607FD">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86717" w14:textId="77777777" w:rsidR="00F108F0" w:rsidRPr="00F108F0" w:rsidRDefault="00F108F0" w:rsidP="00F108F0">
            <w:pPr>
              <w:spacing w:after="0" w:line="240" w:lineRule="auto"/>
              <w:ind w:left="69"/>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F108F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LA NACIÓN RINDE HOMENAJE AL MUNICIPIO DE</w:t>
            </w:r>
          </w:p>
          <w:p w14:paraId="4504A858" w14:textId="4A645FF6" w:rsidR="00D51947" w:rsidRPr="00394C56" w:rsidRDefault="00F108F0" w:rsidP="00F108F0">
            <w:pPr>
              <w:spacing w:after="0" w:line="240" w:lineRule="auto"/>
              <w:ind w:left="360"/>
              <w:jc w:val="center"/>
              <w:rPr>
                <w:rFonts w:ascii="Calibri" w:eastAsia="Calibri" w:hAnsi="Calibri" w:cs="Calibri"/>
                <w:lang w:val="es-CO" w:eastAsia="es-CO"/>
              </w:rPr>
            </w:pPr>
            <w:r w:rsidRPr="00F108F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MAGANGUÉ, BOLÍVAR, Y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00D51947" w:rsidRPr="00394C56">
              <w:rPr>
                <w:rFonts w:ascii="Calibri" w:eastAsia="Calibri" w:hAnsi="Calibri" w:cs="Calibri"/>
                <w:lang w:val="es-CO" w:eastAsia="es-CO"/>
              </w:rPr>
              <w:t>GACETA: 744/25</w:t>
            </w:r>
          </w:p>
        </w:tc>
      </w:tr>
      <w:tr w:rsidR="00D51947" w:rsidRPr="00394C56" w14:paraId="207053E4" w14:textId="77777777" w:rsidTr="007607FD">
        <w:tc>
          <w:tcPr>
            <w:tcW w:w="3092" w:type="dxa"/>
            <w:tcBorders>
              <w:top w:val="single" w:sz="4" w:space="0" w:color="000000"/>
              <w:left w:val="single" w:sz="4" w:space="0" w:color="000000"/>
              <w:bottom w:val="single" w:sz="4" w:space="0" w:color="000000"/>
              <w:right w:val="single" w:sz="4" w:space="0" w:color="000000"/>
            </w:tcBorders>
            <w:vAlign w:val="center"/>
          </w:tcPr>
          <w:p w14:paraId="47653DDE" w14:textId="77777777" w:rsidR="00D51947" w:rsidRPr="00394C56" w:rsidRDefault="00D51947" w:rsidP="007607FD">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2033762" w14:textId="77777777" w:rsidR="00D51947" w:rsidRPr="00394C56" w:rsidRDefault="00D51947" w:rsidP="007607FD">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ANTONIO JOSÉ CORREA JIMÉNEZ</w:t>
            </w:r>
          </w:p>
        </w:tc>
      </w:tr>
      <w:tr w:rsidR="00D51947" w:rsidRPr="00394C56" w14:paraId="7BD01669" w14:textId="77777777" w:rsidTr="007607FD">
        <w:tc>
          <w:tcPr>
            <w:tcW w:w="3092" w:type="dxa"/>
            <w:tcBorders>
              <w:top w:val="single" w:sz="4" w:space="0" w:color="000000"/>
              <w:left w:val="single" w:sz="4" w:space="0" w:color="000000"/>
              <w:bottom w:val="single" w:sz="4" w:space="0" w:color="000000"/>
              <w:right w:val="single" w:sz="4" w:space="0" w:color="000000"/>
            </w:tcBorders>
            <w:vAlign w:val="center"/>
          </w:tcPr>
          <w:p w14:paraId="104F0887" w14:textId="77777777" w:rsidR="00D51947" w:rsidRPr="00394C56" w:rsidRDefault="00D51947" w:rsidP="007607FD">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306ED72" w14:textId="77777777" w:rsidR="00D51947" w:rsidRPr="00394C56" w:rsidRDefault="00D51947" w:rsidP="007607FD">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ANTONIO JOSE CORREA JIMENEZ</w:t>
            </w:r>
          </w:p>
        </w:tc>
      </w:tr>
    </w:tbl>
    <w:p w14:paraId="5C811C41" w14:textId="77777777" w:rsidR="00D51947" w:rsidRDefault="00D51947">
      <w:pP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C5623CF" w14:textId="77777777">
        <w:tc>
          <w:tcPr>
            <w:tcW w:w="3092" w:type="dxa"/>
            <w:tcBorders>
              <w:top w:val="single" w:sz="24" w:space="0" w:color="000000"/>
              <w:bottom w:val="single" w:sz="4" w:space="0" w:color="000000"/>
            </w:tcBorders>
            <w:vAlign w:val="center"/>
          </w:tcPr>
          <w:p w14:paraId="672BB5D9" w14:textId="7A402EA9" w:rsidR="003C3390" w:rsidRPr="00D51947" w:rsidRDefault="00000000">
            <w:pPr>
              <w:pStyle w:val="Prrafodelista"/>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sidRPr="00D51947">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2EC3FBE"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408 DE 2025 SENADO </w:t>
            </w:r>
          </w:p>
        </w:tc>
      </w:tr>
      <w:tr w:rsidR="00E60F76" w:rsidRPr="00394C56" w14:paraId="1440700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A8701F"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684B0A" w14:textId="3B7084BB" w:rsidR="00D54011" w:rsidRPr="00D54011" w:rsidRDefault="00D54011" w:rsidP="00D54011">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D5401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LA NACIÓN SE ASOCIA PARA RENDIR</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D5401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PÚBLICO HOMENAJE AL MUNICIPIO DE SOLEDAD EN EL DEPARTAMENTO</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D5401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DEL ATLÁNTICO, EXALTANDO Y RECONOCIENDO SU RIQUEZA CULTURAL</w:t>
            </w:r>
          </w:p>
          <w:p w14:paraId="5BE250BE" w14:textId="43509FF2" w:rsidR="003C3390" w:rsidRPr="00394C56" w:rsidRDefault="00D54011" w:rsidP="00D54011">
            <w:pPr>
              <w:spacing w:after="0" w:line="240" w:lineRule="auto"/>
              <w:jc w:val="center"/>
              <w:rPr>
                <w:rFonts w:ascii="Calibri" w:eastAsia="Calibri" w:hAnsi="Calibri" w:cs="Calibri"/>
                <w:lang w:val="es-CO" w:eastAsia="es-CO"/>
              </w:rPr>
            </w:pPr>
            <w:r w:rsidRPr="00D54011">
              <w:rPr>
                <w:rFonts w:ascii="Calibri" w:eastAsia="Times New Roman" w:hAnsi="Calibri" w:cs="Calibri"/>
                <w:b/>
                <w:bCs/>
                <w:lang w:eastAsia="es-MX"/>
                <w14:shadow w14:blurRad="50800" w14:dist="38100" w14:dir="5400000" w14:sx="100000" w14:sy="100000" w14:kx="0" w14:ky="0" w14:algn="t">
                  <w14:srgbClr w14:val="000000">
                    <w14:alpha w14:val="60000"/>
                  </w14:srgbClr>
                </w14:shadow>
              </w:rPr>
              <w:t>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1024/25</w:t>
            </w:r>
          </w:p>
        </w:tc>
      </w:tr>
      <w:tr w:rsidR="00E60F76" w:rsidRPr="00394C56" w14:paraId="2549F5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717733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9AB2227" w14:textId="1350E76A"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H.R. </w:t>
            </w:r>
            <w:r w:rsidR="00394C56" w:rsidRPr="00394C56">
              <w:rPr>
                <w:rFonts w:ascii="Calibri" w:eastAsia="Calibri" w:hAnsi="Calibri" w:cs="Calibri"/>
                <w:lang w:val="es-CO" w:eastAsia="es-CO"/>
              </w:rPr>
              <w:t>JEZMI BARRAZA ARRAUT, BETSY PÉREZ ARANGO, DOLCEY TORRES ROMERO, HERNANDO GUIDA PONCE, MODESTO AGUILERA VIDES, ARMANDO ZABARAÍN D ARCE, CRISTIAN GÓMEZ CASTRO, AGMETH ESCAF TIJERINO, INGRID AGUIRRE JUVINAO</w:t>
            </w:r>
          </w:p>
        </w:tc>
      </w:tr>
      <w:tr w:rsidR="00E60F76" w:rsidRPr="00394C56" w14:paraId="0D855B0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60011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B15C72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JOSE VICENTE CARREÑO CASTRO</w:t>
            </w:r>
          </w:p>
        </w:tc>
      </w:tr>
    </w:tbl>
    <w:p w14:paraId="5FA945B3" w14:textId="77777777" w:rsidR="003C3390" w:rsidRPr="00286E53" w:rsidRDefault="003C3390">
      <w:pPr>
        <w:rPr>
          <w:rFonts w:ascii="Calibri" w:eastAsia="Calibri" w:hAnsi="Calibri" w:cs="Calibri"/>
          <w:sz w:val="24"/>
          <w:szCs w:val="24"/>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89073A6" w14:textId="77777777">
        <w:tc>
          <w:tcPr>
            <w:tcW w:w="3092" w:type="dxa"/>
            <w:tcBorders>
              <w:top w:val="single" w:sz="24" w:space="0" w:color="000000"/>
              <w:bottom w:val="single" w:sz="4" w:space="0" w:color="000000"/>
            </w:tcBorders>
            <w:vAlign w:val="center"/>
          </w:tcPr>
          <w:p w14:paraId="7BE3D02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B51FC3"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438 DE 2025 SENADO </w:t>
            </w:r>
          </w:p>
        </w:tc>
      </w:tr>
      <w:tr w:rsidR="00E60F76" w:rsidRPr="00394C56" w14:paraId="2FDC92F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B1923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AFF529" w14:textId="77777777" w:rsidR="00286E53" w:rsidRPr="00286E53" w:rsidRDefault="00286E53" w:rsidP="00286E5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LA NACIÓN Y EL CONGRESO DE LA REPÚBLICA</w:t>
            </w:r>
          </w:p>
          <w:p w14:paraId="635D171C" w14:textId="77777777" w:rsidR="00286E53" w:rsidRPr="00286E53" w:rsidRDefault="00286E53" w:rsidP="00286E5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ENALTECEN Y RECONOCEN AL MUNICIPIO DE SANTA CRUZ DE LORICA EN EL</w:t>
            </w:r>
          </w:p>
          <w:p w14:paraId="054C78B3" w14:textId="77777777" w:rsidR="00286E53" w:rsidRPr="00286E53" w:rsidRDefault="00286E53" w:rsidP="00286E5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DEPARTAMENTO DE CÓRDOBA Y SU CORREGIMIENTO DE SAN SEBASTIÁN</w:t>
            </w:r>
          </w:p>
          <w:p w14:paraId="7A05436C" w14:textId="660D34B3" w:rsidR="00286E53" w:rsidRPr="00286E53" w:rsidRDefault="00286E53" w:rsidP="00286E5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COMO PIONEROS DE LA ACTIVIDAD ARTESANAL DEL BARRO Y LA PINTURA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0F439CA1" w14:textId="113089BF" w:rsidR="003C3390" w:rsidRPr="00394C56" w:rsidRDefault="00286E53" w:rsidP="00286E53">
            <w:pPr>
              <w:spacing w:after="0" w:line="240" w:lineRule="auto"/>
              <w:jc w:val="center"/>
              <w:rPr>
                <w:rFonts w:ascii="Calibri" w:eastAsia="Calibri" w:hAnsi="Calibri" w:cs="Calibri"/>
                <w:lang w:val="es-CO" w:eastAsia="es-CO"/>
              </w:rPr>
            </w:pPr>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PRIMITIVISTA</w:t>
            </w:r>
            <w:proofErr w:type="gramStart"/>
            <w:r w:rsidRPr="00286E53">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roofErr w:type="gram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1112/25</w:t>
            </w:r>
          </w:p>
        </w:tc>
      </w:tr>
      <w:tr w:rsidR="00E60F76" w:rsidRPr="00394C56" w14:paraId="5BC146E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00178E"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A947109" w14:textId="1AABEFDF" w:rsidR="003C3390"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ANTONIO JOSÉ CORREA JIMÉNEZ</w:t>
            </w:r>
          </w:p>
        </w:tc>
      </w:tr>
      <w:tr w:rsidR="00E60F76" w:rsidRPr="00394C56" w14:paraId="6E3DDE9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0CAD814"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D032E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ANTONIO JOSE CORREA JIMENEZ</w:t>
            </w:r>
          </w:p>
        </w:tc>
      </w:tr>
    </w:tbl>
    <w:p w14:paraId="23A4CBF7" w14:textId="77777777" w:rsidR="003C3390" w:rsidRDefault="003C3390">
      <w:pPr>
        <w:tabs>
          <w:tab w:val="left" w:pos="1865"/>
        </w:tabs>
        <w:jc w:val="center"/>
        <w:rPr>
          <w:rFonts w:ascii="Calibri" w:eastAsia="Calibri" w:hAnsi="Calibri" w:cs="Calibri"/>
          <w:b/>
          <w:bCs/>
          <w:sz w:val="28"/>
          <w:szCs w:val="28"/>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27ECC" w14:paraId="49171214" w14:textId="77777777" w:rsidTr="007B3F21">
        <w:tc>
          <w:tcPr>
            <w:tcW w:w="3002" w:type="dxa"/>
            <w:tcBorders>
              <w:top w:val="single" w:sz="24" w:space="0" w:color="000000"/>
              <w:bottom w:val="single" w:sz="4" w:space="0" w:color="000000"/>
            </w:tcBorders>
            <w:vAlign w:val="center"/>
          </w:tcPr>
          <w:p w14:paraId="40DA1AFA" w14:textId="77777777" w:rsidR="00B27ECC" w:rsidRDefault="00B27ECC">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35" w:name="_Hlk23250348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A49B7A6" w14:textId="77777777" w:rsidR="00B27ECC" w:rsidRDefault="00B27ECC" w:rsidP="007B3F21">
            <w:pPr>
              <w:ind w:left="360"/>
              <w:jc w:val="center"/>
              <w:rPr>
                <w:rFonts w:ascii="Calibri" w:eastAsia="Calibri" w:hAnsi="Calibri" w:cs="Calibri"/>
                <w:b/>
                <w:bCs/>
              </w:rPr>
            </w:pPr>
            <w:r>
              <w:rPr>
                <w:rFonts w:ascii="Calibri" w:eastAsia="Calibri" w:hAnsi="Calibri" w:cs="Calibri"/>
                <w:b/>
                <w:bCs/>
              </w:rPr>
              <w:t>PL.N. 451 DE 2025 SENADO – 280 DE 2024 CAMARA</w:t>
            </w:r>
          </w:p>
        </w:tc>
      </w:tr>
      <w:tr w:rsidR="00B27ECC" w:rsidRPr="00394C56" w14:paraId="33BEDC37" w14:textId="77777777" w:rsidTr="007B3F2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1D5AA4"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2B0319" w14:textId="77777777" w:rsidR="00B27ECC" w:rsidRPr="00B27ECC" w:rsidRDefault="00B27ECC" w:rsidP="007B3F21">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DEL CUAL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NACIÓN Y EL CONGRESO DE LA REPÚBLICA RINDEN HOMENAJE AL MUNICIPIO DE POPAYÁN</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DEPARTAMENTO DEL CAUCA, Y SE ASOCIA A LA PREPARACIÓN Y CONMEMORACIÓN DEL V</w:t>
            </w:r>
          </w:p>
          <w:p w14:paraId="67228E6D" w14:textId="77777777" w:rsidR="00B27ECC" w:rsidRPr="00394C56" w:rsidRDefault="00B27ECC" w:rsidP="007B3F21">
            <w:pPr>
              <w:spacing w:after="0" w:line="240" w:lineRule="auto"/>
              <w:jc w:val="center"/>
              <w:rPr>
                <w:rFonts w:ascii="Calibri" w:eastAsia="Calibri" w:hAnsi="Calibri" w:cs="Calibri"/>
                <w:lang w:val="es-CO" w:eastAsia="es-CO"/>
              </w:rPr>
            </w:pP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CENTENARIO DE SU FUNDACIÓN Y SE DICTAN </w:t>
            </w:r>
            <w:proofErr w:type="gramStart"/>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OTRAS </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DISPOSICIONES</w:t>
            </w:r>
            <w:proofErr w:type="gramEnd"/>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sidRPr="00B27ECC">
              <w:rPr>
                <w:rFonts w:ascii="Calibri" w:eastAsia="Times New Roman" w:hAnsi="Calibri" w:cs="Calibri"/>
                <w:b/>
                <w:bCs/>
                <w:lang w:eastAsia="es-MX"/>
                <w14:shadow w14:blurRad="50800" w14:dist="38100" w14:dir="5400000" w14:sx="100000" w14:sy="100000" w14:kx="0" w14:ky="0" w14:algn="t">
                  <w14:srgbClr w14:val="000000">
                    <w14:alpha w14:val="60000"/>
                  </w14:srgbClr>
                </w14:shadow>
              </w:rPr>
              <w:t>.</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94C56">
              <w:rPr>
                <w:rFonts w:ascii="Calibri" w:eastAsia="Calibri" w:hAnsi="Calibri" w:cs="Calibri"/>
                <w:lang w:val="es-CO" w:eastAsia="es-CO"/>
              </w:rPr>
              <w:t>GACETA:  1875/2025</w:t>
            </w:r>
          </w:p>
        </w:tc>
      </w:tr>
      <w:tr w:rsidR="00B27ECC" w:rsidRPr="00394C56" w14:paraId="4915D46E"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3C13040B"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08F0093"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AÍDA MARINA QUILCUÉ VIVAS, FERNEY SIVA IDROBO H.</w:t>
            </w:r>
            <w:proofErr w:type="gramStart"/>
            <w:r w:rsidRPr="00394C56">
              <w:rPr>
                <w:rFonts w:ascii="Calibri" w:eastAsia="Calibri" w:hAnsi="Calibri" w:cs="Calibri"/>
                <w:lang w:val="es-CO" w:eastAsia="es-CO"/>
              </w:rPr>
              <w:t>R.JORGE</w:t>
            </w:r>
            <w:proofErr w:type="gramEnd"/>
            <w:r w:rsidRPr="00394C56">
              <w:rPr>
                <w:rFonts w:ascii="Calibri" w:eastAsia="Calibri" w:hAnsi="Calibri" w:cs="Calibri"/>
                <w:lang w:val="es-CO" w:eastAsia="es-CO"/>
              </w:rPr>
              <w:t xml:space="preserve"> HERNÁN BASTIDAS ROSERO, ORLANDO CASTILLO ADVINCULA, ERMES EVELIO PETE VIVAS, JUAN PABLO SALAZAR RIVERA, OSCAR RODRIGO CAMPO HURTADO, CÉSAR CRISTIAN GÓMEZ CASTRO</w:t>
            </w:r>
          </w:p>
        </w:tc>
      </w:tr>
      <w:tr w:rsidR="00B27ECC" w:rsidRPr="00394C56" w14:paraId="35B37F24" w14:textId="77777777" w:rsidTr="007B3F21">
        <w:tc>
          <w:tcPr>
            <w:tcW w:w="3002" w:type="dxa"/>
            <w:tcBorders>
              <w:top w:val="single" w:sz="4" w:space="0" w:color="000000"/>
              <w:left w:val="single" w:sz="4" w:space="0" w:color="000000"/>
              <w:bottom w:val="single" w:sz="4" w:space="0" w:color="000000"/>
              <w:right w:val="single" w:sz="4" w:space="0" w:color="000000"/>
            </w:tcBorders>
            <w:vAlign w:val="center"/>
          </w:tcPr>
          <w:p w14:paraId="65834F4F"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986713F" w14:textId="77777777" w:rsidR="00B27ECC" w:rsidRPr="00394C56" w:rsidRDefault="00B27ECC" w:rsidP="007B3F21">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JOSÉ LUIS PÉREZ, OSCAR MAURICIO GIRALDO.</w:t>
            </w:r>
          </w:p>
        </w:tc>
      </w:tr>
      <w:bookmarkEnd w:id="35"/>
    </w:tbl>
    <w:p w14:paraId="3F33CA06" w14:textId="77777777" w:rsidR="00B27ECC" w:rsidRDefault="00B27ECC">
      <w:pPr>
        <w:tabs>
          <w:tab w:val="left" w:pos="1865"/>
        </w:tabs>
        <w:jc w:val="center"/>
        <w:rPr>
          <w:rFonts w:ascii="Calibri" w:eastAsia="Calibri" w:hAnsi="Calibri" w:cs="Calibri"/>
          <w:b/>
          <w:bCs/>
          <w:sz w:val="28"/>
          <w:szCs w:val="28"/>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BDFAB89" w14:textId="77777777">
        <w:tc>
          <w:tcPr>
            <w:tcW w:w="3002" w:type="dxa"/>
            <w:tcBorders>
              <w:top w:val="single" w:sz="24" w:space="0" w:color="000000"/>
              <w:bottom w:val="single" w:sz="4" w:space="0" w:color="000000"/>
            </w:tcBorders>
            <w:vAlign w:val="center"/>
          </w:tcPr>
          <w:p w14:paraId="35138944"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985C4E7" w14:textId="77777777" w:rsidR="003C3390" w:rsidRDefault="00000000">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461  DE</w:t>
            </w:r>
            <w:proofErr w:type="gramEnd"/>
            <w:r>
              <w:rPr>
                <w:rFonts w:ascii="Calibri" w:eastAsia="Calibri" w:hAnsi="Calibri" w:cs="Calibri"/>
                <w:b/>
                <w:bCs/>
              </w:rPr>
              <w:t xml:space="preserve"> 2025 SENADO – 322 DE 2024 CÁMARA</w:t>
            </w:r>
          </w:p>
        </w:tc>
      </w:tr>
      <w:tr w:rsidR="00E60F76" w:rsidRPr="00394C56" w14:paraId="65680F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C4638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4D1FE5" w14:textId="039E3399" w:rsidR="0032214E" w:rsidRDefault="0032214E" w:rsidP="0032214E">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CUAL SE CREA LA PEDAGOGÍA DE LA PAZ, SE MODIFICA LA LEY 1732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32214E">
              <w:rPr>
                <w:rFonts w:ascii="Calibri" w:eastAsia="Times New Roman" w:hAnsi="Calibri" w:cs="Calibri"/>
                <w:b/>
                <w:bCs/>
                <w:lang w:eastAsia="es-MX"/>
                <w14:shadow w14:blurRad="50800" w14:dist="38100" w14:dir="5400000" w14:sx="100000" w14:sy="100000" w14:kx="0" w14:ky="0" w14:algn="t">
                  <w14:srgbClr w14:val="000000">
                    <w14:alpha w14:val="60000"/>
                  </w14:srgbClr>
                </w14:shadow>
              </w:rPr>
              <w:t>2014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0EBC35C9" w14:textId="54FF898F" w:rsidR="003C3390" w:rsidRPr="00394C56" w:rsidRDefault="00000000" w:rsidP="0032214E">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GACETA:  1727/25</w:t>
            </w:r>
          </w:p>
        </w:tc>
      </w:tr>
      <w:tr w:rsidR="00E60F76" w:rsidRPr="00394C56" w14:paraId="0B1B1B8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39A6E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2C42DBB"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PEDRO HERNANDO FLÓREZ PORRAS, H.R. DOLCEY OSCAR TORRES ROMERO</w:t>
            </w:r>
          </w:p>
        </w:tc>
      </w:tr>
      <w:tr w:rsidR="00E60F76" w:rsidRPr="00394C56" w14:paraId="5EFFD86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FCC80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92FCF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PEDRO HERNANDO FLÓREZ PORRAS</w:t>
            </w:r>
          </w:p>
        </w:tc>
      </w:tr>
    </w:tbl>
    <w:p w14:paraId="090CD30C" w14:textId="77777777" w:rsidR="003C3390" w:rsidRDefault="003C3390">
      <w:pPr>
        <w:jc w:val="center"/>
        <w:rPr>
          <w:rFonts w:ascii="Calibri" w:eastAsia="Calibri" w:hAnsi="Calibri" w:cs="Calibri"/>
          <w:b/>
          <w:bCs/>
          <w:u w:val="single"/>
        </w:rPr>
      </w:pPr>
      <w:bookmarkStart w:id="36" w:name="_heading=h.pevknjpe2i6" w:colFirst="0" w:colLast="0"/>
      <w:bookmarkStart w:id="37" w:name="_heading=h.ungxmjeh54yy" w:colFirst="0" w:colLast="0"/>
      <w:bookmarkEnd w:id="36"/>
      <w:bookmarkEnd w:id="37"/>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F6095B2" w14:textId="77777777">
        <w:tc>
          <w:tcPr>
            <w:tcW w:w="3002" w:type="dxa"/>
            <w:tcBorders>
              <w:top w:val="single" w:sz="24" w:space="0" w:color="000000"/>
              <w:bottom w:val="single" w:sz="4" w:space="0" w:color="000000"/>
            </w:tcBorders>
            <w:vAlign w:val="center"/>
          </w:tcPr>
          <w:p w14:paraId="4C0927A9"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38" w:name="_heading=h.qo290l9ussus" w:colFirst="0" w:colLast="0"/>
            <w:bookmarkEnd w:id="3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434FFF" w14:textId="77777777" w:rsidR="003C3390" w:rsidRDefault="00000000">
            <w:pPr>
              <w:ind w:left="360"/>
              <w:jc w:val="center"/>
              <w:rPr>
                <w:rFonts w:ascii="Calibri" w:eastAsia="Calibri" w:hAnsi="Calibri" w:cs="Calibri"/>
                <w:b/>
                <w:bCs/>
              </w:rPr>
            </w:pPr>
            <w:r>
              <w:rPr>
                <w:rFonts w:ascii="Calibri" w:eastAsia="Calibri" w:hAnsi="Calibri" w:cs="Calibri"/>
                <w:b/>
                <w:bCs/>
              </w:rPr>
              <w:t xml:space="preserve">PL.N. 236 DE 2025 SENADO </w:t>
            </w:r>
          </w:p>
        </w:tc>
      </w:tr>
      <w:tr w:rsidR="00E60F76" w:rsidRPr="00394C56" w14:paraId="5232F11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5BA00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65E7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“POR LA CUAL SE IMPULSA EL TURISMO EN COLOMBIA, SE IMPLEMENTAN MECANISMOS PARA PROMOVER EL SECTOR Y SE DICTAN OTRAS DISPOSICIONES”.  GACETA:  2147/2025”</w:t>
            </w:r>
          </w:p>
        </w:tc>
      </w:tr>
      <w:tr w:rsidR="00E60F76" w:rsidRPr="00394C56" w14:paraId="70AC6C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57F4D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58E094"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ELIAS VIDAL</w:t>
            </w:r>
          </w:p>
        </w:tc>
      </w:tr>
      <w:tr w:rsidR="00E60F76" w:rsidRPr="00394C56" w14:paraId="50B9A7F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1DE6DAC"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221CD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ELIAS VIDAL</w:t>
            </w:r>
          </w:p>
        </w:tc>
      </w:tr>
    </w:tbl>
    <w:p w14:paraId="72C8E4E9" w14:textId="77777777" w:rsidR="003C3390" w:rsidRDefault="003C3390">
      <w:pPr>
        <w:tabs>
          <w:tab w:val="left" w:pos="4890"/>
        </w:tabs>
        <w:rPr>
          <w:rFonts w:ascii="Calibri" w:eastAsia="Calibri" w:hAnsi="Calibri" w:cs="Calibri"/>
          <w:sz w:val="14"/>
          <w:szCs w:val="14"/>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5E1390C" w14:textId="77777777">
        <w:tc>
          <w:tcPr>
            <w:tcW w:w="3002" w:type="dxa"/>
            <w:tcBorders>
              <w:top w:val="single" w:sz="24" w:space="0" w:color="000000"/>
              <w:bottom w:val="single" w:sz="4" w:space="0" w:color="000000"/>
            </w:tcBorders>
            <w:vAlign w:val="center"/>
          </w:tcPr>
          <w:p w14:paraId="2002A42D"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39" w:name="_heading=h.e3sa1985w1zr" w:colFirst="0" w:colLast="0"/>
            <w:bookmarkEnd w:id="3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0610A9F" w14:textId="77777777" w:rsidR="003C3390" w:rsidRDefault="00000000">
            <w:pPr>
              <w:ind w:left="360"/>
              <w:jc w:val="center"/>
              <w:rPr>
                <w:rFonts w:ascii="Calibri" w:eastAsia="Calibri" w:hAnsi="Calibri" w:cs="Calibri"/>
                <w:b/>
                <w:bCs/>
              </w:rPr>
            </w:pPr>
            <w:r>
              <w:rPr>
                <w:rFonts w:ascii="Calibri" w:eastAsia="Calibri" w:hAnsi="Calibri" w:cs="Calibri"/>
                <w:b/>
                <w:bCs/>
              </w:rPr>
              <w:t xml:space="preserve">PL.N. 111 DE 2025 SENADO </w:t>
            </w:r>
          </w:p>
        </w:tc>
      </w:tr>
      <w:tr w:rsidR="00E60F76" w:rsidRPr="00394C56" w14:paraId="3970075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565F8B"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6774B6" w14:textId="77777777" w:rsid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“POR MEDIO DE LA CUAL SE MODIFICA LA LEY 635 DE 2000 Y SE DICTAN OTRAS DISPOSICIONES – SABER 11º SIN BARRERAS”.  </w:t>
            </w:r>
          </w:p>
          <w:p w14:paraId="2CF7CC94" w14:textId="55D81340"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GACETA:  2147/2025”</w:t>
            </w:r>
          </w:p>
        </w:tc>
      </w:tr>
      <w:tr w:rsidR="00E60F76" w:rsidRPr="00394C56" w14:paraId="528DE92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D713B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1CFFC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FABIÁN DÍAZ PLATA</w:t>
            </w:r>
          </w:p>
        </w:tc>
      </w:tr>
      <w:tr w:rsidR="00E60F76" w:rsidRPr="00394C56" w14:paraId="14F2E2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379335"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1717A4"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SANDRA YANETH JAIMES CRUZ</w:t>
            </w:r>
          </w:p>
        </w:tc>
      </w:tr>
    </w:tbl>
    <w:p w14:paraId="77515E7D" w14:textId="77777777" w:rsidR="003C3390" w:rsidRDefault="003C3390">
      <w:pPr>
        <w:tabs>
          <w:tab w:val="left" w:pos="4890"/>
        </w:tabs>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9AB35CF" w14:textId="77777777">
        <w:tc>
          <w:tcPr>
            <w:tcW w:w="3002" w:type="dxa"/>
            <w:tcBorders>
              <w:top w:val="single" w:sz="24" w:space="0" w:color="000000"/>
              <w:bottom w:val="single" w:sz="4" w:space="0" w:color="000000"/>
            </w:tcBorders>
            <w:vAlign w:val="center"/>
          </w:tcPr>
          <w:p w14:paraId="07A2E30A"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EECB367"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458 DE 2025 SENADO – 286 DE 2024 CÁMARA</w:t>
            </w:r>
          </w:p>
        </w:tc>
      </w:tr>
      <w:tr w:rsidR="00E60F76" w:rsidRPr="00394C56" w14:paraId="2F64C55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C134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D474B"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“POR MEDIO DE LA CUAL SE CREA EL CERTIFICADO DE ZOOLIDARIDAD Y SE DICTAN OTRAS DISPOSICIONES”.   GACETA: 2150/25</w:t>
            </w:r>
          </w:p>
        </w:tc>
      </w:tr>
      <w:tr w:rsidR="00E60F76" w:rsidRPr="00394C56" w14:paraId="017088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F2695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BF782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H.R. ANÍBAL GUSTAVO HOYOS FRANCO</w:t>
            </w:r>
          </w:p>
        </w:tc>
      </w:tr>
      <w:tr w:rsidR="00E60F76" w:rsidRPr="00394C56" w14:paraId="22ACCC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524AEF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590F4C"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ESMERALDA HERNÁNDEZ SILVA</w:t>
            </w:r>
          </w:p>
        </w:tc>
      </w:tr>
    </w:tbl>
    <w:p w14:paraId="7BA7DAE7" w14:textId="77777777" w:rsidR="003C3390" w:rsidRDefault="003C3390">
      <w:pPr>
        <w:jc w:val="cente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ABAA703" w14:textId="77777777">
        <w:tc>
          <w:tcPr>
            <w:tcW w:w="3002" w:type="dxa"/>
            <w:tcBorders>
              <w:top w:val="single" w:sz="24" w:space="0" w:color="000000"/>
              <w:bottom w:val="single" w:sz="4" w:space="0" w:color="000000"/>
            </w:tcBorders>
            <w:vAlign w:val="center"/>
          </w:tcPr>
          <w:p w14:paraId="2966B1D4"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0" w:name="_heading=h.ow2nddr8bikc" w:colFirst="0" w:colLast="0"/>
            <w:bookmarkEnd w:id="4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3C0E91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197 DE 2025 SENADO </w:t>
            </w:r>
          </w:p>
        </w:tc>
      </w:tr>
      <w:tr w:rsidR="00E60F76" w:rsidRPr="00394C56" w14:paraId="573D773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A61CDE"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E5760"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MEDIO DE LA CUAL LA NACIÓN Y EL CONGRESO DE LA</w:t>
            </w:r>
          </w:p>
          <w:p w14:paraId="2B5AD8D7"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   GACETA: 2178/25</w:t>
            </w:r>
          </w:p>
        </w:tc>
      </w:tr>
      <w:tr w:rsidR="00E60F76" w:rsidRPr="00394C56" w14:paraId="7015AAB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C133AE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C81D37"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H.R. MARY ANNE PERDOMO GUTIERREZ, ERMES EVELIO PETE VIVAS, CRISTOBAL CAICEDO ANGULO, JORGE HERNAN BASTIDAS ROSERO.</w:t>
            </w:r>
          </w:p>
        </w:tc>
      </w:tr>
      <w:tr w:rsidR="00E60F76" w:rsidRPr="00394C56" w14:paraId="04B28A3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42D8E5"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87757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JOSÉ LUIS PÉREZ OYUELA.</w:t>
            </w:r>
          </w:p>
        </w:tc>
      </w:tr>
    </w:tbl>
    <w:p w14:paraId="7F8B2F79"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BF3869" w14:textId="77777777">
        <w:tc>
          <w:tcPr>
            <w:tcW w:w="3002" w:type="dxa"/>
            <w:tcBorders>
              <w:top w:val="single" w:sz="24" w:space="0" w:color="000000"/>
              <w:bottom w:val="single" w:sz="4" w:space="0" w:color="000000"/>
            </w:tcBorders>
            <w:vAlign w:val="center"/>
          </w:tcPr>
          <w:p w14:paraId="0DCCA9AF"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1" w:name="_heading=h.g3uq518y6wp9" w:colFirst="0" w:colLast="0"/>
            <w:bookmarkStart w:id="42" w:name="_Hlk232506579"/>
            <w:bookmarkEnd w:id="4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965EC9"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392 DE 2025 SENADO – 390 DE 2024 CÁMARA</w:t>
            </w:r>
          </w:p>
        </w:tc>
      </w:tr>
      <w:tr w:rsidR="00E60F76" w:rsidRPr="00394C56" w14:paraId="2BFF8B0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E3E37F"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9B4053"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   GACETA: 2168/25</w:t>
            </w:r>
          </w:p>
        </w:tc>
      </w:tr>
      <w:tr w:rsidR="00E60F76" w:rsidRPr="00394C56" w14:paraId="287FC06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85E52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B435C5"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sz w:val="20"/>
                <w:szCs w:val="20"/>
                <w:lang w:val="es-CO" w:eastAsia="es-CO"/>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E60F76" w:rsidRPr="00394C56" w14:paraId="488B37F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04F06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086A59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GLORIA INÉS FLÓREZ SCHNEIDER.</w:t>
            </w:r>
          </w:p>
        </w:tc>
      </w:tr>
      <w:bookmarkEnd w:id="42"/>
    </w:tbl>
    <w:p w14:paraId="53D3288A"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CFA60" w14:textId="77777777">
        <w:tc>
          <w:tcPr>
            <w:tcW w:w="3002" w:type="dxa"/>
            <w:tcBorders>
              <w:top w:val="single" w:sz="24" w:space="0" w:color="000000"/>
              <w:bottom w:val="single" w:sz="4" w:space="0" w:color="000000"/>
            </w:tcBorders>
            <w:vAlign w:val="center"/>
          </w:tcPr>
          <w:p w14:paraId="66C70661"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3" w:name="_Hlk23197928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C4CA5AE"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124 DE 2025 SENADO </w:t>
            </w:r>
          </w:p>
        </w:tc>
      </w:tr>
      <w:tr w:rsidR="00E60F76" w:rsidRPr="00394C56" w14:paraId="238723F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DF99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7CB8A0"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MEDIO DE LA CUAL SE DECLARA EL TURBANTE Y SUS</w:t>
            </w:r>
          </w:p>
          <w:p w14:paraId="02C39065"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SABERES ASOCIADOS COMO PATRIMONIO CULTURAL INMATERIAL DE LA NACIÓN Y SE DICTAN OTRAS DISPOSICIONES”.   GACETA: 2185/25</w:t>
            </w:r>
          </w:p>
        </w:tc>
      </w:tr>
      <w:tr w:rsidR="00E60F76" w:rsidRPr="00394C56" w14:paraId="3AE0F4D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7CB50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53A5BCF"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NORMA HURTADO SÁNCHEZ, H.R. ASTRID SÁNCHEZ MONTES DE OCA, ANA ROGELIA MONSALVE ÁLVAREZ, CRISTOBAL CAICEDO ANGULO.</w:t>
            </w:r>
          </w:p>
        </w:tc>
      </w:tr>
      <w:tr w:rsidR="00E60F76" w:rsidRPr="00394C56" w14:paraId="0CE8344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1E5B8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EAA78C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JULIO ALBERTO ELIAS VIDAL</w:t>
            </w:r>
          </w:p>
        </w:tc>
      </w:tr>
      <w:bookmarkEnd w:id="43"/>
    </w:tbl>
    <w:p w14:paraId="1F8D74C0"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ED89850" w14:textId="77777777">
        <w:tc>
          <w:tcPr>
            <w:tcW w:w="3002" w:type="dxa"/>
            <w:tcBorders>
              <w:top w:val="single" w:sz="24" w:space="0" w:color="000000"/>
              <w:bottom w:val="single" w:sz="4" w:space="0" w:color="000000"/>
            </w:tcBorders>
            <w:vAlign w:val="center"/>
          </w:tcPr>
          <w:p w14:paraId="10C4B548"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4" w:name="_heading=h.mnkdc5z0haqh" w:colFirst="0" w:colLast="0"/>
            <w:bookmarkEnd w:id="44"/>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6B423A"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119 DE 2025 SENADO </w:t>
            </w:r>
          </w:p>
        </w:tc>
      </w:tr>
      <w:tr w:rsidR="00E60F76" w:rsidRPr="00394C56" w14:paraId="267E00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582ED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090E7F"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MEDIO DE LA CUAL SE MODIFICA LA LEY 142 DE 1994, PARA ELIMINAR EL COBRO POR CONCEPTO DE RECONEXIÓN DE LOS SERVICIOS PÚBLICOS DOMICILIARIOS RESIDENCIALES, Y SE DICTAN OTRAS DISPOSICIONES”.   GACETA: 2193/25</w:t>
            </w:r>
          </w:p>
        </w:tc>
      </w:tr>
      <w:tr w:rsidR="00E60F76" w:rsidRPr="00394C56" w14:paraId="084724E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EC749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C40AD5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JAIRO ALBERTO CASTELLANOS SERRANO, H.R. WILMER CASTELLANOS HERNÁNDEZ.</w:t>
            </w:r>
          </w:p>
        </w:tc>
      </w:tr>
      <w:tr w:rsidR="00E60F76" w:rsidRPr="00394C56" w14:paraId="50911E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5F3EE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FC27D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GUSTAVO ADOLFO MORENO HURTADO</w:t>
            </w:r>
          </w:p>
        </w:tc>
      </w:tr>
    </w:tbl>
    <w:p w14:paraId="44314D7E"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394C56" w14:paraId="189E9ED5" w14:textId="77777777" w:rsidTr="002B1C6C">
        <w:tc>
          <w:tcPr>
            <w:tcW w:w="3002" w:type="dxa"/>
            <w:tcBorders>
              <w:top w:val="single" w:sz="24" w:space="0" w:color="000000"/>
              <w:bottom w:val="single" w:sz="4" w:space="0" w:color="000000"/>
            </w:tcBorders>
            <w:vAlign w:val="center"/>
          </w:tcPr>
          <w:p w14:paraId="7390AFE4" w14:textId="77777777" w:rsidR="00394C56" w:rsidRDefault="00394C56">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5" w:name="_heading=h.lk01b024li8g" w:colFirst="0" w:colLast="0"/>
            <w:bookmarkStart w:id="46" w:name="_heading=h.dm8x4217lpz5" w:colFirst="0" w:colLast="0"/>
            <w:bookmarkEnd w:id="45"/>
            <w:bookmarkEnd w:id="4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0B8B258" w14:textId="77777777" w:rsidR="00394C56" w:rsidRDefault="00394C56" w:rsidP="002B1C6C">
            <w:pPr>
              <w:ind w:left="360"/>
              <w:jc w:val="center"/>
              <w:rPr>
                <w:rFonts w:ascii="Calibri" w:eastAsia="Calibri" w:hAnsi="Calibri" w:cs="Calibri"/>
                <w:b/>
                <w:bCs/>
                <w:sz w:val="24"/>
                <w:szCs w:val="24"/>
              </w:rPr>
            </w:pPr>
            <w:r>
              <w:rPr>
                <w:rFonts w:ascii="Calibri" w:eastAsia="Calibri" w:hAnsi="Calibri" w:cs="Calibri"/>
                <w:b/>
                <w:bCs/>
                <w:sz w:val="24"/>
                <w:szCs w:val="24"/>
              </w:rPr>
              <w:t>PL.N. 137 DE 2025 SENADO – 494 DE 2025 CÁMARA</w:t>
            </w:r>
          </w:p>
        </w:tc>
      </w:tr>
      <w:tr w:rsidR="00394C56" w:rsidRPr="00394C56" w14:paraId="1DB1D461" w14:textId="77777777" w:rsidTr="002B1C6C">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400216" w14:textId="77777777" w:rsidR="00394C56"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9CBC03" w14:textId="77777777" w:rsidR="00394C56" w:rsidRPr="00394C56" w:rsidRDefault="00394C56"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 xml:space="preserve">“POR MEDIO DE LA CUAL LA NACION SE ASOCIA PARA RENDIR PÚBLICO HOMENAJE AL MUNICIPIO DE POLONUEVO EN EL DEPARTAMENTO DEL ATLÁNTICO, EXALTANDO Y RECONOCIENDO SU RIQUEZA CULTURALY GASTRONÓMICA Y SE DICTAN OTRAS DISPOSICIONES”.   </w:t>
            </w:r>
          </w:p>
          <w:p w14:paraId="19E5BDDF" w14:textId="77777777" w:rsidR="00394C56" w:rsidRPr="00394C56" w:rsidRDefault="00394C56"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GACETA: 2194/25</w:t>
            </w:r>
          </w:p>
        </w:tc>
      </w:tr>
      <w:tr w:rsidR="00394C56" w:rsidRPr="00394C56" w14:paraId="4DCCABEB" w14:textId="77777777" w:rsidTr="002B1C6C">
        <w:tc>
          <w:tcPr>
            <w:tcW w:w="3002" w:type="dxa"/>
            <w:tcBorders>
              <w:top w:val="single" w:sz="4" w:space="0" w:color="000000"/>
              <w:left w:val="single" w:sz="4" w:space="0" w:color="000000"/>
              <w:bottom w:val="single" w:sz="4" w:space="0" w:color="000000"/>
              <w:right w:val="single" w:sz="4" w:space="0" w:color="000000"/>
            </w:tcBorders>
            <w:vAlign w:val="center"/>
          </w:tcPr>
          <w:p w14:paraId="4A2D41D6" w14:textId="77777777" w:rsidR="00394C56"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5439C36" w14:textId="77777777" w:rsidR="00394C56"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MAURICIO GÓMEZ AMÍN H.</w:t>
            </w:r>
            <w:proofErr w:type="gramStart"/>
            <w:r w:rsidRPr="00394C56">
              <w:rPr>
                <w:rFonts w:ascii="Calibri" w:eastAsia="Calibri" w:hAnsi="Calibri" w:cs="Calibri"/>
                <w:lang w:val="es-CO" w:eastAsia="es-CO"/>
              </w:rPr>
              <w:t>R.GERSEL</w:t>
            </w:r>
            <w:proofErr w:type="gramEnd"/>
            <w:r w:rsidRPr="00394C56">
              <w:rPr>
                <w:rFonts w:ascii="Calibri" w:eastAsia="Calibri" w:hAnsi="Calibri" w:cs="Calibri"/>
                <w:lang w:val="es-CO" w:eastAsia="es-CO"/>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394C56" w:rsidRPr="00394C56" w14:paraId="76272E04" w14:textId="77777777" w:rsidTr="002B1C6C">
        <w:tc>
          <w:tcPr>
            <w:tcW w:w="3002" w:type="dxa"/>
            <w:tcBorders>
              <w:top w:val="single" w:sz="4" w:space="0" w:color="000000"/>
              <w:left w:val="single" w:sz="4" w:space="0" w:color="000000"/>
              <w:bottom w:val="single" w:sz="4" w:space="0" w:color="000000"/>
              <w:right w:val="single" w:sz="4" w:space="0" w:color="000000"/>
            </w:tcBorders>
            <w:vAlign w:val="center"/>
          </w:tcPr>
          <w:p w14:paraId="3FEC2A37" w14:textId="77777777" w:rsidR="00394C56"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1C63A2" w14:textId="77777777" w:rsidR="00394C56" w:rsidRPr="00394C56" w:rsidRDefault="00394C56"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PAOLA HOLGUÍN MORENO.</w:t>
            </w:r>
          </w:p>
        </w:tc>
      </w:tr>
    </w:tbl>
    <w:p w14:paraId="773CD3A7" w14:textId="77777777" w:rsidR="00394C56" w:rsidRDefault="00394C56">
      <w:pPr>
        <w:tabs>
          <w:tab w:val="left" w:pos="4890"/>
        </w:tabs>
        <w:jc w:val="center"/>
        <w:rPr>
          <w:rFonts w:ascii="Calibri" w:eastAsia="Calibri" w:hAnsi="Calibri" w:cs="Calibri"/>
          <w:b/>
          <w:bCs/>
          <w:sz w:val="20"/>
          <w:szCs w:val="20"/>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D708E4E" w14:textId="77777777">
        <w:tc>
          <w:tcPr>
            <w:tcW w:w="3002" w:type="dxa"/>
            <w:tcBorders>
              <w:top w:val="single" w:sz="24" w:space="0" w:color="000000"/>
              <w:bottom w:val="single" w:sz="4" w:space="0" w:color="000000"/>
            </w:tcBorders>
            <w:vAlign w:val="center"/>
          </w:tcPr>
          <w:p w14:paraId="39D34A37"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7" w:name="_heading=h.gw9v1vbl66w6" w:colFirst="0" w:colLast="0"/>
            <w:bookmarkEnd w:id="4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9D2F792"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PAL.N. 005 DE 2025 SENADO </w:t>
            </w:r>
          </w:p>
        </w:tc>
      </w:tr>
      <w:tr w:rsidR="00E60F76" w:rsidRPr="00394C56" w14:paraId="3150A4E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10205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5EDCFC" w14:textId="4E7A8E5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EL CUAL SE INCLUYE EL ARTÍCULO 11-A DENTRO DEL CAPÍTULO I DEL TÍTULO II DE LA CONSTITUCIÓN POLÍTICA”.  GACETA: 2244/25</w:t>
            </w:r>
          </w:p>
        </w:tc>
      </w:tr>
      <w:tr w:rsidR="00E60F76" w:rsidRPr="00394C56" w14:paraId="2FA210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DD25D5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53103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 xml:space="preserve">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w:t>
            </w:r>
            <w:proofErr w:type="spellStart"/>
            <w:r w:rsidRPr="00394C56">
              <w:rPr>
                <w:rFonts w:ascii="Calibri" w:eastAsia="Calibri" w:hAnsi="Calibri" w:cs="Calibri"/>
                <w:lang w:val="es-CO" w:eastAsia="es-CO"/>
              </w:rPr>
              <w:t>OSPINA</w:t>
            </w:r>
            <w:proofErr w:type="spellEnd"/>
            <w:r w:rsidRPr="00394C56">
              <w:rPr>
                <w:rFonts w:ascii="Calibri" w:eastAsia="Calibri" w:hAnsi="Calibri" w:cs="Calibri"/>
                <w:lang w:val="es-CO" w:eastAsia="es-CO"/>
              </w:rPr>
              <w:t>,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E60F76" w:rsidRPr="00394C56" w14:paraId="3AE481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6E6E1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8246D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ARIEL FERNANDO AVILA MARTINEZ</w:t>
            </w:r>
          </w:p>
        </w:tc>
      </w:tr>
    </w:tbl>
    <w:p w14:paraId="28676D0A"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DF6BC89" w14:textId="77777777">
        <w:tc>
          <w:tcPr>
            <w:tcW w:w="3002" w:type="dxa"/>
            <w:tcBorders>
              <w:top w:val="single" w:sz="24" w:space="0" w:color="000000"/>
              <w:bottom w:val="single" w:sz="4" w:space="0" w:color="000000"/>
            </w:tcBorders>
            <w:vAlign w:val="center"/>
          </w:tcPr>
          <w:p w14:paraId="23411817"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48" w:name="_heading=h.hmzwzsll2shx" w:colFirst="0" w:colLast="0"/>
            <w:bookmarkStart w:id="49" w:name="_Hlk231978563"/>
            <w:bookmarkEnd w:id="4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45F5E3"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153 DE 2025 SENADO – 195 DE 2024 CÁMARA</w:t>
            </w:r>
          </w:p>
        </w:tc>
      </w:tr>
      <w:tr w:rsidR="00E60F76" w:rsidRPr="00394C56" w14:paraId="6572E9D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ABC10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188A00"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“POR EL CUAL SE LE DETERMINA UN RÉGIMEN ESPECIAL A LOS INSTITUTOS DE FOMENTO Y DESARROLLO -INFIS-”.  GACETA: 2250/25</w:t>
            </w:r>
          </w:p>
        </w:tc>
      </w:tr>
      <w:tr w:rsidR="00E60F76" w:rsidRPr="00394C56" w14:paraId="34D5EE2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8257D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76FBDED"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H.S. 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E60F76" w:rsidRPr="00394C56" w14:paraId="47EB2B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E1D81AB"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D04458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JAIRO ALBERTO CASTELLANOS SERRANO.JULIO CESAR ESTRADA</w:t>
            </w:r>
          </w:p>
        </w:tc>
      </w:tr>
      <w:bookmarkEnd w:id="49"/>
    </w:tbl>
    <w:p w14:paraId="7F801F28"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88817E5" w14:textId="77777777">
        <w:tc>
          <w:tcPr>
            <w:tcW w:w="3002" w:type="dxa"/>
            <w:tcBorders>
              <w:top w:val="single" w:sz="24" w:space="0" w:color="000000"/>
              <w:bottom w:val="single" w:sz="4" w:space="0" w:color="000000"/>
            </w:tcBorders>
            <w:vAlign w:val="center"/>
          </w:tcPr>
          <w:p w14:paraId="4A865B01"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0" w:name="_Hlk232505925"/>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1F5E1CEB"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251 DE 2025 SENADO </w:t>
            </w:r>
          </w:p>
        </w:tc>
      </w:tr>
      <w:tr w:rsidR="00E60F76" w:rsidRPr="00394C56" w14:paraId="450C0C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0992B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4D7CB9" w14:textId="77777777" w:rsidR="003C3390" w:rsidRPr="00394C56" w:rsidRDefault="00000000" w:rsidP="00394C56">
            <w:pPr>
              <w:spacing w:after="0" w:line="240" w:lineRule="auto"/>
              <w:ind w:left="-156"/>
              <w:jc w:val="center"/>
              <w:rPr>
                <w:rFonts w:ascii="Calibri" w:eastAsia="Calibri" w:hAnsi="Calibri" w:cs="Calibri"/>
                <w:lang w:val="es-CO" w:eastAsia="es-CO"/>
              </w:rPr>
            </w:pPr>
            <w:r w:rsidRPr="00394C56">
              <w:rPr>
                <w:rFonts w:ascii="Calibri" w:eastAsia="Calibri" w:hAnsi="Calibri" w:cs="Calibri"/>
                <w:lang w:val="es-CO" w:eastAsia="es-CO"/>
              </w:rPr>
              <w:t xml:space="preserve">“POR MEDIO DE LA CUAL EL CONGRESO DE LA REPÚBLICA DE COLOMBIA RINDE HOMENAJE AL CONCEJO DE MEDELLÍN EN EL MARCO DE LA CONMEMORACIÓN DE SUS 350 AÑOS DE EXISTENCIA”.    </w:t>
            </w:r>
          </w:p>
          <w:p w14:paraId="31B698AE"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GACETA: 2300/25</w:t>
            </w:r>
          </w:p>
        </w:tc>
      </w:tr>
      <w:tr w:rsidR="00E60F76" w:rsidRPr="00394C56" w14:paraId="048279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36209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98D159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NICOLÁS ALBEIRO ECHEVERRY ALVARAN</w:t>
            </w:r>
          </w:p>
        </w:tc>
      </w:tr>
      <w:tr w:rsidR="00E60F76" w:rsidRPr="00394C56" w14:paraId="5217D3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70ABF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980ED2E"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OSCAR MAURICIO GIRALDO, PAOLA HOLGUÍN MORENO Y NICOLÁS ECHEVERRY ALVARÁN</w:t>
            </w:r>
          </w:p>
        </w:tc>
      </w:tr>
      <w:bookmarkEnd w:id="50"/>
    </w:tbl>
    <w:p w14:paraId="15AE5A93" w14:textId="77777777" w:rsidR="003C3390" w:rsidRDefault="003C3390">
      <w:pPr>
        <w:widowControl w:val="0"/>
        <w:pBdr>
          <w:top w:val="nil"/>
          <w:left w:val="nil"/>
          <w:bottom w:val="nil"/>
          <w:right w:val="nil"/>
          <w:between w:val="nil"/>
        </w:pBdr>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54A30E" w14:textId="77777777">
        <w:tc>
          <w:tcPr>
            <w:tcW w:w="3002" w:type="dxa"/>
            <w:tcBorders>
              <w:top w:val="single" w:sz="24" w:space="0" w:color="000000"/>
              <w:bottom w:val="single" w:sz="4" w:space="0" w:color="000000"/>
            </w:tcBorders>
            <w:vAlign w:val="center"/>
          </w:tcPr>
          <w:p w14:paraId="5CD56B27"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1" w:name="_heading=h.c4diom1h61n3" w:colFirst="0" w:colLast="0"/>
            <w:bookmarkStart w:id="52" w:name="_Hlk232505440"/>
            <w:bookmarkEnd w:id="5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7CA864"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074 DE 2025 SENADO </w:t>
            </w:r>
          </w:p>
        </w:tc>
      </w:tr>
      <w:tr w:rsidR="00E60F76" w:rsidRPr="00394C56" w14:paraId="2F1744C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FFEF55"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8D76E6"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LA CUAL SE CREA EL REGISTRO E IDENTIFICACION DE USUARIOS FINALES DE TARJETAS SIM Y E-SIM O LA TECNOLOGÍA QUE LAS REEMPLACE Y SE DICTAN OTRAS DISPOSICIONES”.  GACETA: 2336/25</w:t>
            </w:r>
          </w:p>
        </w:tc>
      </w:tr>
      <w:tr w:rsidR="00E60F76" w:rsidRPr="00394C56" w14:paraId="56DC5A5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B54282"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6C53704"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ARIEL AVILA MARTÍNEZ, GUSTAVO MORENO HURTADO</w:t>
            </w:r>
          </w:p>
        </w:tc>
      </w:tr>
      <w:tr w:rsidR="00E60F76" w:rsidRPr="00394C56" w14:paraId="3D2BA5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83675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21F7DD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GUSTAVO ADOLFO MORENO HURTADO</w:t>
            </w:r>
          </w:p>
        </w:tc>
      </w:tr>
      <w:bookmarkEnd w:id="52"/>
    </w:tbl>
    <w:p w14:paraId="702B5F10"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58C31FB" w14:textId="77777777">
        <w:tc>
          <w:tcPr>
            <w:tcW w:w="3002" w:type="dxa"/>
            <w:tcBorders>
              <w:top w:val="single" w:sz="24" w:space="0" w:color="000000"/>
              <w:bottom w:val="single" w:sz="4" w:space="0" w:color="000000"/>
            </w:tcBorders>
            <w:vAlign w:val="center"/>
          </w:tcPr>
          <w:p w14:paraId="4AEAE844"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3" w:name="_Hlk22955794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0DD517F"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026 DE 2025 SENADO </w:t>
            </w:r>
          </w:p>
        </w:tc>
      </w:tr>
      <w:tr w:rsidR="00E60F76" w:rsidRPr="00394C56" w14:paraId="534ED80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66308A"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610D7B"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MEDIO DE LA CUAL SE MODIFICA EL ARTÍCULO 17 DE LA LEY 99 DE 1993 EN PROCURA DE LA SOSTENIBILIDAD DEL SERVICIO PRESTADO POR EL INSTITUTO DE HIDROLOGÍA, METEOROLOGÍA Y ESTUDIOS AMBIENTALES – IDEAM”.   GACETA: 2338/25</w:t>
            </w:r>
          </w:p>
        </w:tc>
      </w:tr>
      <w:tr w:rsidR="00E60F76" w:rsidRPr="00394C56" w14:paraId="163562E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C1CB00"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9585A9"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ANGELICA LOZANO CORREA, INTI RAÚL ASPRILLA REYES, CARLOS ALBERTO BENAVIDES MORA, JULIO ALBERTO ELÍAS VIDAL, ANTONIO CORREA JIMÉNEZ, GUIDO ECHEVERRI PIEDRAHITA, LILIANA BENAVIDES MORA, LAURA FORTICH SÁNCHEZ, H.R. ELIECER SALAZAR LÓPEZ, JAMES MOSQUERA TORRES, YENICA ACOSTA INFANTE, OLGA VELÁSQUEZ NIETO, MARIA DEL MAR PIZARRO, LILIANA RODRÍGUEZ VALENCIA, GERSON MONTAÑO ARIZALA, JORGE ALEXANDER QUEVEDO, CARLOS ARDILA ESPINOSA.</w:t>
            </w:r>
          </w:p>
        </w:tc>
      </w:tr>
      <w:tr w:rsidR="00E60F76" w:rsidRPr="00394C56" w14:paraId="59F76F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1F64A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65FBE4"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b/>
                <w:bCs/>
                <w:lang w:val="es-CO" w:eastAsia="es-CO"/>
              </w:rPr>
              <w:t xml:space="preserve">COORDINADORAS PONENTES: </w:t>
            </w:r>
            <w:r w:rsidRPr="00394C56">
              <w:rPr>
                <w:rFonts w:ascii="Calibri" w:eastAsia="Calibri" w:hAnsi="Calibri" w:cs="Calibri"/>
                <w:lang w:val="es-CO" w:eastAsia="es-CO"/>
              </w:rPr>
              <w:t>H.S. LAURA ESTHER FORTICH, ANGELICA LOZANO CORREA.</w:t>
            </w:r>
          </w:p>
          <w:p w14:paraId="377D38C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b/>
                <w:bCs/>
                <w:lang w:val="es-CO" w:eastAsia="es-CO"/>
              </w:rPr>
              <w:t xml:space="preserve">PONENTES: </w:t>
            </w:r>
            <w:r w:rsidRPr="00394C56">
              <w:rPr>
                <w:rFonts w:ascii="Calibri" w:eastAsia="Calibri" w:hAnsi="Calibri" w:cs="Calibri"/>
                <w:lang w:val="es-CO" w:eastAsia="es-CO"/>
              </w:rPr>
              <w:t xml:space="preserve">CARLOS MARIO FARELO </w:t>
            </w:r>
            <w:proofErr w:type="gramStart"/>
            <w:r w:rsidRPr="00394C56">
              <w:rPr>
                <w:rFonts w:ascii="Calibri" w:eastAsia="Calibri" w:hAnsi="Calibri" w:cs="Calibri"/>
                <w:lang w:val="es-CO" w:eastAsia="es-CO"/>
              </w:rPr>
              <w:t>DAZA,PAULINO</w:t>
            </w:r>
            <w:proofErr w:type="gramEnd"/>
            <w:r w:rsidRPr="00394C56">
              <w:rPr>
                <w:rFonts w:ascii="Calibri" w:eastAsia="Calibri" w:hAnsi="Calibri" w:cs="Calibri"/>
                <w:lang w:val="es-CO" w:eastAsia="es-CO"/>
              </w:rPr>
              <w:t xml:space="preserve"> RIASCOS </w:t>
            </w:r>
            <w:proofErr w:type="gramStart"/>
            <w:r w:rsidRPr="00394C56">
              <w:rPr>
                <w:rFonts w:ascii="Calibri" w:eastAsia="Calibri" w:hAnsi="Calibri" w:cs="Calibri"/>
                <w:lang w:val="es-CO" w:eastAsia="es-CO"/>
              </w:rPr>
              <w:t>RIASCOS,RICHARD</w:t>
            </w:r>
            <w:proofErr w:type="gramEnd"/>
            <w:r w:rsidRPr="00394C56">
              <w:rPr>
                <w:rFonts w:ascii="Calibri" w:eastAsia="Calibri" w:hAnsi="Calibri" w:cs="Calibri"/>
                <w:lang w:val="es-CO" w:eastAsia="es-CO"/>
              </w:rPr>
              <w:t xml:space="preserve"> HUMBERTO </w:t>
            </w:r>
            <w:proofErr w:type="gramStart"/>
            <w:r w:rsidRPr="00394C56">
              <w:rPr>
                <w:rFonts w:ascii="Calibri" w:eastAsia="Calibri" w:hAnsi="Calibri" w:cs="Calibri"/>
                <w:lang w:val="es-CO" w:eastAsia="es-CO"/>
              </w:rPr>
              <w:t>FUELANTALA,JHON</w:t>
            </w:r>
            <w:proofErr w:type="gramEnd"/>
            <w:r w:rsidRPr="00394C56">
              <w:rPr>
                <w:rFonts w:ascii="Calibri" w:eastAsia="Calibri" w:hAnsi="Calibri" w:cs="Calibri"/>
                <w:lang w:val="es-CO" w:eastAsia="es-CO"/>
              </w:rPr>
              <w:t xml:space="preserve"> MOISES BASAILE </w:t>
            </w:r>
            <w:proofErr w:type="gramStart"/>
            <w:r w:rsidRPr="00394C56">
              <w:rPr>
                <w:rFonts w:ascii="Calibri" w:eastAsia="Calibri" w:hAnsi="Calibri" w:cs="Calibri"/>
                <w:lang w:val="es-CO" w:eastAsia="es-CO"/>
              </w:rPr>
              <w:t>FAYAD,DIELA</w:t>
            </w:r>
            <w:proofErr w:type="gramEnd"/>
            <w:r w:rsidRPr="00394C56">
              <w:rPr>
                <w:rFonts w:ascii="Calibri" w:eastAsia="Calibri" w:hAnsi="Calibri" w:cs="Calibri"/>
                <w:lang w:val="es-CO" w:eastAsia="es-CO"/>
              </w:rPr>
              <w:t xml:space="preserve"> LILIANA BENAVIDES </w:t>
            </w:r>
            <w:proofErr w:type="gramStart"/>
            <w:r w:rsidRPr="00394C56">
              <w:rPr>
                <w:rFonts w:ascii="Calibri" w:eastAsia="Calibri" w:hAnsi="Calibri" w:cs="Calibri"/>
                <w:lang w:val="es-CO" w:eastAsia="es-CO"/>
              </w:rPr>
              <w:t>SOLARTE,AIDA</w:t>
            </w:r>
            <w:proofErr w:type="gramEnd"/>
            <w:r w:rsidRPr="00394C56">
              <w:rPr>
                <w:rFonts w:ascii="Calibri" w:eastAsia="Calibri" w:hAnsi="Calibri" w:cs="Calibri"/>
                <w:lang w:val="es-CO" w:eastAsia="es-CO"/>
              </w:rPr>
              <w:t xml:space="preserve"> YOLANDA AVELLA ESQUIVEL.</w:t>
            </w:r>
          </w:p>
        </w:tc>
      </w:tr>
      <w:bookmarkEnd w:id="53"/>
    </w:tbl>
    <w:p w14:paraId="363323BB"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E620E73" w14:textId="77777777">
        <w:tc>
          <w:tcPr>
            <w:tcW w:w="3002" w:type="dxa"/>
            <w:tcBorders>
              <w:top w:val="single" w:sz="24" w:space="0" w:color="000000"/>
              <w:bottom w:val="single" w:sz="4" w:space="0" w:color="000000"/>
            </w:tcBorders>
            <w:vAlign w:val="center"/>
          </w:tcPr>
          <w:p w14:paraId="62EE7F6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9A23F3"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249 DE 2025 SENADO </w:t>
            </w:r>
          </w:p>
        </w:tc>
      </w:tr>
      <w:tr w:rsidR="00E60F76" w:rsidRPr="00394C56" w14:paraId="1D2FD16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D11E48"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837518"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MEDIO DE LA CUAL SE RECONOCE A LA FERIA DE CALI, A LA SALSA CALEÑA Y LAS EXPRESIONES SALSERAS Y CULTURALES DEL BULEVAR DEL RIO COMO PATRIMONIO CULTURAL DE LA NACIÓN Y SE DICTAN OTRAS DISPOSICIONES”.   GACETA: 2339/25</w:t>
            </w:r>
          </w:p>
        </w:tc>
      </w:tr>
      <w:tr w:rsidR="00E60F76" w:rsidRPr="00394C56" w14:paraId="7152D8E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80C198"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8FBD02"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MARIA FERNANDA CABAL MOLINA</w:t>
            </w:r>
          </w:p>
        </w:tc>
      </w:tr>
      <w:tr w:rsidR="00E60F76" w:rsidRPr="00394C56" w14:paraId="3BBD9AA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590F2F"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A84720"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ESTEBAN QUINTERO CARDONA</w:t>
            </w:r>
          </w:p>
        </w:tc>
      </w:tr>
    </w:tbl>
    <w:p w14:paraId="5A43557E" w14:textId="77777777" w:rsidR="003C3390" w:rsidRDefault="003C3390">
      <w:pPr>
        <w:tabs>
          <w:tab w:val="left" w:pos="489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C386471" w14:textId="77777777">
        <w:tc>
          <w:tcPr>
            <w:tcW w:w="3002" w:type="dxa"/>
            <w:tcBorders>
              <w:top w:val="single" w:sz="24" w:space="0" w:color="000000"/>
              <w:bottom w:val="single" w:sz="4" w:space="0" w:color="000000"/>
            </w:tcBorders>
            <w:vAlign w:val="center"/>
          </w:tcPr>
          <w:p w14:paraId="1D785A3E"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D2AC0EF"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039 DE 2025 SENADO </w:t>
            </w:r>
          </w:p>
        </w:tc>
      </w:tr>
      <w:tr w:rsidR="00E60F76" w:rsidRPr="00394C56" w14:paraId="06FC203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72382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E1796E"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MEDIO DE LA CUAL SE INCENTIVA EL RECICLAJE DE MADERA Y SE DICTAN OTRAS DISPOSICIONES”.   GACETA: 2365/25</w:t>
            </w:r>
          </w:p>
        </w:tc>
      </w:tr>
      <w:tr w:rsidR="00E60F76" w:rsidRPr="00394C56" w14:paraId="052FE67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16DB59B"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DCAEEF"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JAIRO ALBERTO CASTELLANOS SERRANO, INTI RAÚL ASPRILLA REYES.</w:t>
            </w:r>
          </w:p>
        </w:tc>
      </w:tr>
      <w:tr w:rsidR="00E60F76" w:rsidRPr="00394C56" w14:paraId="79B38E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A8017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4D4DEE"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INTI RAÚL ASPRILLA REYES, EDGAR JESÚS DÍAZ CONTRERAS.</w:t>
            </w:r>
          </w:p>
        </w:tc>
      </w:tr>
    </w:tbl>
    <w:p w14:paraId="35D99AFB" w14:textId="77777777" w:rsidR="003C3390" w:rsidRDefault="003C3390">
      <w:pPr>
        <w:tabs>
          <w:tab w:val="left" w:pos="4890"/>
        </w:tabs>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761090D" w14:textId="77777777">
        <w:tc>
          <w:tcPr>
            <w:tcW w:w="3002" w:type="dxa"/>
            <w:tcBorders>
              <w:top w:val="single" w:sz="24" w:space="0" w:color="000000"/>
              <w:bottom w:val="single" w:sz="4" w:space="0" w:color="000000"/>
            </w:tcBorders>
            <w:vAlign w:val="center"/>
          </w:tcPr>
          <w:p w14:paraId="10725655"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4" w:name="_Hlk231978844"/>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D66AF55"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133 DE 2025 SENADO – 315 DE 2024 CÁMARA</w:t>
            </w:r>
          </w:p>
        </w:tc>
      </w:tr>
      <w:tr w:rsidR="00E60F76" w:rsidRPr="00394C56" w14:paraId="385A33C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A501E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46CE03"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“POR LA CUAL SE DECLARA COMO PATRIMONIO CULTURAL DE LA NACIÓN EL FESTIVAL “PIROTÉCNICO, ARTÍSTICO Y CULTURAL” O “FESTIVAL DE LUCES” DE GUATEQUE EN EL DEPARTAMENTO DE </w:t>
            </w:r>
            <w:proofErr w:type="gramStart"/>
            <w:r w:rsidRPr="00394C56">
              <w:rPr>
                <w:rFonts w:ascii="Calibri" w:eastAsia="Calibri" w:hAnsi="Calibri" w:cs="Calibri"/>
                <w:lang w:val="es-CO" w:eastAsia="es-CO"/>
              </w:rPr>
              <w:t xml:space="preserve">BOYACÁ”   </w:t>
            </w:r>
            <w:proofErr w:type="gramEnd"/>
            <w:r w:rsidRPr="00394C56">
              <w:rPr>
                <w:rFonts w:ascii="Calibri" w:eastAsia="Calibri" w:hAnsi="Calibri" w:cs="Calibri"/>
                <w:lang w:val="es-CO" w:eastAsia="es-CO"/>
              </w:rPr>
              <w:t>GACETA: 128/26</w:t>
            </w:r>
          </w:p>
        </w:tc>
      </w:tr>
      <w:tr w:rsidR="00E60F76" w:rsidRPr="00394C56" w14:paraId="3376580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819908"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1D8C124"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H.R.  HÉCTOR DAVID CHAPARRO </w:t>
            </w:r>
            <w:proofErr w:type="spellStart"/>
            <w:r w:rsidRPr="00394C56">
              <w:rPr>
                <w:rFonts w:ascii="Calibri" w:eastAsia="Calibri" w:hAnsi="Calibri" w:cs="Calibri"/>
                <w:lang w:val="es-CO" w:eastAsia="es-CO"/>
              </w:rPr>
              <w:t>CHAPARRO</w:t>
            </w:r>
            <w:proofErr w:type="spellEnd"/>
          </w:p>
        </w:tc>
      </w:tr>
      <w:tr w:rsidR="00E60F76" w:rsidRPr="00394C56" w14:paraId="6A7D54A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1B9EC4"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A6B512"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 xml:space="preserve">H.S. SOLEDAD TAMAYO </w:t>
            </w:r>
            <w:proofErr w:type="spellStart"/>
            <w:r w:rsidRPr="00394C56">
              <w:rPr>
                <w:rFonts w:ascii="Calibri" w:eastAsia="Calibri" w:hAnsi="Calibri" w:cs="Calibri"/>
                <w:lang w:val="es-CO" w:eastAsia="es-CO"/>
              </w:rPr>
              <w:t>TAMAYO</w:t>
            </w:r>
            <w:proofErr w:type="spellEnd"/>
          </w:p>
        </w:tc>
      </w:tr>
      <w:bookmarkEnd w:id="54"/>
    </w:tbl>
    <w:p w14:paraId="664B754C" w14:textId="77777777" w:rsidR="003C3390" w:rsidRDefault="003C3390">
      <w:pPr>
        <w:tabs>
          <w:tab w:val="left" w:pos="4890"/>
        </w:tabs>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2541CAE" w14:textId="77777777">
        <w:tc>
          <w:tcPr>
            <w:tcW w:w="3002" w:type="dxa"/>
            <w:tcBorders>
              <w:top w:val="single" w:sz="24" w:space="0" w:color="000000"/>
              <w:bottom w:val="single" w:sz="4" w:space="0" w:color="000000"/>
            </w:tcBorders>
            <w:vAlign w:val="center"/>
          </w:tcPr>
          <w:p w14:paraId="5D640A6D"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1F0EA29"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166 DE 2025 SENADO </w:t>
            </w:r>
          </w:p>
        </w:tc>
      </w:tr>
      <w:tr w:rsidR="00E60F76" w:rsidRPr="00394C56" w14:paraId="21BE965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D2DBC"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35C8"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“POR MEDIO DE LA CUAL SE DECLARA LA SEMANA NACIONAL DE LA</w:t>
            </w:r>
          </w:p>
          <w:p w14:paraId="6B8BDAC6"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MÚSICA EN COLOMBIA “SUENA MI TIERRA” COMO UNA CELEBRACIÓN DE LAS EXPRESIONES CULTURALES, LA PARTICIPACIÓN CIUDADANA, LA DEMOCRATIZACIÓN DEL ACCESO A LA CULTURA, ASÍ COMO UN ESPACIO DE CELEBRACIÓN, CREATIVIDAD Y ENCUENTRO, Y SE DICTAN OTRAS</w:t>
            </w:r>
          </w:p>
          <w:p w14:paraId="6F54C2B5"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DISPOSICIONES”.   GACETA: 129/26</w:t>
            </w:r>
          </w:p>
        </w:tc>
      </w:tr>
      <w:tr w:rsidR="00E60F76" w:rsidRPr="00394C56" w14:paraId="181405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9B23F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5BF545C"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 xml:space="preserve">H.R.  SOLEDAD TAMAYO </w:t>
            </w:r>
            <w:proofErr w:type="spellStart"/>
            <w:r w:rsidRPr="00394C56">
              <w:rPr>
                <w:rFonts w:ascii="Calibri" w:eastAsia="Calibri" w:hAnsi="Calibri" w:cs="Calibri"/>
                <w:lang w:val="es-CO" w:eastAsia="es-CO"/>
              </w:rPr>
              <w:t>TAMAYO</w:t>
            </w:r>
            <w:proofErr w:type="spellEnd"/>
          </w:p>
        </w:tc>
      </w:tr>
      <w:tr w:rsidR="00E60F76" w:rsidRPr="00394C56" w14:paraId="41525CA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3258135"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DAB4AE"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 xml:space="preserve">H.S. SOLEDAD TAMAYO </w:t>
            </w:r>
            <w:proofErr w:type="spellStart"/>
            <w:r w:rsidRPr="00394C56">
              <w:rPr>
                <w:rFonts w:ascii="Calibri" w:eastAsia="Calibri" w:hAnsi="Calibri" w:cs="Calibri"/>
                <w:lang w:val="es-CO" w:eastAsia="es-CO"/>
              </w:rPr>
              <w:t>TAMAYO</w:t>
            </w:r>
            <w:proofErr w:type="spellEnd"/>
          </w:p>
        </w:tc>
      </w:tr>
    </w:tbl>
    <w:p w14:paraId="63A1E622" w14:textId="77777777" w:rsidR="003C3390" w:rsidRDefault="003C3390">
      <w:pPr>
        <w:tabs>
          <w:tab w:val="left" w:pos="4890"/>
        </w:tabs>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D70C8B" w14:textId="77777777">
        <w:tc>
          <w:tcPr>
            <w:tcW w:w="3002" w:type="dxa"/>
            <w:tcBorders>
              <w:top w:val="single" w:sz="24" w:space="0" w:color="000000"/>
              <w:bottom w:val="single" w:sz="4" w:space="0" w:color="000000"/>
            </w:tcBorders>
            <w:vAlign w:val="center"/>
          </w:tcPr>
          <w:p w14:paraId="55068848" w14:textId="77777777" w:rsidR="003C3390" w:rsidRDefault="00000000">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5" w:name="_Hlk23250561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6A71B81"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129 DE 2025 SENADO – 181 DE 2024 CÁMARA</w:t>
            </w:r>
          </w:p>
        </w:tc>
      </w:tr>
      <w:tr w:rsidR="00E60F76" w:rsidRPr="00394C56" w14:paraId="77C59B7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08DA87"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B4696D"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“POR MEDIO DEL CUAL SE RECONOCE COMO PATRIMONIO CULTURAL INMATERIAL DE LA NACIÓN LOS CONOCIMIENTOS, TÉCNICAS,</w:t>
            </w:r>
          </w:p>
          <w:p w14:paraId="663D4227"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PRÁCTICAS Y REPRESENTACIÓN CULINARIA TRADICIONAL DE LA GARULLA</w:t>
            </w:r>
          </w:p>
          <w:p w14:paraId="571FBDEA"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SOACHUNA Y SE DICTAN OTRAS DISPOSICIONES”.  GACETA: 168/26</w:t>
            </w:r>
          </w:p>
        </w:tc>
      </w:tr>
      <w:tr w:rsidR="00E60F76" w:rsidRPr="00394C56" w14:paraId="60CD9B9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EAF04F"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A12081A"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H.R. LEIDER ALEXANDRA VÁSQUEZ OCHOA</w:t>
            </w:r>
          </w:p>
        </w:tc>
      </w:tr>
      <w:tr w:rsidR="00E60F76" w:rsidRPr="00394C56" w14:paraId="2F8CA8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D7015E"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5C433F"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H.S. SANDRA RAMIREZ LOBO SILVA</w:t>
            </w:r>
          </w:p>
        </w:tc>
      </w:tr>
      <w:bookmarkEnd w:id="55"/>
    </w:tbl>
    <w:p w14:paraId="3AB7914F" w14:textId="77777777" w:rsidR="000F4AF3" w:rsidRPr="001F1F2F" w:rsidRDefault="000F4AF3">
      <w:pPr>
        <w:tabs>
          <w:tab w:val="left" w:pos="4890"/>
        </w:tabs>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DD5D8" w14:textId="77777777">
        <w:tc>
          <w:tcPr>
            <w:tcW w:w="3002" w:type="dxa"/>
            <w:tcBorders>
              <w:top w:val="single" w:sz="24" w:space="0" w:color="000000"/>
              <w:bottom w:val="single" w:sz="4" w:space="0" w:color="000000"/>
            </w:tcBorders>
            <w:vAlign w:val="center"/>
          </w:tcPr>
          <w:p w14:paraId="614E26C1" w14:textId="75ACE204" w:rsidR="003C3390" w:rsidRPr="0044491F" w:rsidRDefault="00000000"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44491F">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0E31B1C7"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322 DE 2025 SENADO – 107 DE 2025 CÁMARA</w:t>
            </w:r>
          </w:p>
        </w:tc>
      </w:tr>
      <w:tr w:rsidR="00E60F76" w:rsidRPr="00394C56" w14:paraId="4FE419C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817BF0"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7C7011"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MEDIO DEL CUAL LA NACIÓN SE ASOCIA A LA CELEBRACIÓN DE LOS QUINIENTOS AÑOS (500) DE FUNDACIÓN DEL MUNICIPIO DE PUEBLO VIEJO, DEPARTAMENTO DEL MAGDALENA, Y SE DICTAN OTRAS DISPOSICIONES.”.  GACETA: 175/26</w:t>
            </w:r>
          </w:p>
        </w:tc>
      </w:tr>
      <w:tr w:rsidR="00E60F76" w:rsidRPr="00394C56" w14:paraId="110873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CBD22A8"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E7788B"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H.R. SANDRA MILENA RAMÍREZ CAVIEDES</w:t>
            </w:r>
          </w:p>
        </w:tc>
      </w:tr>
      <w:tr w:rsidR="00E60F76" w:rsidRPr="00394C56" w14:paraId="66B0B07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52D45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A9A1CA"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H.S. NICOLAS ALBEIRO ECHEVERRY ALVARAN</w:t>
            </w:r>
          </w:p>
        </w:tc>
      </w:tr>
    </w:tbl>
    <w:p w14:paraId="539FF91B" w14:textId="77777777" w:rsidR="003C3390" w:rsidRDefault="003C3390">
      <w:pPr>
        <w:tabs>
          <w:tab w:val="left" w:pos="4890"/>
        </w:tabs>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789A05" w14:textId="77777777">
        <w:tc>
          <w:tcPr>
            <w:tcW w:w="3002" w:type="dxa"/>
            <w:tcBorders>
              <w:top w:val="single" w:sz="24" w:space="0" w:color="000000"/>
              <w:bottom w:val="single" w:sz="4" w:space="0" w:color="000000"/>
            </w:tcBorders>
            <w:vAlign w:val="center"/>
          </w:tcPr>
          <w:p w14:paraId="60B1B8AF" w14:textId="7D4C8EE3"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D070C89"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2025 SENADO </w:t>
            </w:r>
          </w:p>
        </w:tc>
      </w:tr>
      <w:tr w:rsidR="00E60F76" w:rsidRPr="00394C56" w14:paraId="1FA5FF5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B978C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5B1E4C" w14:textId="77777777" w:rsidR="003C3390" w:rsidRPr="00394C56" w:rsidRDefault="00000000" w:rsidP="00394C56">
            <w:pPr>
              <w:spacing w:after="0" w:line="240" w:lineRule="auto"/>
              <w:ind w:left="-14"/>
              <w:jc w:val="center"/>
              <w:rPr>
                <w:rFonts w:ascii="Calibri" w:eastAsia="Calibri" w:hAnsi="Calibri" w:cs="Calibri"/>
                <w:lang w:val="es-CO" w:eastAsia="es-CO"/>
              </w:rPr>
            </w:pPr>
            <w:r w:rsidRPr="00394C56">
              <w:rPr>
                <w:rFonts w:ascii="Calibri" w:eastAsia="Calibri" w:hAnsi="Calibri" w:cs="Calibri"/>
                <w:lang w:val="es-CO" w:eastAsia="es-CO"/>
              </w:rPr>
              <w:t>“POR MEDIO DEL CUAL SE RINDE HOMENAJE AL MUNICIPIO DE FLANDES, TOLIMA Y SE LE DECLARA PIONERO DE LA AVIACIÓN EN COLOMBIA Y CUNA DE LA AVIACIÓN MILITAR EN EL PAÍS Y SE DICTAN OTRAS DISPOSICIONES” GACETA: 211/26</w:t>
            </w:r>
          </w:p>
        </w:tc>
      </w:tr>
      <w:tr w:rsidR="00E60F76" w:rsidRPr="00394C56" w14:paraId="27F0FF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E4142C9"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ABF55E"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JAEL QUIROGA CARRILLO</w:t>
            </w:r>
          </w:p>
        </w:tc>
      </w:tr>
      <w:tr w:rsidR="00E60F76" w:rsidRPr="00394C56" w14:paraId="4C9E6F4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7EF2E1"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8388DA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H.S. JAEL QUIROGA CARRILLO</w:t>
            </w:r>
          </w:p>
        </w:tc>
      </w:tr>
    </w:tbl>
    <w:p w14:paraId="41DBDE0F" w14:textId="77777777" w:rsidR="003C3390" w:rsidRDefault="003C3390">
      <w:pPr>
        <w:tabs>
          <w:tab w:val="left" w:pos="7310"/>
        </w:tabs>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F46E957" w14:textId="77777777">
        <w:tc>
          <w:tcPr>
            <w:tcW w:w="3002" w:type="dxa"/>
            <w:tcBorders>
              <w:top w:val="single" w:sz="24" w:space="0" w:color="000000"/>
              <w:bottom w:val="single" w:sz="4" w:space="0" w:color="000000"/>
            </w:tcBorders>
            <w:vAlign w:val="center"/>
          </w:tcPr>
          <w:p w14:paraId="55A6C65B" w14:textId="54A3BAA9" w:rsidR="003C3390" w:rsidRPr="001F1F2F" w:rsidRDefault="00000000" w:rsidP="0044491F">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bookmarkStart w:id="56" w:name="_Hlk232503661"/>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A147E87"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068 DE 2025 SENADO </w:t>
            </w:r>
          </w:p>
        </w:tc>
      </w:tr>
      <w:tr w:rsidR="00E60F76" w:rsidRPr="00394C56" w14:paraId="2A61690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72A8D0"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C3174A"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“POR MEDIO DEL CUAL SE MODIFICAN LOS ARTÍCULOS 164, 250 Y 251 DE LA LEY 1437 DE 2011- LEY MARUJA VIERA”. GACETA: 239/26</w:t>
            </w:r>
          </w:p>
        </w:tc>
      </w:tr>
      <w:tr w:rsidR="00E60F76" w:rsidRPr="00394C56" w14:paraId="28D2916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606B77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B9111D"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H.S. NICOLAS ALBEIRO ECHEVERRY ALVARÁN, JAIRO CASTELLANOS SERRANO, H.R. ANDRÉS FELIPE JIMÉNEZ VARGAS, JAIRO CRISTO CORREA.</w:t>
            </w:r>
          </w:p>
        </w:tc>
      </w:tr>
      <w:tr w:rsidR="00E60F76" w:rsidRPr="00394C56" w14:paraId="2253C9D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21E13C"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CA7E14" w14:textId="77777777" w:rsidR="003C3390" w:rsidRPr="00394C56" w:rsidRDefault="00000000" w:rsidP="00394C56">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H.S. ALEJANDRO CARLOS CHACÓN, AIDA MARINA QUILCUE VIVAS, JULIAN GALLO CUBILLOS, CARLOS FERNANDO MOTOA, PALOMA VALENCIA LASERNA, LEÓN FREDY MUÑOZ LOPERA, ALFREDO RAFAEL DELUQUE, OSCAR BARRETO QUIROGA</w:t>
            </w:r>
          </w:p>
        </w:tc>
      </w:tr>
      <w:bookmarkEnd w:id="56"/>
    </w:tbl>
    <w:p w14:paraId="4AE30D9F" w14:textId="77777777" w:rsidR="003C3390" w:rsidRPr="001F1F2F" w:rsidRDefault="003C3390">
      <w:pPr>
        <w:tabs>
          <w:tab w:val="left" w:pos="7310"/>
        </w:tabs>
        <w:rPr>
          <w:rFonts w:ascii="Calibri" w:eastAsia="Calibri" w:hAnsi="Calibri" w:cs="Calibri"/>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749E50A" w14:textId="77777777">
        <w:tc>
          <w:tcPr>
            <w:tcW w:w="3002" w:type="dxa"/>
            <w:tcBorders>
              <w:top w:val="single" w:sz="24" w:space="0" w:color="000000"/>
              <w:bottom w:val="single" w:sz="4" w:space="0" w:color="000000"/>
            </w:tcBorders>
            <w:vAlign w:val="center"/>
          </w:tcPr>
          <w:p w14:paraId="038E6C99" w14:textId="77777777" w:rsidR="003C3390" w:rsidRDefault="00000000" w:rsidP="0044491F">
            <w:pPr>
              <w:numPr>
                <w:ilvl w:val="0"/>
                <w:numId w:val="7"/>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9E8E946"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2025 SENADO </w:t>
            </w:r>
          </w:p>
        </w:tc>
      </w:tr>
      <w:tr w:rsidR="00E60F76" w:rsidRPr="00394C56" w14:paraId="322AF22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E49CD3"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155F1" w14:textId="77777777" w:rsidR="003C3390" w:rsidRPr="00394C56" w:rsidRDefault="00000000" w:rsidP="00676F65">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“POR MEDIO DE LA CUAL SE ESTABLECEN LAS CONDICIONES PARA LA PRESCRIPCIÓN DE LOS DEPÓSITOS EN CUSTODIA EN CONDICIÓN ESPECIAL Y SE DICTAN OTRAS DISPOSICIONES”. GACETA: 242/26</w:t>
            </w:r>
          </w:p>
        </w:tc>
      </w:tr>
      <w:tr w:rsidR="00E60F76" w:rsidRPr="00394C56" w14:paraId="314FC53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991996"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07771A5" w14:textId="77777777" w:rsidR="003C3390" w:rsidRPr="00394C56" w:rsidRDefault="00000000" w:rsidP="00676F65">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Presidente del Consejo Superior de la Judicatura, Dr. JORGE ENRIQUE VALLEJO JARAMILLO.  Con el acompañamiento de los H.S. JUAN PABLO GALLO MAYA, JAIRO ALBERTO CASTELLANOS SERRANO, JUAN CARLOS GARCÍA GOMEZ, EFRAÍN CEPEDA SARABIA.</w:t>
            </w:r>
          </w:p>
        </w:tc>
      </w:tr>
      <w:tr w:rsidR="00E60F76" w:rsidRPr="00394C56" w14:paraId="18564B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4CEB8D" w14:textId="77777777" w:rsidR="003C3390" w:rsidRPr="00394C56" w:rsidRDefault="00000000" w:rsidP="00394C56">
            <w:pPr>
              <w:spacing w:after="0" w:line="240" w:lineRule="auto"/>
              <w:ind w:left="360"/>
              <w:jc w:val="center"/>
              <w:rPr>
                <w:rFonts w:ascii="Calibri" w:eastAsia="Calibri" w:hAnsi="Calibri" w:cs="Calibri"/>
                <w:lang w:val="es-CO" w:eastAsia="es-CO"/>
              </w:rPr>
            </w:pPr>
            <w:r w:rsidRPr="00394C56">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DF558A4" w14:textId="77777777" w:rsidR="003C3390" w:rsidRPr="00394C56" w:rsidRDefault="00000000" w:rsidP="00676F65">
            <w:pPr>
              <w:spacing w:after="0" w:line="240" w:lineRule="auto"/>
              <w:jc w:val="center"/>
              <w:rPr>
                <w:rFonts w:ascii="Calibri" w:eastAsia="Calibri" w:hAnsi="Calibri" w:cs="Calibri"/>
                <w:lang w:val="es-CO" w:eastAsia="es-CO"/>
              </w:rPr>
            </w:pPr>
            <w:r w:rsidRPr="00394C56">
              <w:rPr>
                <w:rFonts w:ascii="Calibri" w:eastAsia="Calibri" w:hAnsi="Calibri" w:cs="Calibri"/>
                <w:lang w:val="es-CO" w:eastAsia="es-CO"/>
              </w:rPr>
              <w:t>H.S. EFRAÍN CEPEDA SARABIA</w:t>
            </w:r>
          </w:p>
        </w:tc>
      </w:tr>
    </w:tbl>
    <w:p w14:paraId="06DA8A10" w14:textId="77777777" w:rsidR="003C3390" w:rsidRDefault="003C3390">
      <w:pPr>
        <w:tabs>
          <w:tab w:val="left" w:pos="731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9BB90E0" w14:textId="77777777">
        <w:tc>
          <w:tcPr>
            <w:tcW w:w="3002" w:type="dxa"/>
            <w:tcBorders>
              <w:top w:val="single" w:sz="24" w:space="0" w:color="000000"/>
              <w:bottom w:val="single" w:sz="4" w:space="0" w:color="000000"/>
            </w:tcBorders>
            <w:vAlign w:val="center"/>
          </w:tcPr>
          <w:p w14:paraId="08EF49C1" w14:textId="1402EB8D"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5EED1E98"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272 DE 2025 SENADO </w:t>
            </w:r>
          </w:p>
        </w:tc>
      </w:tr>
      <w:tr w:rsidR="00E60F76" w:rsidRPr="00676F65" w14:paraId="7DC4A17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B1AB2E"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00DA54"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LA NACIÓN SE ASOCIA A LA CONMEMORACIÓN DEL MUNICIPIO DE EL LÍBANO, DEPARTAMENTO DEL TOLIMA, Y SE RINDE HOMENAJE A SU HISTORIA, Y SE DICTAN OTRAS DISPOSICIONES”. GACETA 251/26</w:t>
            </w:r>
          </w:p>
        </w:tc>
      </w:tr>
      <w:tr w:rsidR="00E60F76" w:rsidRPr="00676F65" w14:paraId="574E7C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72D047"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AD3EC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ANA PAOLA AGUDELO GARCÍA, MANUEL VIRGUEZ PIRAQUIVE, CARLOS EDUARDO GUEVARA VILLABÓN, y la H.R. IRMA LUZ HERRERA RODRIGUEZ</w:t>
            </w:r>
          </w:p>
        </w:tc>
      </w:tr>
      <w:tr w:rsidR="00E60F76" w:rsidRPr="00676F65" w14:paraId="4F133A4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151349" w14:textId="77777777" w:rsidR="003C3390" w:rsidRPr="00676F65" w:rsidRDefault="00000000" w:rsidP="00676F65">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891DE8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MANUEL VIRGÜEZ PIRAQUIVE</w:t>
            </w:r>
          </w:p>
        </w:tc>
      </w:tr>
    </w:tbl>
    <w:p w14:paraId="63B75072" w14:textId="77777777" w:rsidR="003C3390" w:rsidRDefault="003C3390">
      <w:pPr>
        <w:tabs>
          <w:tab w:val="left" w:pos="731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1A13D2F" w14:textId="77777777">
        <w:tc>
          <w:tcPr>
            <w:tcW w:w="3002" w:type="dxa"/>
            <w:tcBorders>
              <w:top w:val="single" w:sz="24" w:space="0" w:color="000000"/>
              <w:bottom w:val="single" w:sz="4" w:space="0" w:color="000000"/>
            </w:tcBorders>
            <w:vAlign w:val="center"/>
          </w:tcPr>
          <w:p w14:paraId="0A960AB8" w14:textId="42FD276E"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925FE80"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281 DE 2025 SENADO </w:t>
            </w:r>
          </w:p>
        </w:tc>
      </w:tr>
      <w:tr w:rsidR="00E60F76" w:rsidRPr="00676F65" w14:paraId="0DC2D96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B4EEE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3D913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“POR LA CUAL SE PROMUEVE LA INCLUSIÓN FINANCIERA MEDIANTE LA ELIMINACIÓN DE BARRERAS ECONÓMICAS EN EL ACCESO A SERVICIOS BANCARIOS BÁSICOS, SE FORTALECE LA PROTECCIÓN AL CONSUMIDOR FINANCIERO Y SE DICTAN OTRAS DISPOSICIONES”. </w:t>
            </w:r>
          </w:p>
          <w:p w14:paraId="15F9085F"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258/26</w:t>
            </w:r>
          </w:p>
        </w:tc>
      </w:tr>
      <w:tr w:rsidR="00E60F76" w:rsidRPr="00676F65" w14:paraId="3243E74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1A043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1F928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JULIO ALBERTO ELIAS VIDAL</w:t>
            </w:r>
          </w:p>
        </w:tc>
      </w:tr>
      <w:tr w:rsidR="00E60F76" w:rsidRPr="00676F65" w14:paraId="0AC892E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0CFF93"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7B58BFE"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JOSÉ ALFREDO GNECCO ZULETA</w:t>
            </w:r>
          </w:p>
        </w:tc>
      </w:tr>
    </w:tbl>
    <w:p w14:paraId="52C304F2" w14:textId="77777777" w:rsidR="003C3390" w:rsidRDefault="003C3390">
      <w:pPr>
        <w:tabs>
          <w:tab w:val="left" w:pos="7310"/>
        </w:tabs>
        <w:jc w:val="center"/>
        <w:rPr>
          <w:rFonts w:ascii="Calibri" w:eastAsia="Calibri" w:hAnsi="Calibri" w:cs="Calibri"/>
          <w:b/>
          <w:bCs/>
          <w:sz w:val="16"/>
          <w:szCs w:val="16"/>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51947" w14:paraId="70E2C2B4" w14:textId="77777777" w:rsidTr="007607FD">
        <w:tc>
          <w:tcPr>
            <w:tcW w:w="3002" w:type="dxa"/>
            <w:tcBorders>
              <w:top w:val="single" w:sz="24" w:space="0" w:color="000000"/>
              <w:bottom w:val="single" w:sz="4" w:space="0" w:color="000000"/>
            </w:tcBorders>
            <w:vAlign w:val="center"/>
          </w:tcPr>
          <w:p w14:paraId="67412630" w14:textId="2273A800" w:rsidR="00D51947" w:rsidRPr="00D51947" w:rsidRDefault="00D51947"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D51947">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962DDC6" w14:textId="77777777" w:rsidR="00D51947" w:rsidRDefault="00D51947" w:rsidP="007607FD">
            <w:pPr>
              <w:ind w:left="360"/>
              <w:jc w:val="center"/>
              <w:rPr>
                <w:rFonts w:ascii="Calibri" w:eastAsia="Calibri" w:hAnsi="Calibri" w:cs="Calibri"/>
                <w:b/>
                <w:bCs/>
                <w:sz w:val="24"/>
                <w:szCs w:val="24"/>
              </w:rPr>
            </w:pPr>
            <w:r>
              <w:rPr>
                <w:rFonts w:ascii="Calibri" w:eastAsia="Calibri" w:hAnsi="Calibri" w:cs="Calibri"/>
                <w:b/>
                <w:bCs/>
                <w:sz w:val="24"/>
                <w:szCs w:val="24"/>
              </w:rPr>
              <w:t>PL.N. 230 DE 2025 SENADO – 176 DE 2024 CÁMARA</w:t>
            </w:r>
          </w:p>
        </w:tc>
      </w:tr>
      <w:tr w:rsidR="00D51947" w:rsidRPr="00676F65" w14:paraId="791049A5" w14:textId="77777777" w:rsidTr="007607F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654620F"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42BE3B"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DEL CUAL SE CREAN MEDIDAS PARA LA PROTECCIÓN, FOMENTO, FORTALECIMIENTO, TRANSFORMACIÓN Y COMERCIALIZACIÓN DE LA PEQUEÑA PRODUCCIÓN TRADICIONAL DE PANELA Y SE DICTAN OTRAS</w:t>
            </w:r>
          </w:p>
          <w:p w14:paraId="51889CAC"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DISPOSICIONES PRODUCCIÓN TRADICIONAL DE PANELA”. </w:t>
            </w:r>
          </w:p>
          <w:p w14:paraId="00EF5804"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261/26</w:t>
            </w:r>
          </w:p>
        </w:tc>
      </w:tr>
      <w:tr w:rsidR="00D51947" w:rsidRPr="00676F65" w14:paraId="3307CCFB"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00E647FE"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D647C78"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PABLO CATATUMBO TORRES VICTORIA, OMAR DE JESÚS RESTREPO CORREA, JULIÁN GALLO CUBILLOS, SANDRA RAMÍREZ LOBO, IMELDA DAZA COTES, IVÁN CEPEDA CASTRO, WILSON ARIAS CASTILLO, AÍDA MARINA QUILCUÉ VIVAS, JAIME ENRIQUE DURÁN BARRERA, CATALINA DEL SOCORRO PÉREZ </w:t>
            </w:r>
            <w:proofErr w:type="spellStart"/>
            <w:r w:rsidRPr="00676F65">
              <w:rPr>
                <w:rFonts w:ascii="Calibri" w:eastAsia="Calibri" w:hAnsi="Calibri" w:cs="Calibri"/>
                <w:lang w:val="es-CO" w:eastAsia="es-CO"/>
              </w:rPr>
              <w:t>PÉREZ</w:t>
            </w:r>
            <w:proofErr w:type="spellEnd"/>
            <w:r w:rsidRPr="00676F65">
              <w:rPr>
                <w:rFonts w:ascii="Calibri" w:eastAsia="Calibri" w:hAnsi="Calibri" w:cs="Calibri"/>
                <w:lang w:val="es-CO" w:eastAsia="es-CO"/>
              </w:rPr>
              <w:t xml:space="preserve">, </w:t>
            </w:r>
            <w:proofErr w:type="spellStart"/>
            <w:r w:rsidRPr="00676F65">
              <w:rPr>
                <w:rFonts w:ascii="Calibri" w:eastAsia="Calibri" w:hAnsi="Calibri" w:cs="Calibri"/>
                <w:lang w:val="es-CO" w:eastAsia="es-CO"/>
              </w:rPr>
              <w:t>H.R.JAIRO</w:t>
            </w:r>
            <w:proofErr w:type="spellEnd"/>
            <w:r w:rsidRPr="00676F65">
              <w:rPr>
                <w:rFonts w:ascii="Calibri" w:eastAsia="Calibri" w:hAnsi="Calibri" w:cs="Calibri"/>
                <w:lang w:val="es-CO" w:eastAsia="es-CO"/>
              </w:rPr>
              <w:t xml:space="preserve"> REINALDO CALA SUÁREZ, LUIS ALBERTO ALBÁN URBANO, CARLOS ALBERTO CARREÑO MARÍN, PEDRO BARACUTAO GARCÍA OSPINA, GERMÁN JOSÉ GÓMEZ LÓPEZ, ERICK ADRIÁN VELASCO BURBANO, EDUARD GIOVANNY SARMIENTO HIDALGO, GILDARDO SILVA MOLINA, NORMAN DAVID BAÑOL ÁLVAREZ</w:t>
            </w:r>
          </w:p>
        </w:tc>
      </w:tr>
      <w:tr w:rsidR="00D51947" w:rsidRPr="00676F65" w14:paraId="1AC75198"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4D4F7FCE"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E6D005" w14:textId="77777777" w:rsidR="00D51947" w:rsidRPr="00676F65" w:rsidRDefault="00D51947" w:rsidP="007607FD">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PABLO CATATUMBO TORRES VICTORIA, CATALINA DEL SOCORRO PÉREZ </w:t>
            </w:r>
            <w:proofErr w:type="spellStart"/>
            <w:r w:rsidRPr="00676F65">
              <w:rPr>
                <w:rFonts w:ascii="Calibri" w:eastAsia="Calibri" w:hAnsi="Calibri" w:cs="Calibri"/>
                <w:lang w:val="es-CO" w:eastAsia="es-CO"/>
              </w:rPr>
              <w:t>PÉREZ</w:t>
            </w:r>
            <w:proofErr w:type="spellEnd"/>
            <w:r w:rsidRPr="00676F65">
              <w:rPr>
                <w:rFonts w:ascii="Calibri" w:eastAsia="Calibri" w:hAnsi="Calibri" w:cs="Calibri"/>
                <w:lang w:val="es-CO" w:eastAsia="es-CO"/>
              </w:rPr>
              <w:t>, MARCOS DANIEL PINEDA GARCÍA</w:t>
            </w:r>
          </w:p>
        </w:tc>
      </w:tr>
    </w:tbl>
    <w:p w14:paraId="3FDEF3F0" w14:textId="77777777" w:rsidR="00D51947" w:rsidRDefault="00D51947">
      <w:pPr>
        <w:tabs>
          <w:tab w:val="left" w:pos="7310"/>
        </w:tabs>
        <w:jc w:val="center"/>
        <w:rPr>
          <w:rFonts w:ascii="Calibri" w:eastAsia="Calibri" w:hAnsi="Calibri" w:cs="Calibri"/>
          <w:b/>
          <w:bCs/>
          <w:sz w:val="16"/>
          <w:szCs w:val="16"/>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2E523C" w14:textId="77777777">
        <w:tc>
          <w:tcPr>
            <w:tcW w:w="3002" w:type="dxa"/>
            <w:tcBorders>
              <w:top w:val="single" w:sz="24" w:space="0" w:color="000000"/>
              <w:bottom w:val="single" w:sz="4" w:space="0" w:color="000000"/>
            </w:tcBorders>
            <w:vAlign w:val="center"/>
          </w:tcPr>
          <w:p w14:paraId="2F0C4032" w14:textId="31A7A0B6"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bookmarkStart w:id="57" w:name="_Hlk231978709"/>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40796BC"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200 DE 2025 SENADO – 028 DE 2024 CÁMARA</w:t>
            </w:r>
          </w:p>
        </w:tc>
      </w:tr>
      <w:tr w:rsidR="00E60F76" w:rsidRPr="00676F65" w14:paraId="6EE7F8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159A8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D5A82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“POR MEDIO DE LA CUAL LA NACIÓN SE ASOCIA A LA CONMEMORACIÓN DE LOS CIENTO SESENTA (160) AÑOS DE FUNDACIÓN DEL MUNICIPIO DE PEREIRA, DEPARTAMENTO DE RISARALDA, RINDE HOMENAJE A LA CIUDADANÍA PEREIRANA Y SE DICTAN OTRAS DISPOSICIONES”. </w:t>
            </w:r>
          </w:p>
          <w:p w14:paraId="20A1813E"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280/26</w:t>
            </w:r>
          </w:p>
        </w:tc>
      </w:tr>
      <w:tr w:rsidR="00E60F76" w:rsidRPr="00676F65" w14:paraId="3EDE52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3BAD7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7A4CB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CAROLINA GIRALDO BOTERO</w:t>
            </w:r>
          </w:p>
        </w:tc>
      </w:tr>
      <w:tr w:rsidR="00E60F76" w:rsidRPr="00676F65" w14:paraId="1AC2572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15139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D9DD35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MANUEL VIRGÜEZ PIRAQUIVE.</w:t>
            </w:r>
          </w:p>
        </w:tc>
      </w:tr>
      <w:bookmarkEnd w:id="57"/>
    </w:tbl>
    <w:p w14:paraId="178077AD" w14:textId="77777777" w:rsidR="003C3390" w:rsidRDefault="003C3390">
      <w:pPr>
        <w:tabs>
          <w:tab w:val="left" w:pos="7310"/>
        </w:tabs>
        <w:jc w:val="center"/>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386B921" w14:textId="77777777">
        <w:tc>
          <w:tcPr>
            <w:tcW w:w="3002" w:type="dxa"/>
            <w:tcBorders>
              <w:top w:val="single" w:sz="24" w:space="0" w:color="000000"/>
              <w:bottom w:val="single" w:sz="4" w:space="0" w:color="000000"/>
            </w:tcBorders>
            <w:vAlign w:val="center"/>
          </w:tcPr>
          <w:p w14:paraId="76E47931" w14:textId="77D6042F"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0A485C"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202 DE 2025 SENADO – 520 DE 2025 CÁMARA</w:t>
            </w:r>
          </w:p>
        </w:tc>
      </w:tr>
      <w:tr w:rsidR="00E60F76" w:rsidRPr="00676F65" w14:paraId="04B0BAD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78FA5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2781F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DECLARA PATRIMONIO CULTURAL INMATERIAL DE LA NACIÓN AL ENCUENTRO 'EL TAMEÑO NATO' DE TAME, ARAUCA, Y A LA CIRRAMPLA, COMO EXPRESIONES ARTÍSTICAS Y CULTURALES DE LOS LLANOS ORIENTALES, Y SE DICTAN OTRAS DISPOSICIONES”. GACETA: 284/26</w:t>
            </w:r>
          </w:p>
        </w:tc>
      </w:tr>
      <w:tr w:rsidR="00E60F76" w:rsidRPr="00676F65" w14:paraId="6D54AC6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FC9E1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84A16A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KAREN ASTRITH MANRIQUE OLARTE</w:t>
            </w:r>
          </w:p>
        </w:tc>
      </w:tr>
      <w:tr w:rsidR="00E60F76" w:rsidRPr="00676F65" w14:paraId="62FED11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670F8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CAE6A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w:t>
            </w:r>
            <w:proofErr w:type="gramStart"/>
            <w:r w:rsidRPr="00676F65">
              <w:rPr>
                <w:rFonts w:ascii="Calibri" w:eastAsia="Calibri" w:hAnsi="Calibri" w:cs="Calibri"/>
                <w:lang w:val="es-CO" w:eastAsia="es-CO"/>
              </w:rPr>
              <w:t>S.ROBERT</w:t>
            </w:r>
            <w:proofErr w:type="gramEnd"/>
            <w:r w:rsidRPr="00676F65">
              <w:rPr>
                <w:rFonts w:ascii="Calibri" w:eastAsia="Calibri" w:hAnsi="Calibri" w:cs="Calibri"/>
                <w:lang w:val="es-CO" w:eastAsia="es-CO"/>
              </w:rPr>
              <w:t xml:space="preserve"> DAZA GUEVARA</w:t>
            </w:r>
          </w:p>
        </w:tc>
      </w:tr>
    </w:tbl>
    <w:p w14:paraId="0D54C04C" w14:textId="77777777" w:rsidR="003C3390" w:rsidRDefault="003C3390">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8454FF" w14:textId="77777777">
        <w:tc>
          <w:tcPr>
            <w:tcW w:w="3002" w:type="dxa"/>
            <w:tcBorders>
              <w:top w:val="single" w:sz="24" w:space="0" w:color="000000"/>
              <w:bottom w:val="single" w:sz="4" w:space="0" w:color="000000"/>
            </w:tcBorders>
            <w:vAlign w:val="center"/>
          </w:tcPr>
          <w:p w14:paraId="0761E387" w14:textId="2147F9C0"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1626332"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014 DE 2025 SENADO </w:t>
            </w:r>
          </w:p>
        </w:tc>
      </w:tr>
      <w:tr w:rsidR="00E60F76" w:rsidRPr="00676F65" w14:paraId="46279ED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BDA0B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CA68E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DECLARA PATRIMONIO CULTURAL E INMATERIAL DE LA NACIÓN LA LEYENDA DEL HOMBRE CAIMÁN Y EL FESTIVAL NACIONAL DE LA LEYENDA DEL HOMBRE CAIMÁN DEL MUNICIPIO DE PLATO (MAGDALENA) Y SE DICTAN OTRAS DISPOSICIONES”.  GACETA: 294/26</w:t>
            </w:r>
          </w:p>
        </w:tc>
      </w:tr>
      <w:tr w:rsidR="00E60F76" w:rsidRPr="00676F65" w14:paraId="5CF09BD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05830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380BD7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CARLOS MARIO FARELO DAZA.</w:t>
            </w:r>
          </w:p>
        </w:tc>
      </w:tr>
      <w:tr w:rsidR="00E60F76" w:rsidRPr="00676F65" w14:paraId="45B5069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597C11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9D6EFA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PEDRO HERNANDO FLOREZ PORRAS</w:t>
            </w:r>
          </w:p>
        </w:tc>
      </w:tr>
    </w:tbl>
    <w:p w14:paraId="284330B1" w14:textId="77777777" w:rsidR="003C3390" w:rsidRDefault="003C3390">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0D57399" w14:textId="77777777">
        <w:tc>
          <w:tcPr>
            <w:tcW w:w="3002" w:type="dxa"/>
            <w:tcBorders>
              <w:top w:val="single" w:sz="24" w:space="0" w:color="000000"/>
              <w:bottom w:val="single" w:sz="4" w:space="0" w:color="000000"/>
            </w:tcBorders>
            <w:vAlign w:val="center"/>
          </w:tcPr>
          <w:p w14:paraId="34AFBE02" w14:textId="65BD8736"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bookmarkStart w:id="58" w:name="_Hlk232583367"/>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19260C"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040 DE 2025 SENADO </w:t>
            </w:r>
          </w:p>
        </w:tc>
      </w:tr>
      <w:tr w:rsidR="00E60F76" w:rsidRPr="00676F65" w14:paraId="6CC6D6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C09B3C"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1020C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LA NACIÓN Y EL CONGRESO DE LA REPÚBLICA RINDEN PÚBLICO HOMENAJE AL MUNICIPIO DE EL SOCORRO -DEPARTAMENTO DE SANTANDER- COMO PIONERO DE LA LIBERTAD, SE REALIZA RECONOCIMIENTO A LAS ACCIONES HISTÓRICAS QUE MARCARON LA LIBERTAD Y LA DEMOCRACIA DE NUESTRA PATRIA, Y SE DICTAN OTRAS DISPOSICIONES”.  GACETA: 302/26</w:t>
            </w:r>
          </w:p>
        </w:tc>
      </w:tr>
      <w:tr w:rsidR="00E60F76" w:rsidRPr="00676F65" w14:paraId="18F0AFD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31F66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C5E50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MARY ANNE ANDREA PERDOMO GUTIÉRREZ</w:t>
            </w:r>
          </w:p>
        </w:tc>
      </w:tr>
      <w:tr w:rsidR="00E60F76" w:rsidRPr="00676F65" w14:paraId="7A89CD2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97751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74025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JOSE VICENTE CARREÑO CASTRO</w:t>
            </w:r>
          </w:p>
        </w:tc>
      </w:tr>
      <w:bookmarkEnd w:id="58"/>
    </w:tbl>
    <w:p w14:paraId="138FD79D" w14:textId="77777777" w:rsidR="003C3390" w:rsidRDefault="003C3390">
      <w:pPr>
        <w:tabs>
          <w:tab w:val="left" w:pos="7310"/>
        </w:tabs>
        <w:jc w:val="both"/>
        <w:rPr>
          <w:rFonts w:ascii="Calibri" w:eastAsia="Calibri" w:hAnsi="Calibri" w:cs="Calibri"/>
          <w:b/>
          <w:bCs/>
          <w:u w:val="single"/>
        </w:rPr>
      </w:pPr>
    </w:p>
    <w:tbl>
      <w:tblPr>
        <w:tblStyle w:val="Tablaconcuadrcula1"/>
        <w:tblW w:w="10207" w:type="dxa"/>
        <w:tblInd w:w="-440" w:type="dxa"/>
        <w:tblLook w:val="04A0" w:firstRow="1" w:lastRow="0" w:firstColumn="1" w:lastColumn="0" w:noHBand="0" w:noVBand="1"/>
      </w:tblPr>
      <w:tblGrid>
        <w:gridCol w:w="3002"/>
        <w:gridCol w:w="7205"/>
      </w:tblGrid>
      <w:tr w:rsidR="00253485" w:rsidRPr="00B103DC" w14:paraId="6003B8AF" w14:textId="77777777" w:rsidTr="008763C7">
        <w:tc>
          <w:tcPr>
            <w:tcW w:w="3002" w:type="dxa"/>
            <w:tcBorders>
              <w:top w:val="thinThickSmallGap" w:sz="24" w:space="0" w:color="auto"/>
              <w:bottom w:val="double" w:sz="4" w:space="0" w:color="auto"/>
            </w:tcBorders>
            <w:vAlign w:val="center"/>
          </w:tcPr>
          <w:p w14:paraId="2D083F04" w14:textId="0C1D7527" w:rsidR="00253485" w:rsidRPr="00253485" w:rsidRDefault="00253485" w:rsidP="00253485">
            <w:pPr>
              <w:pStyle w:val="Prrafodelista"/>
              <w:numPr>
                <w:ilvl w:val="0"/>
                <w:numId w:val="7"/>
              </w:numPr>
              <w:spacing w:after="160" w:line="252" w:lineRule="auto"/>
              <w:rPr>
                <w:rFonts w:ascii="Calibri" w:eastAsia="Times New Roman" w:hAnsi="Calibri" w:cs="Calibri"/>
                <w:b/>
              </w:rPr>
            </w:pPr>
            <w:r w:rsidRPr="00253485">
              <w:rPr>
                <w:rFonts w:ascii="Calibri" w:eastAsia="Times New Roman" w:hAnsi="Calibri" w:cs="Calibri"/>
                <w:b/>
              </w:rPr>
              <w:t>No. DE PROYECTO</w:t>
            </w:r>
          </w:p>
        </w:tc>
        <w:tc>
          <w:tcPr>
            <w:tcW w:w="7205" w:type="dxa"/>
            <w:tcBorders>
              <w:top w:val="thinThickSmallGap" w:sz="24" w:space="0" w:color="auto"/>
              <w:bottom w:val="double" w:sz="4" w:space="0" w:color="auto"/>
            </w:tcBorders>
            <w:vAlign w:val="center"/>
          </w:tcPr>
          <w:p w14:paraId="30664F7A" w14:textId="77777777" w:rsidR="00253485" w:rsidRPr="00B103DC" w:rsidRDefault="00253485" w:rsidP="008763C7">
            <w:pPr>
              <w:ind w:left="360"/>
              <w:jc w:val="center"/>
              <w:rPr>
                <w:rFonts w:ascii="Calibri" w:eastAsia="Times New Roman" w:hAnsi="Calibri" w:cs="Calibri"/>
                <w:b/>
                <w:sz w:val="24"/>
                <w:szCs w:val="24"/>
                <w:lang w:eastAsia="es-MX"/>
              </w:rPr>
            </w:pPr>
            <w:r w:rsidRPr="00B103DC">
              <w:rPr>
                <w:rFonts w:ascii="Calibri" w:eastAsia="Times New Roman" w:hAnsi="Calibri" w:cs="Calibri"/>
                <w:b/>
                <w:sz w:val="24"/>
                <w:szCs w:val="24"/>
                <w:lang w:eastAsia="es-MX"/>
              </w:rPr>
              <w:t xml:space="preserve">PL.N. </w:t>
            </w:r>
            <w:r>
              <w:rPr>
                <w:rFonts w:ascii="Calibri" w:eastAsia="Times New Roman" w:hAnsi="Calibri" w:cs="Calibri"/>
                <w:b/>
                <w:sz w:val="24"/>
                <w:szCs w:val="24"/>
                <w:lang w:eastAsia="es-MX"/>
              </w:rPr>
              <w:t>102</w:t>
            </w:r>
            <w:r w:rsidRPr="00B103DC">
              <w:rPr>
                <w:rFonts w:ascii="Calibri" w:eastAsia="Times New Roman" w:hAnsi="Calibri" w:cs="Calibri"/>
                <w:b/>
                <w:sz w:val="24"/>
                <w:szCs w:val="24"/>
                <w:lang w:eastAsia="es-MX"/>
              </w:rPr>
              <w:t xml:space="preserve"> DE 202</w:t>
            </w:r>
            <w:r>
              <w:rPr>
                <w:rFonts w:ascii="Calibri" w:eastAsia="Times New Roman" w:hAnsi="Calibri" w:cs="Calibri"/>
                <w:b/>
                <w:sz w:val="24"/>
                <w:szCs w:val="24"/>
                <w:lang w:eastAsia="es-MX"/>
              </w:rPr>
              <w:t>5</w:t>
            </w:r>
            <w:r w:rsidRPr="00B103DC">
              <w:rPr>
                <w:rFonts w:ascii="Calibri" w:eastAsia="Times New Roman" w:hAnsi="Calibri" w:cs="Calibri"/>
                <w:b/>
                <w:sz w:val="24"/>
                <w:szCs w:val="24"/>
                <w:lang w:eastAsia="es-MX"/>
              </w:rPr>
              <w:t xml:space="preserve"> SENADO </w:t>
            </w:r>
          </w:p>
        </w:tc>
      </w:tr>
      <w:tr w:rsidR="00253485" w:rsidRPr="00B103DC" w14:paraId="491923F4" w14:textId="77777777" w:rsidTr="008763C7">
        <w:tc>
          <w:tcPr>
            <w:tcW w:w="3002" w:type="dxa"/>
            <w:tcBorders>
              <w:top w:val="double" w:sz="4" w:space="0" w:color="auto"/>
              <w:left w:val="double" w:sz="4" w:space="0" w:color="auto"/>
              <w:bottom w:val="double" w:sz="4" w:space="0" w:color="auto"/>
              <w:right w:val="double" w:sz="4" w:space="0" w:color="auto"/>
            </w:tcBorders>
            <w:shd w:val="clear" w:color="auto" w:fill="E7E6E6"/>
            <w:vAlign w:val="center"/>
          </w:tcPr>
          <w:p w14:paraId="09D108B7" w14:textId="77777777" w:rsidR="00253485" w:rsidRPr="00B103DC" w:rsidRDefault="00253485" w:rsidP="008763C7">
            <w:pPr>
              <w:ind w:left="360"/>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vAlign w:val="center"/>
          </w:tcPr>
          <w:p w14:paraId="3348009D" w14:textId="77777777" w:rsidR="00253485" w:rsidRPr="008E2388" w:rsidRDefault="00253485" w:rsidP="008763C7">
            <w:pPr>
              <w:jc w:val="cente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pPr>
            <w:r w:rsidRPr="008E2388">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MEDIO DE LA CUAL SE GARANTIZA LA MOVILIDAD SALARIAL</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p>
          <w:p w14:paraId="6C4C6059" w14:textId="77777777" w:rsidR="00253485" w:rsidRPr="00B103DC"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8E2388">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EN EL TERRITORIO NACIONAL”</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GACETA: </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702</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/2</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6 </w:t>
            </w:r>
          </w:p>
        </w:tc>
      </w:tr>
      <w:tr w:rsidR="00253485" w:rsidRPr="00B103DC" w14:paraId="118A0BE2"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64851796"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0E6CE6D" w14:textId="77777777" w:rsidR="00253485" w:rsidRPr="00B103DC" w:rsidRDefault="00253485" w:rsidP="008763C7">
            <w:pPr>
              <w:jc w:val="center"/>
              <w:rPr>
                <w:rFonts w:ascii="Calibri" w:eastAsia="Times New Roman" w:hAnsi="Calibri" w:cs="Calibri"/>
                <w:sz w:val="24"/>
                <w:szCs w:val="24"/>
                <w:lang w:eastAsia="es-MX"/>
              </w:rPr>
            </w:pPr>
            <w:r w:rsidRPr="00B103DC">
              <w:rPr>
                <w:rFonts w:ascii="Calibri" w:eastAsia="Times New Roman" w:hAnsi="Calibri" w:cs="Calibri"/>
                <w:sz w:val="24"/>
                <w:szCs w:val="24"/>
                <w:lang w:eastAsia="es-MX"/>
              </w:rPr>
              <w:t>H.S</w:t>
            </w:r>
            <w:r w:rsidRPr="008E2388">
              <w:rPr>
                <w:rFonts w:ascii="Calibri" w:eastAsia="Times New Roman" w:hAnsi="Calibri" w:cs="Calibri"/>
                <w:sz w:val="24"/>
                <w:szCs w:val="24"/>
                <w:lang w:eastAsia="es-MX"/>
              </w:rPr>
              <w:t xml:space="preserve">. </w:t>
            </w:r>
            <w:r w:rsidRPr="008E2388">
              <w:rPr>
                <w:rFonts w:ascii="Calibri" w:eastAsia="Times New Roman" w:hAnsi="Calibri" w:cs="Calibri"/>
                <w:sz w:val="24"/>
                <w:szCs w:val="24"/>
                <w:lang w:val="en-US" w:eastAsia="es-MX"/>
              </w:rPr>
              <w:t>FABIÁN DÍAZ PLATA</w:t>
            </w:r>
          </w:p>
        </w:tc>
      </w:tr>
      <w:tr w:rsidR="00253485" w:rsidRPr="00B103DC" w14:paraId="5911C84D"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77F6A03C"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B6E1468" w14:textId="77777777" w:rsidR="00253485" w:rsidRPr="00B103DC" w:rsidRDefault="00253485" w:rsidP="008763C7">
            <w:pPr>
              <w:ind w:left="360"/>
              <w:jc w:val="center"/>
              <w:rPr>
                <w:rFonts w:ascii="Calibri" w:eastAsia="Times New Roman" w:hAnsi="Calibri" w:cs="Calibri"/>
                <w:sz w:val="24"/>
                <w:szCs w:val="24"/>
                <w:lang w:eastAsia="es-MX"/>
              </w:rPr>
            </w:pPr>
            <w:r w:rsidRPr="00D70457">
              <w:rPr>
                <w:rFonts w:ascii="Calibri" w:eastAsia="Times New Roman" w:hAnsi="Calibri" w:cs="Calibri"/>
                <w:sz w:val="24"/>
                <w:szCs w:val="24"/>
                <w:lang w:val="en-US" w:eastAsia="es-MX"/>
              </w:rPr>
              <w:t xml:space="preserve">H.S. </w:t>
            </w:r>
            <w:r w:rsidRPr="008E2388">
              <w:rPr>
                <w:rFonts w:ascii="Calibri" w:eastAsia="Times New Roman" w:hAnsi="Calibri" w:cs="Calibri"/>
                <w:sz w:val="24"/>
                <w:szCs w:val="24"/>
                <w:lang w:val="en-US" w:eastAsia="es-MX"/>
              </w:rPr>
              <w:t> FABIÁN DÍAZ PLATA, WILSON ARIAS CASTILLO</w:t>
            </w:r>
          </w:p>
        </w:tc>
      </w:tr>
    </w:tbl>
    <w:p w14:paraId="097A619B" w14:textId="77777777" w:rsidR="00253485" w:rsidRDefault="00253485">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A75462F" w14:textId="77777777">
        <w:tc>
          <w:tcPr>
            <w:tcW w:w="3002" w:type="dxa"/>
            <w:tcBorders>
              <w:top w:val="single" w:sz="24" w:space="0" w:color="000000"/>
              <w:bottom w:val="single" w:sz="4" w:space="0" w:color="000000"/>
            </w:tcBorders>
            <w:vAlign w:val="center"/>
          </w:tcPr>
          <w:p w14:paraId="1D6B3D2A" w14:textId="2B54C912"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bookmarkStart w:id="59" w:name="_Hlk231978138"/>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162424"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2025 SENADO – 331 DE 2024 CÁMARA </w:t>
            </w:r>
          </w:p>
        </w:tc>
      </w:tr>
      <w:tr w:rsidR="00E60F76" w:rsidRPr="00676F65" w14:paraId="528A88D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122907"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BCD4F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RINDE HOMENAJE AL CANTAUTOR JOSÉ A.</w:t>
            </w:r>
          </w:p>
          <w:p w14:paraId="5E432FB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MORALES, SE EXALTA LA IMPORTANCIA CULTURAL DEL CONCURSO NACIONAL DE LA CANCIÓN INÉDITA JOSÉ A. MORALES COMO UNO DE LOS PRINCIPALES FESTIVALES DE MÚSICA ANDINA DE COLOMBIA, SE FORTALECE SU PROMOCIÓN, CONSERVACIÓN Y REALIZACIÓN ANUAL EN EL MUNICIPIO DEL SOCORRO Y SE DICTAN OTRAS DISPOSICIONES”.  GACETA: 319/26</w:t>
            </w:r>
          </w:p>
        </w:tc>
      </w:tr>
      <w:tr w:rsidR="00E60F76" w:rsidRPr="00676F65" w14:paraId="2A3DAA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AFDE7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F676F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MARY ANNE ANDREA PERDOMO, ALIRIO URIBE MUÑOZ, CARMEN FELISA RAMÍREZ BOSCÁN</w:t>
            </w:r>
          </w:p>
        </w:tc>
      </w:tr>
      <w:tr w:rsidR="00E60F76" w:rsidRPr="00676F65" w14:paraId="34E6432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CC9897"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606909A"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OSCAR MAURICIO GIRALDO HERNÁNDEZ</w:t>
            </w:r>
          </w:p>
        </w:tc>
      </w:tr>
      <w:bookmarkEnd w:id="59"/>
    </w:tbl>
    <w:p w14:paraId="63FD3CD1" w14:textId="77777777" w:rsidR="003C3390" w:rsidRDefault="003C3390">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1FB6190" w14:textId="77777777">
        <w:tc>
          <w:tcPr>
            <w:tcW w:w="3002" w:type="dxa"/>
            <w:tcBorders>
              <w:top w:val="single" w:sz="24" w:space="0" w:color="000000"/>
              <w:bottom w:val="single" w:sz="4" w:space="0" w:color="000000"/>
            </w:tcBorders>
            <w:vAlign w:val="center"/>
          </w:tcPr>
          <w:p w14:paraId="05130721" w14:textId="1317D37A"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6053CD4"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103 DE 2025 SENADO </w:t>
            </w:r>
          </w:p>
        </w:tc>
      </w:tr>
      <w:tr w:rsidR="00E60F76" w:rsidRPr="00676F65" w14:paraId="191B90B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DAB54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68D761" w14:textId="64326954"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DISPONE LA INSTALACIÓN OBLIGATORIA DE BEBEDEROS DE AGUA POTABLE EN ÁREAS DE USO DOTACIONAL Y EN EL ESPACIO PÚBLICO” GACETA: 335/26</w:t>
            </w:r>
          </w:p>
        </w:tc>
      </w:tr>
      <w:tr w:rsidR="00E60F76" w:rsidRPr="00676F65" w14:paraId="5DEC54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8C56BC"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FE84D5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FABIÁN DÍAZ PLATA</w:t>
            </w:r>
          </w:p>
        </w:tc>
      </w:tr>
      <w:tr w:rsidR="00E60F76" w:rsidRPr="00676F65" w14:paraId="1D857E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71C3E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75713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FABIÁN DÍAZ PLATA</w:t>
            </w:r>
          </w:p>
        </w:tc>
      </w:tr>
    </w:tbl>
    <w:p w14:paraId="70DAE918" w14:textId="77777777" w:rsidR="003C3390" w:rsidRPr="001F1F2F" w:rsidRDefault="003C3390">
      <w:pPr>
        <w:tabs>
          <w:tab w:val="left" w:pos="7310"/>
        </w:tabs>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F79B3" w14:paraId="7B6EEE67" w14:textId="77777777" w:rsidTr="009D488D">
        <w:tc>
          <w:tcPr>
            <w:tcW w:w="3002" w:type="dxa"/>
            <w:tcBorders>
              <w:top w:val="single" w:sz="24" w:space="0" w:color="000000"/>
              <w:bottom w:val="single" w:sz="4" w:space="0" w:color="000000"/>
            </w:tcBorders>
            <w:vAlign w:val="center"/>
          </w:tcPr>
          <w:p w14:paraId="2A158F9C" w14:textId="58F775BE"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bookmarkStart w:id="60" w:name="_Hlk228349332"/>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83319BC" w14:textId="77777777" w:rsidR="003C3390" w:rsidRDefault="00000000" w:rsidP="009D488D">
            <w:pPr>
              <w:ind w:left="360"/>
              <w:jc w:val="center"/>
              <w:rPr>
                <w:rFonts w:ascii="Calibri" w:eastAsia="Calibri" w:hAnsi="Calibri" w:cs="Calibri"/>
                <w:b/>
                <w:bCs/>
                <w:sz w:val="24"/>
                <w:szCs w:val="24"/>
              </w:rPr>
            </w:pPr>
            <w:r>
              <w:rPr>
                <w:rFonts w:ascii="Calibri" w:eastAsia="Calibri" w:hAnsi="Calibri" w:cs="Calibri"/>
                <w:b/>
                <w:bCs/>
                <w:sz w:val="24"/>
                <w:szCs w:val="24"/>
              </w:rPr>
              <w:t>PL.N. 299 DE 2025 SENADO - 363 DE 2024 CÁMARA</w:t>
            </w:r>
          </w:p>
        </w:tc>
      </w:tr>
      <w:tr w:rsidR="00DF79B3" w:rsidRPr="00676F65" w14:paraId="5104B5DF" w14:textId="77777777" w:rsidTr="009D488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BCCC98"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01C1B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EXALTA EL CULTIVO, PRODUCCIÓN Y PROCESAMIENTO DEL CAUCHO NATURAL, SE RECONOCE AL</w:t>
            </w:r>
          </w:p>
          <w:p w14:paraId="5D70F21A"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MUNICIPIO DE EL DONCELLO CAQUETÁ COMO CUNA DEL CAUCHO NATURAL EN COLOMBIA Y SE PROMUEVE EL FESTIVAL DE LA DANZA DE LA LABOR CAUCHERA”. GACETA: 347/26</w:t>
            </w:r>
          </w:p>
        </w:tc>
      </w:tr>
      <w:tr w:rsidR="00DF79B3" w:rsidRPr="00676F65" w14:paraId="2CC53418" w14:textId="77777777" w:rsidTr="009D488D">
        <w:tc>
          <w:tcPr>
            <w:tcW w:w="3002" w:type="dxa"/>
            <w:tcBorders>
              <w:top w:val="single" w:sz="4" w:space="0" w:color="000000"/>
              <w:left w:val="single" w:sz="4" w:space="0" w:color="000000"/>
              <w:bottom w:val="single" w:sz="4" w:space="0" w:color="000000"/>
              <w:right w:val="single" w:sz="4" w:space="0" w:color="000000"/>
            </w:tcBorders>
            <w:vAlign w:val="center"/>
          </w:tcPr>
          <w:p w14:paraId="3CC21177"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24D9D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HÉCTOR MAURICIO CUÉLLAR PINZÓN</w:t>
            </w:r>
          </w:p>
        </w:tc>
      </w:tr>
      <w:tr w:rsidR="00DF79B3" w:rsidRPr="00676F65" w14:paraId="435DFA53" w14:textId="77777777" w:rsidTr="009D488D">
        <w:tc>
          <w:tcPr>
            <w:tcW w:w="3002" w:type="dxa"/>
            <w:tcBorders>
              <w:top w:val="single" w:sz="4" w:space="0" w:color="000000"/>
              <w:left w:val="single" w:sz="4" w:space="0" w:color="000000"/>
              <w:bottom w:val="single" w:sz="4" w:space="0" w:color="000000"/>
              <w:right w:val="single" w:sz="4" w:space="0" w:color="000000"/>
            </w:tcBorders>
            <w:vAlign w:val="center"/>
          </w:tcPr>
          <w:p w14:paraId="246C384A"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6B831DE"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SOLEDAD TAMAYO </w:t>
            </w:r>
            <w:proofErr w:type="spellStart"/>
            <w:r w:rsidRPr="00676F65">
              <w:rPr>
                <w:rFonts w:ascii="Calibri" w:eastAsia="Calibri" w:hAnsi="Calibri" w:cs="Calibri"/>
                <w:lang w:val="es-CO" w:eastAsia="es-CO"/>
              </w:rPr>
              <w:t>TAMAYO</w:t>
            </w:r>
            <w:proofErr w:type="spellEnd"/>
          </w:p>
        </w:tc>
      </w:tr>
      <w:bookmarkEnd w:id="60"/>
    </w:tbl>
    <w:p w14:paraId="6860885D" w14:textId="77777777" w:rsidR="003C3390" w:rsidRPr="001D46D0" w:rsidRDefault="003C3390" w:rsidP="00A208C4">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A14E1" w14:paraId="3F624F89" w14:textId="77777777" w:rsidTr="00CE6EB4">
        <w:tc>
          <w:tcPr>
            <w:tcW w:w="3002" w:type="dxa"/>
            <w:tcBorders>
              <w:top w:val="single" w:sz="24" w:space="0" w:color="000000"/>
              <w:bottom w:val="single" w:sz="4" w:space="0" w:color="000000"/>
            </w:tcBorders>
            <w:vAlign w:val="center"/>
          </w:tcPr>
          <w:p w14:paraId="43BB4742" w14:textId="39F102CF"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A99914" w14:textId="0B789A42" w:rsidR="003C3390" w:rsidRDefault="00000000" w:rsidP="00CE6EB4">
            <w:pPr>
              <w:ind w:left="360"/>
              <w:jc w:val="center"/>
              <w:rPr>
                <w:rFonts w:ascii="Calibri" w:eastAsia="Calibri" w:hAnsi="Calibri" w:cs="Calibri"/>
                <w:b/>
                <w:bCs/>
                <w:sz w:val="24"/>
                <w:szCs w:val="24"/>
              </w:rPr>
            </w:pPr>
            <w:r>
              <w:rPr>
                <w:rFonts w:ascii="Calibri" w:eastAsia="Calibri" w:hAnsi="Calibri" w:cs="Calibri"/>
                <w:b/>
                <w:bCs/>
                <w:sz w:val="24"/>
                <w:szCs w:val="24"/>
              </w:rPr>
              <w:t xml:space="preserve">PL.N. 047 DE 2025 SENADO </w:t>
            </w:r>
          </w:p>
        </w:tc>
      </w:tr>
      <w:tr w:rsidR="004A14E1" w:rsidRPr="00676F65" w14:paraId="00F6CDA1"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92084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321FB2" w14:textId="1184180D"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FOMENTA LA INVESTIGACIÓN, DESARROLLO Y PRODUCCIÓN DE TECNOLOGÍAS EN SALUD A PARTIR DE EMPRENDIMIENTOS DE BASE CIENTÍFICO TECNOLÓGICA”. GACETA: 398/26</w:t>
            </w:r>
          </w:p>
        </w:tc>
      </w:tr>
      <w:tr w:rsidR="004A14E1" w:rsidRPr="00676F65" w14:paraId="7F2439C5"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73B446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7BCC025" w14:textId="6877FE7F"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PEDRO HERNANDO FLÓREZ PORRAS</w:t>
            </w:r>
          </w:p>
        </w:tc>
      </w:tr>
      <w:tr w:rsidR="004A14E1" w:rsidRPr="00676F65" w14:paraId="268ADA27"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2BC9397F"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AF8B96" w14:textId="49472B91"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PEDRO HERNANDO FLÓREZ PORRAS</w:t>
            </w:r>
          </w:p>
        </w:tc>
      </w:tr>
    </w:tbl>
    <w:p w14:paraId="6FCE4F71" w14:textId="77777777" w:rsidR="003C3390" w:rsidRDefault="003C3390" w:rsidP="0090457D">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A14E1" w14:paraId="44BCA666" w14:textId="77777777" w:rsidTr="00CE6EB4">
        <w:tc>
          <w:tcPr>
            <w:tcW w:w="3002" w:type="dxa"/>
            <w:tcBorders>
              <w:top w:val="single" w:sz="24" w:space="0" w:color="000000"/>
              <w:bottom w:val="single" w:sz="4" w:space="0" w:color="000000"/>
            </w:tcBorders>
            <w:vAlign w:val="center"/>
          </w:tcPr>
          <w:p w14:paraId="62903222" w14:textId="63B13F52"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0E03777" w14:textId="7A7D62BD" w:rsidR="003C3390" w:rsidRDefault="00000000" w:rsidP="00CE6EB4">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206 DE 2025 SENADO </w:t>
            </w:r>
          </w:p>
        </w:tc>
      </w:tr>
      <w:tr w:rsidR="004A14E1" w:rsidRPr="00676F65" w14:paraId="75F54403"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486C8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3639A2" w14:textId="39CBA311"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GARANTIZA EL MEJORAMIENTO</w:t>
            </w:r>
          </w:p>
          <w:p w14:paraId="736E0A3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INTEGRAL DE ASENTAMIENTOS HUMANOS DE ORIGEN INFORMAL EN SUELOS, RURALES Y DE EXPANSIÓN URBANA, SE PREVIENEN FACTORES DE ESPECULACIÓN INMOBILIARIA Y SE DICTAN OTRAS DISPOSICIONES”. </w:t>
            </w:r>
          </w:p>
          <w:p w14:paraId="39791A5D" w14:textId="02A6EC7C"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392/26</w:t>
            </w:r>
          </w:p>
        </w:tc>
      </w:tr>
      <w:tr w:rsidR="004A14E1" w:rsidRPr="00676F65" w14:paraId="50D53C2D"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5D3F2C5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B93D167" w14:textId="3D134A90"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FERNEY SILVA IDROBO, SONIA BERNAL SÁNCHEZ, MARTHA PERALTA EPIEYÚ, GUIDO ECHEVERRI PIEDRAHITA, OMAR RESTREPO CORREA</w:t>
            </w:r>
          </w:p>
        </w:tc>
      </w:tr>
      <w:tr w:rsidR="004A14E1" w:rsidRPr="00676F65" w14:paraId="51AD9AE8"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F72696F"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438E10" w14:textId="24BD7C2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CARLOS JULIO GONZÁLEZ VILLA</w:t>
            </w:r>
          </w:p>
        </w:tc>
      </w:tr>
    </w:tbl>
    <w:p w14:paraId="703A5159" w14:textId="77777777" w:rsidR="003C3390" w:rsidRDefault="003C3390" w:rsidP="0090457D">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929D2" w14:paraId="7194776F" w14:textId="77777777" w:rsidTr="00CE6EB4">
        <w:tc>
          <w:tcPr>
            <w:tcW w:w="3002" w:type="dxa"/>
            <w:tcBorders>
              <w:top w:val="single" w:sz="24" w:space="0" w:color="000000"/>
              <w:bottom w:val="single" w:sz="4" w:space="0" w:color="000000"/>
            </w:tcBorders>
            <w:vAlign w:val="center"/>
          </w:tcPr>
          <w:p w14:paraId="40F5F4C7" w14:textId="0E644875"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bookmarkStart w:id="61" w:name="_Hlk231892390"/>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BC51A2" w14:textId="602776BB" w:rsidR="003C3390" w:rsidRDefault="00000000" w:rsidP="00CE6EB4">
            <w:pPr>
              <w:ind w:left="360"/>
              <w:jc w:val="center"/>
              <w:rPr>
                <w:rFonts w:ascii="Calibri" w:eastAsia="Calibri" w:hAnsi="Calibri" w:cs="Calibri"/>
                <w:b/>
                <w:bCs/>
                <w:sz w:val="24"/>
                <w:szCs w:val="24"/>
              </w:rPr>
            </w:pPr>
            <w:r>
              <w:rPr>
                <w:rFonts w:ascii="Calibri" w:eastAsia="Calibri" w:hAnsi="Calibri" w:cs="Calibri"/>
                <w:b/>
                <w:bCs/>
                <w:sz w:val="24"/>
                <w:szCs w:val="24"/>
              </w:rPr>
              <w:t>PL.N. 152 DE 2025 SENADO – 451 DE 2024 CÁMARA</w:t>
            </w:r>
          </w:p>
        </w:tc>
      </w:tr>
      <w:tr w:rsidR="00A929D2" w:rsidRPr="00676F65" w14:paraId="03EAC081"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B6D76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9AFE95" w14:textId="644E2633"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DEL CUAL SE PROMUEVE E INCENTIVA EL DESARROLLO DEL ECOSISTEMA DEL HIDRÓGENO DE BAJAS EMISIONES EN COLOMBIA CON</w:t>
            </w:r>
          </w:p>
          <w:p w14:paraId="6C71A064" w14:textId="4AD29680"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EL FIN DE GARANTIZAR UNA CORRECTA TRANSICIÓN ENERGÉTICA Y SE DICTAN OTRAS DISPOSICIONES - ECONOMÍA DEL HIDRÓGENO””. </w:t>
            </w:r>
          </w:p>
          <w:p w14:paraId="5E231BB4" w14:textId="7F83B58F"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400/26</w:t>
            </w:r>
          </w:p>
        </w:tc>
      </w:tr>
      <w:tr w:rsidR="00A929D2" w:rsidRPr="00676F65" w14:paraId="679010AB"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5FE7CED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F79806" w14:textId="7BDC1953"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H.R. NICOLÁS ANTONIO BARGUIL CUBILLOS</w:t>
            </w:r>
          </w:p>
        </w:tc>
      </w:tr>
      <w:tr w:rsidR="00A929D2" w:rsidRPr="00676F65" w14:paraId="3AF30E69"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CDC5EF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D330FD4" w14:textId="787757B4"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MARCOS DANIEL PINEDA GARCÍA.</w:t>
            </w:r>
          </w:p>
        </w:tc>
      </w:tr>
      <w:bookmarkEnd w:id="61"/>
    </w:tbl>
    <w:p w14:paraId="202CB826" w14:textId="77777777" w:rsidR="003C3390" w:rsidRDefault="003C3390" w:rsidP="0090457D">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352A4" w14:paraId="5EDC2F81" w14:textId="77777777" w:rsidTr="00D87A1F">
        <w:tc>
          <w:tcPr>
            <w:tcW w:w="3002" w:type="dxa"/>
            <w:tcBorders>
              <w:top w:val="single" w:sz="24" w:space="0" w:color="000000"/>
              <w:bottom w:val="single" w:sz="4" w:space="0" w:color="000000"/>
            </w:tcBorders>
            <w:vAlign w:val="center"/>
          </w:tcPr>
          <w:p w14:paraId="726EBC49" w14:textId="5DFE72B3"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D3A40FF" w14:textId="302F7B88" w:rsidR="003C3390" w:rsidRDefault="00000000" w:rsidP="00D87A1F">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061 DE 2025 SENADO </w:t>
            </w:r>
          </w:p>
        </w:tc>
      </w:tr>
      <w:tr w:rsidR="00F352A4" w:rsidRPr="00676F65" w14:paraId="37950F1E" w14:textId="77777777" w:rsidTr="00D87A1F">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1762E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60EDF2" w14:textId="1C525B8A"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DICTAN NORMAS ESPECIALES RELATIVAS A LOS SERVICIOS MÉDICO-QUIRÚRGICOS DE IMPLANTACIÓN MAMARIA Y AL CONTROL, MANEJO, REHABILITACIÓN Y ATENCIÓN DE SECUELAS CAUSADAS POR ENFERMEDADES AUTOINMUNES ASOCIADAS A LOS IMPLANTES MAMARIOS, ENTRE OTRAS DISPOSICIONES”. GACETA: 415/26</w:t>
            </w:r>
          </w:p>
        </w:tc>
      </w:tr>
      <w:tr w:rsidR="00F352A4" w:rsidRPr="00676F65" w14:paraId="5B3F5A1B" w14:textId="77777777" w:rsidTr="00D87A1F">
        <w:tc>
          <w:tcPr>
            <w:tcW w:w="3002" w:type="dxa"/>
            <w:tcBorders>
              <w:top w:val="single" w:sz="4" w:space="0" w:color="000000"/>
              <w:left w:val="single" w:sz="4" w:space="0" w:color="000000"/>
              <w:bottom w:val="single" w:sz="4" w:space="0" w:color="000000"/>
              <w:right w:val="single" w:sz="4" w:space="0" w:color="000000"/>
            </w:tcBorders>
            <w:vAlign w:val="center"/>
          </w:tcPr>
          <w:p w14:paraId="6C71C032"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2E7373F" w14:textId="18F8CA14"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JOSÉ LUIS PÉREZ OYUELA, NORMA HURTADO SÁNCHEZ </w:t>
            </w:r>
          </w:p>
        </w:tc>
      </w:tr>
      <w:tr w:rsidR="00F352A4" w:rsidRPr="00676F65" w14:paraId="3E461F63" w14:textId="77777777" w:rsidTr="00D87A1F">
        <w:tc>
          <w:tcPr>
            <w:tcW w:w="3002" w:type="dxa"/>
            <w:tcBorders>
              <w:top w:val="single" w:sz="4" w:space="0" w:color="000000"/>
              <w:left w:val="single" w:sz="4" w:space="0" w:color="000000"/>
              <w:bottom w:val="single" w:sz="4" w:space="0" w:color="000000"/>
              <w:right w:val="single" w:sz="4" w:space="0" w:color="000000"/>
            </w:tcBorders>
            <w:vAlign w:val="center"/>
          </w:tcPr>
          <w:p w14:paraId="28709F1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93202D" w14:textId="42734B45"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NORMA HURTADO SÁNCHEZ</w:t>
            </w:r>
          </w:p>
        </w:tc>
      </w:tr>
    </w:tbl>
    <w:p w14:paraId="0102DAE6" w14:textId="77777777" w:rsidR="003C3390" w:rsidRDefault="003C3390" w:rsidP="00516F3E">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785B587B" w14:textId="77777777" w:rsidTr="00B745DB">
        <w:tc>
          <w:tcPr>
            <w:tcW w:w="3002" w:type="dxa"/>
            <w:tcBorders>
              <w:top w:val="single" w:sz="24" w:space="0" w:color="000000"/>
              <w:bottom w:val="single" w:sz="4" w:space="0" w:color="000000"/>
            </w:tcBorders>
            <w:vAlign w:val="center"/>
          </w:tcPr>
          <w:p w14:paraId="6594493F" w14:textId="59167126" w:rsidR="003C3390" w:rsidRPr="00333E21" w:rsidRDefault="00000000"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2" w:name="_Hlk232584454"/>
            <w:r w:rsidRPr="00333E21">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4CAEFBA" w14:textId="77777777" w:rsidR="003C3390" w:rsidRDefault="00000000"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003 DE 2025 SENADO </w:t>
            </w:r>
          </w:p>
        </w:tc>
      </w:tr>
      <w:tr w:rsidR="00516F3E" w:rsidRPr="00676F65" w14:paraId="4F0F9699"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5E637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9AA2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“POR MEDIO DE LA CUAL SE ADOPTAN MEDIDAS INTEGRALES PARA LA PREVENCIÓN DE LA VIOLENCIA SEXUAL EN NIÑOS, NIÑAS Y ADOLESCENTES, SE FORTALECEN LOS ENTORNOS PROTECTORES, SE MODIFICAN LAS LEYES 1146 DE 2007, 2137 DE 2021 Y SE DICTAN OTRAS DISPOSICIONES”. </w:t>
            </w:r>
          </w:p>
          <w:p w14:paraId="6EA1C50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GACETA: 427/26</w:t>
            </w:r>
          </w:p>
        </w:tc>
      </w:tr>
      <w:tr w:rsidR="00516F3E" w:rsidRPr="00676F65" w14:paraId="0484AA1C"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24114054"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4DD9AB3"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LORENA RIOS CUELLAR, SOLEDAD TAMAYO </w:t>
            </w:r>
            <w:proofErr w:type="spellStart"/>
            <w:r w:rsidRPr="00676F65">
              <w:rPr>
                <w:rFonts w:ascii="Calibri" w:eastAsia="Calibri" w:hAnsi="Calibri" w:cs="Calibri"/>
                <w:lang w:val="es-CO" w:eastAsia="es-CO"/>
              </w:rPr>
              <w:t>TAMAYO</w:t>
            </w:r>
            <w:proofErr w:type="spellEnd"/>
            <w:r w:rsidRPr="00676F65">
              <w:rPr>
                <w:rFonts w:ascii="Calibri" w:eastAsia="Calibri" w:hAnsi="Calibri" w:cs="Calibri"/>
                <w:lang w:val="es-CO" w:eastAsia="es-CO"/>
              </w:rPr>
              <w:t>, ANA PAOLA AGUDELO GARCÍA, ESPERANZA ANDRADE SERRANO, KARINA ESPINOSA OLIVER, JONATHAN PULIDO HERNÁNDEZ, H.R. JULIÁN PEINADO RAMÍREZ, HUGO ALFONSO ARCHILA SUÁREZ, DANIEL RESTREPO CARMONA, WILDER IBERSON ESCOBAR ORTIZ, IRMA LUZ HERRERA RODRÍGUEZ, SARAY ROBAYO BECHARA, JUAN CAMILO LONDOÑO BARRERA, ERIKA TATIANA SÁNCHEZ PINTO. </w:t>
            </w:r>
          </w:p>
        </w:tc>
      </w:tr>
      <w:tr w:rsidR="00516F3E" w:rsidRPr="00676F65" w14:paraId="5092C46D"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707EA8E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6233AC7"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LORENA RIOS CUELLAR</w:t>
            </w:r>
          </w:p>
        </w:tc>
      </w:tr>
      <w:bookmarkEnd w:id="62"/>
    </w:tbl>
    <w:p w14:paraId="23E3AE63" w14:textId="77777777" w:rsidR="003C3390" w:rsidRDefault="003C3390" w:rsidP="00516F3E">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5780E6B2" w14:textId="77777777" w:rsidTr="00B745DB">
        <w:tc>
          <w:tcPr>
            <w:tcW w:w="3002" w:type="dxa"/>
            <w:tcBorders>
              <w:top w:val="single" w:sz="24" w:space="0" w:color="000000"/>
              <w:bottom w:val="single" w:sz="4" w:space="0" w:color="000000"/>
            </w:tcBorders>
            <w:vAlign w:val="center"/>
          </w:tcPr>
          <w:p w14:paraId="70A5D34B" w14:textId="375C1809" w:rsidR="003C3390" w:rsidRPr="00333E21" w:rsidRDefault="00000000"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333E21">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4A7E174" w14:textId="77777777" w:rsidR="003C3390" w:rsidRDefault="00000000"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066 DE 2025 SENADO </w:t>
            </w:r>
          </w:p>
        </w:tc>
      </w:tr>
      <w:tr w:rsidR="00516F3E" w:rsidRPr="00676F65" w14:paraId="245ABF08"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1F266A"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116BA0" w14:textId="6B441486"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MODIFICA EL ARTÍCULO 26 DE LA LEY 909 DE 2004”.  GACETA: 457/26</w:t>
            </w:r>
          </w:p>
        </w:tc>
      </w:tr>
      <w:tr w:rsidR="00516F3E" w:rsidRPr="00676F65" w14:paraId="10572313"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485F4A9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BD043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NICOLAS ALBEIRO ECHEVERRY ALVARÁN.</w:t>
            </w:r>
          </w:p>
        </w:tc>
      </w:tr>
      <w:tr w:rsidR="00516F3E" w:rsidRPr="00676F65" w14:paraId="20770B50"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79E93DC1"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F31B9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 ESPERANZA ANDRADE SERRANO</w:t>
            </w:r>
          </w:p>
        </w:tc>
      </w:tr>
    </w:tbl>
    <w:p w14:paraId="57BA9636" w14:textId="77777777" w:rsidR="003C3390" w:rsidRDefault="003C3390"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51947" w14:paraId="69874C07" w14:textId="77777777" w:rsidTr="007607FD">
        <w:tc>
          <w:tcPr>
            <w:tcW w:w="3002" w:type="dxa"/>
            <w:tcBorders>
              <w:top w:val="single" w:sz="24" w:space="0" w:color="000000"/>
              <w:bottom w:val="single" w:sz="4" w:space="0" w:color="000000"/>
            </w:tcBorders>
            <w:vAlign w:val="center"/>
          </w:tcPr>
          <w:p w14:paraId="7671EE96" w14:textId="77777777" w:rsidR="00D51947" w:rsidRPr="00B4708B" w:rsidRDefault="00D51947"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B4708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0BDAF21F" w14:textId="77777777" w:rsidR="00D51947" w:rsidRDefault="00D51947" w:rsidP="007607FD">
            <w:pPr>
              <w:ind w:left="360"/>
              <w:jc w:val="center"/>
              <w:rPr>
                <w:rFonts w:ascii="Calibri" w:eastAsia="Calibri" w:hAnsi="Calibri" w:cs="Calibri"/>
                <w:b/>
                <w:bCs/>
                <w:sz w:val="24"/>
                <w:szCs w:val="24"/>
              </w:rPr>
            </w:pPr>
            <w:r>
              <w:rPr>
                <w:rFonts w:ascii="Calibri" w:eastAsia="Calibri" w:hAnsi="Calibri" w:cs="Calibri"/>
                <w:b/>
                <w:bCs/>
                <w:sz w:val="24"/>
                <w:szCs w:val="24"/>
              </w:rPr>
              <w:t xml:space="preserve">PL.N. 156 DE 2025 SENADO – 043 DE 2024 CÁMARA </w:t>
            </w:r>
          </w:p>
        </w:tc>
      </w:tr>
      <w:tr w:rsidR="00D51947" w:rsidRPr="000716A3" w14:paraId="57A427C1" w14:textId="77777777" w:rsidTr="007607F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7C8E4D"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6BC6B5" w14:textId="77777777" w:rsidR="00D51947" w:rsidRPr="00B4708B"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w:t>
            </w:r>
            <w:r w:rsidRPr="00B4708B">
              <w:rPr>
                <w:rFonts w:ascii="Calibri" w:eastAsia="Calibri" w:hAnsi="Calibri" w:cs="Calibri"/>
                <w:lang w:val="es-CO" w:eastAsia="es-CO"/>
              </w:rPr>
              <w:t>POR MEDIO DEL</w:t>
            </w:r>
            <w:r>
              <w:rPr>
                <w:rFonts w:ascii="Calibri" w:eastAsia="Calibri" w:hAnsi="Calibri" w:cs="Calibri"/>
                <w:lang w:val="es-CO" w:eastAsia="es-CO"/>
              </w:rPr>
              <w:t xml:space="preserve"> </w:t>
            </w:r>
            <w:r w:rsidRPr="00B4708B">
              <w:rPr>
                <w:rFonts w:ascii="Calibri" w:eastAsia="Calibri" w:hAnsi="Calibri" w:cs="Calibri"/>
                <w:lang w:val="es-CO" w:eastAsia="es-CO"/>
              </w:rPr>
              <w:t>CUAL SE RECONOCE AL RÍO ARAUCA, SU CUENCA Y AFLUENTES COMO UNA ENTIDAD SUJETA DE DERECHOS, SE</w:t>
            </w:r>
          </w:p>
          <w:p w14:paraId="08B30A70" w14:textId="77777777" w:rsidR="00D51947" w:rsidRPr="000716A3" w:rsidRDefault="00D51947" w:rsidP="007607FD">
            <w:pPr>
              <w:spacing w:after="0" w:line="240" w:lineRule="auto"/>
              <w:jc w:val="center"/>
              <w:rPr>
                <w:rFonts w:ascii="Calibri" w:eastAsia="Calibri" w:hAnsi="Calibri" w:cs="Calibri"/>
                <w:lang w:val="es-CO" w:eastAsia="es-CO"/>
              </w:rPr>
            </w:pPr>
            <w:r w:rsidRPr="00B4708B">
              <w:rPr>
                <w:rFonts w:ascii="Calibri" w:eastAsia="Calibri" w:hAnsi="Calibri" w:cs="Calibri"/>
                <w:lang w:val="es-CO" w:eastAsia="es-CO"/>
              </w:rPr>
              <w:t>ESTABLECEN MEDIDAS PARA SU PROTECCIÓN Y CONSERVACIÓN Y SE DICTAN OTRAS DISPOSICIONES”.</w:t>
            </w:r>
            <w:r w:rsidRPr="000716A3">
              <w:rPr>
                <w:rFonts w:ascii="Calibri" w:eastAsia="Calibri" w:hAnsi="Calibri" w:cs="Calibri"/>
                <w:lang w:val="es-CO" w:eastAsia="es-CO"/>
              </w:rPr>
              <w:t xml:space="preserve"> GACETA: </w:t>
            </w:r>
            <w:r w:rsidRPr="006E2715">
              <w:rPr>
                <w:rFonts w:ascii="Calibri" w:eastAsia="Calibri" w:hAnsi="Calibri" w:cs="Calibri"/>
                <w:lang w:val="es-CO" w:eastAsia="es-CO"/>
              </w:rPr>
              <w:t>535</w:t>
            </w:r>
            <w:r w:rsidRPr="000716A3">
              <w:rPr>
                <w:rFonts w:ascii="Calibri" w:eastAsia="Calibri" w:hAnsi="Calibri" w:cs="Calibri"/>
                <w:lang w:val="es-CO" w:eastAsia="es-CO"/>
              </w:rPr>
              <w:t>/26</w:t>
            </w:r>
          </w:p>
        </w:tc>
      </w:tr>
      <w:tr w:rsidR="00D51947" w:rsidRPr="000716A3" w14:paraId="3EB8BC60"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4F95F260"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6802FDB" w14:textId="77777777" w:rsidR="00D51947" w:rsidRPr="000716A3" w:rsidRDefault="00D51947" w:rsidP="007607FD">
            <w:pPr>
              <w:spacing w:after="0" w:line="240" w:lineRule="auto"/>
              <w:jc w:val="center"/>
              <w:rPr>
                <w:rFonts w:ascii="Calibri" w:eastAsia="Calibri" w:hAnsi="Calibri" w:cs="Calibri"/>
                <w:lang w:val="es-CO" w:eastAsia="es-CO"/>
              </w:rPr>
            </w:pPr>
            <w:r w:rsidRPr="00B4708B">
              <w:rPr>
                <w:rFonts w:ascii="Calibri" w:eastAsia="Calibri" w:hAnsi="Calibri" w:cs="Calibri"/>
                <w:lang w:eastAsia="es-CO"/>
              </w:rPr>
              <w:t>H.R. GERMÁN ROGELIO ROZO ANÍS, DOLCEY OSCAR TORRES ROMERO, CÉSAR CRISTIAN GÓMEZ CASTRO, MARÍA EUGENIA LOPERA MONSALVE, JORGE ALEXANDER QUEVEDO HERRERA, JUAN CAMILO LONDOÑO BARRERA, KAREN ASTRITH MANRIQUE OLARTE, LUIS CARLOS OCHOA TOBÓN, LINA MARÍA GARRIDO MARTÍN, WILLIAM FERNEY ALJURE MARTÍNEZ</w:t>
            </w:r>
          </w:p>
        </w:tc>
      </w:tr>
      <w:tr w:rsidR="00D51947" w:rsidRPr="000716A3" w14:paraId="418E2E1E"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501F8438"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202DE9"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w:t>
            </w:r>
            <w:r w:rsidRPr="00B4708B">
              <w:rPr>
                <w:rFonts w:ascii="Calibri" w:eastAsia="Calibri" w:hAnsi="Calibri" w:cs="Calibri"/>
                <w:lang w:eastAsia="es-CO"/>
              </w:rPr>
              <w:t>PABLO CATATUMBO TORRES VICTORIA.</w:t>
            </w:r>
          </w:p>
        </w:tc>
      </w:tr>
    </w:tbl>
    <w:p w14:paraId="21D69FAA" w14:textId="77777777" w:rsidR="00D51947" w:rsidRDefault="00D51947"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C6636" w14:paraId="5F313DCE" w14:textId="77777777" w:rsidTr="00B745DB">
        <w:tc>
          <w:tcPr>
            <w:tcW w:w="3002" w:type="dxa"/>
            <w:tcBorders>
              <w:top w:val="single" w:sz="24" w:space="0" w:color="000000"/>
              <w:bottom w:val="single" w:sz="4" w:space="0" w:color="000000"/>
            </w:tcBorders>
            <w:vAlign w:val="center"/>
          </w:tcPr>
          <w:p w14:paraId="0D5D33E8" w14:textId="2EBF3B7B" w:rsidR="003C3390" w:rsidRPr="00333E21" w:rsidRDefault="00000000"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3" w:name="_Hlk231892486"/>
            <w:r w:rsidRPr="00333E21">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B9CF35E" w14:textId="77777777" w:rsidR="003C3390" w:rsidRDefault="00000000" w:rsidP="00B745DB">
            <w:pPr>
              <w:ind w:left="360"/>
              <w:jc w:val="center"/>
              <w:rPr>
                <w:rFonts w:ascii="Calibri" w:eastAsia="Calibri" w:hAnsi="Calibri" w:cs="Calibri"/>
                <w:b/>
                <w:bCs/>
                <w:sz w:val="24"/>
                <w:szCs w:val="24"/>
              </w:rPr>
            </w:pPr>
            <w:r>
              <w:rPr>
                <w:rFonts w:ascii="Calibri" w:eastAsia="Calibri" w:hAnsi="Calibri" w:cs="Calibri"/>
                <w:b/>
                <w:bCs/>
                <w:sz w:val="24"/>
                <w:szCs w:val="24"/>
              </w:rPr>
              <w:t>PL.N. 171 DE 2025 SENADO – 260 DE 2024 CAMARA</w:t>
            </w:r>
          </w:p>
        </w:tc>
      </w:tr>
      <w:tr w:rsidR="006C6636" w:rsidRPr="00676F65" w14:paraId="7FC078FD"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1CEDCF"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DC2692" w14:textId="1997AE13"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DEL CUAL SE RECONOCE COMO PATRIMONIO CULTURAL INMATERIAL DE LA NACIÓN EL SANJUANERO TOLIMENSE Y SE DICTAN OTRAS DISPOSICIONES”.  GACETA: 459/26</w:t>
            </w:r>
          </w:p>
        </w:tc>
      </w:tr>
      <w:tr w:rsidR="006C6636" w:rsidRPr="00676F65" w14:paraId="622604BF"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15EE8CD5"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9D71DC"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b/>
              <w:t>H.</w:t>
            </w:r>
            <w:proofErr w:type="gramStart"/>
            <w:r w:rsidRPr="00676F65">
              <w:rPr>
                <w:rFonts w:ascii="Calibri" w:eastAsia="Calibri" w:hAnsi="Calibri" w:cs="Calibri"/>
                <w:lang w:val="es-CO" w:eastAsia="es-CO"/>
              </w:rPr>
              <w:t>R.JOSÉ</w:t>
            </w:r>
            <w:proofErr w:type="gramEnd"/>
            <w:r w:rsidRPr="00676F65">
              <w:rPr>
                <w:rFonts w:ascii="Calibri" w:eastAsia="Calibri" w:hAnsi="Calibri" w:cs="Calibri"/>
                <w:lang w:val="es-CO" w:eastAsia="es-CO"/>
              </w:rPr>
              <w:t xml:space="preserve"> ALEJANDRO MARTÍNEZ SÁNCHEZ, JORGE ELIÉCER TAMAYO MARULANDA, ÁLVARO MAURICIO LONDOÑO LUGO, JOSÉ ELIÉCER SALAZAR </w:t>
            </w:r>
            <w:r w:rsidRPr="00676F65">
              <w:rPr>
                <w:rFonts w:ascii="Calibri" w:eastAsia="Calibri" w:hAnsi="Calibri" w:cs="Calibri"/>
                <w:lang w:val="es-CO" w:eastAsia="es-CO"/>
              </w:rPr>
              <w:lastRenderedPageBreak/>
              <w:t>LÓPEZ, CAMILO ESTEBAN ÁVILA MORALES, HERNANDO GUIDA PONCE, ALFREDO MONDRAGÓN GARZÓN, JUAN DANIEL PEÑUELA CALVACHE, INGRID MARLEN SOGAMOSO ALFONSO, WILDER IBERSON ESCOBAR ORTIZ, ERIKA TATIANA SÁNCHEZ PINTO, INGRID JOHANA AGUIRRE JUVINAO, JULIANA ARAY FRANCO, JUAN CARLOS WILLS OSPINA</w:t>
            </w:r>
          </w:p>
        </w:tc>
      </w:tr>
      <w:tr w:rsidR="006C6636" w:rsidRPr="00676F65" w14:paraId="7A5B97FD"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67910F17"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2FCE149"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H.S. SOLEDAD TAMAYO </w:t>
            </w:r>
            <w:proofErr w:type="spellStart"/>
            <w:r w:rsidRPr="00676F65">
              <w:rPr>
                <w:rFonts w:ascii="Calibri" w:eastAsia="Calibri" w:hAnsi="Calibri" w:cs="Calibri"/>
                <w:lang w:val="es-CO" w:eastAsia="es-CO"/>
              </w:rPr>
              <w:t>TAMAYO</w:t>
            </w:r>
            <w:proofErr w:type="spellEnd"/>
          </w:p>
        </w:tc>
      </w:tr>
      <w:bookmarkEnd w:id="63"/>
    </w:tbl>
    <w:p w14:paraId="655493D5" w14:textId="77777777" w:rsidR="003C3390" w:rsidRDefault="003C3390"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16FB6" w14:paraId="4178E94D" w14:textId="77777777" w:rsidTr="00AC705E">
        <w:tc>
          <w:tcPr>
            <w:tcW w:w="3002" w:type="dxa"/>
            <w:tcBorders>
              <w:top w:val="single" w:sz="24" w:space="0" w:color="000000"/>
              <w:bottom w:val="single" w:sz="4" w:space="0" w:color="000000"/>
            </w:tcBorders>
            <w:vAlign w:val="center"/>
          </w:tcPr>
          <w:p w14:paraId="41842A9F" w14:textId="560604BB" w:rsidR="00216FB6" w:rsidRPr="00216FB6" w:rsidRDefault="00216FB6"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216FB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663E5F0" w14:textId="77777777" w:rsidR="00216FB6" w:rsidRDefault="00216FB6" w:rsidP="00AC705E">
            <w:pPr>
              <w:ind w:left="360"/>
              <w:jc w:val="center"/>
              <w:rPr>
                <w:rFonts w:ascii="Calibri" w:eastAsia="Calibri" w:hAnsi="Calibri" w:cs="Calibri"/>
                <w:b/>
                <w:bCs/>
                <w:sz w:val="24"/>
                <w:szCs w:val="24"/>
              </w:rPr>
            </w:pPr>
            <w:r>
              <w:rPr>
                <w:rFonts w:ascii="Calibri" w:eastAsia="Calibri" w:hAnsi="Calibri" w:cs="Calibri"/>
                <w:b/>
                <w:bCs/>
                <w:sz w:val="24"/>
                <w:szCs w:val="24"/>
              </w:rPr>
              <w:t>PL.N. 173 DE 2025 SENADO – 041 DE 2024 CÁMARA ACUMULADO CON EL PL.N. 264 DE 2024 CÁMARA</w:t>
            </w:r>
          </w:p>
        </w:tc>
      </w:tr>
      <w:tr w:rsidR="00216FB6" w:rsidRPr="000716A3" w14:paraId="24FA27A5" w14:textId="77777777" w:rsidTr="00AC705E">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9B02E4"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CACF74" w14:textId="77777777" w:rsidR="00216FB6" w:rsidRPr="009F7C1B"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w:t>
            </w:r>
            <w:r w:rsidRPr="009F7C1B">
              <w:rPr>
                <w:rFonts w:ascii="Calibri" w:eastAsia="Calibri" w:hAnsi="Calibri" w:cs="Calibri"/>
                <w:lang w:val="es-CO" w:eastAsia="es-CO"/>
              </w:rPr>
              <w:t>POR MEDIO DEL CUAL SE ESTABLECEN MEDIDAS PARA EL</w:t>
            </w:r>
          </w:p>
          <w:p w14:paraId="66855AD2" w14:textId="7AAA340A" w:rsidR="00216FB6" w:rsidRPr="000716A3" w:rsidRDefault="00216FB6" w:rsidP="00AC705E">
            <w:pPr>
              <w:spacing w:after="0" w:line="240" w:lineRule="auto"/>
              <w:jc w:val="center"/>
              <w:rPr>
                <w:rFonts w:ascii="Calibri" w:eastAsia="Calibri" w:hAnsi="Calibri" w:cs="Calibri"/>
                <w:lang w:val="es-CO" w:eastAsia="es-CO"/>
              </w:rPr>
            </w:pPr>
            <w:r w:rsidRPr="009F7C1B">
              <w:rPr>
                <w:rFonts w:ascii="Calibri" w:eastAsia="Calibri" w:hAnsi="Calibri" w:cs="Calibri"/>
                <w:lang w:val="es-CO" w:eastAsia="es-CO"/>
              </w:rPr>
              <w:t>FORTALECIMIENTO DE LAS JUNTAS ADMINISTRADORAS LOCALES EN EL PAÍS Y SE DICTAN OTRAS</w:t>
            </w:r>
            <w:r>
              <w:rPr>
                <w:rFonts w:ascii="Calibri" w:eastAsia="Calibri" w:hAnsi="Calibri" w:cs="Calibri"/>
                <w:lang w:val="es-CO" w:eastAsia="es-CO"/>
              </w:rPr>
              <w:t xml:space="preserve"> </w:t>
            </w:r>
            <w:r w:rsidRPr="009F7C1B">
              <w:rPr>
                <w:rFonts w:ascii="Calibri" w:eastAsia="Calibri" w:hAnsi="Calibri" w:cs="Calibri"/>
                <w:lang w:val="es-CO" w:eastAsia="es-CO"/>
              </w:rPr>
              <w:t>DISPOSICIONES”</w:t>
            </w:r>
            <w:r w:rsidRPr="000716A3">
              <w:rPr>
                <w:rFonts w:ascii="Calibri" w:eastAsia="Calibri" w:hAnsi="Calibri" w:cs="Calibri"/>
                <w:lang w:val="es-CO" w:eastAsia="es-CO"/>
              </w:rPr>
              <w:t xml:space="preserve">. GACETA: </w:t>
            </w:r>
            <w:r w:rsidR="006A0094" w:rsidRPr="006A0094">
              <w:rPr>
                <w:rFonts w:ascii="Calibri" w:eastAsia="Calibri" w:hAnsi="Calibri" w:cs="Calibri"/>
                <w:lang w:val="es-CO" w:eastAsia="es-CO"/>
              </w:rPr>
              <w:t>509</w:t>
            </w:r>
            <w:r w:rsidRPr="000716A3">
              <w:rPr>
                <w:rFonts w:ascii="Calibri" w:eastAsia="Calibri" w:hAnsi="Calibri" w:cs="Calibri"/>
                <w:lang w:val="es-CO" w:eastAsia="es-CO"/>
              </w:rPr>
              <w:t>/26</w:t>
            </w:r>
          </w:p>
        </w:tc>
      </w:tr>
      <w:tr w:rsidR="00216FB6" w:rsidRPr="000716A3" w14:paraId="70C8985A"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2BCFBA5C"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B2D37F5" w14:textId="77777777" w:rsidR="00216FB6" w:rsidRPr="000716A3" w:rsidRDefault="00216FB6" w:rsidP="00AC705E">
            <w:pPr>
              <w:spacing w:after="0" w:line="240" w:lineRule="auto"/>
              <w:jc w:val="center"/>
              <w:rPr>
                <w:rFonts w:ascii="Calibri" w:eastAsia="Calibri" w:hAnsi="Calibri" w:cs="Calibri"/>
                <w:lang w:val="es-CO" w:eastAsia="es-CO"/>
              </w:rPr>
            </w:pPr>
            <w:r w:rsidRPr="009F7C1B">
              <w:rPr>
                <w:rFonts w:ascii="Calibri" w:eastAsia="Calibri" w:hAnsi="Calibri" w:cs="Calibri"/>
                <w:sz w:val="20"/>
                <w:szCs w:val="20"/>
                <w:lang w:val="es-CO" w:eastAsia="es-CO"/>
              </w:rPr>
              <w:t xml:space="preserve">H.S. </w:t>
            </w:r>
            <w:r w:rsidRPr="009F7C1B">
              <w:rPr>
                <w:rFonts w:ascii="Calibri" w:eastAsia="Calibri" w:hAnsi="Calibri" w:cs="Calibri"/>
                <w:sz w:val="20"/>
                <w:szCs w:val="20"/>
                <w:lang w:eastAsia="es-CO"/>
              </w:rPr>
              <w:t>JULIÁN GALLO CUBILLOS, OMAR DE JESÚS RESTREPO CORREA, IMELDA DAZA COTES, SANDRA RAMÍREZ LOBO, PABLO CATATUMBO TORRES VICTORIA, H.R. LUIS ALBERTO ALBÁN URBANO, JAIRO REINALDO CALA SUÁREZ, PEDRO BARACUTAO GARCÍA OSPINA, CARLOS ALBERTO CARREÑO MARÍN, GERMÁN JOSÉ GÓMEZ LÓPEZ, EDINSON VLADIMIR OLAYA MANCIPE, OSCAR HERNÁN SÁNCHEZ LEÓN, LUZ AYDA PASTRANA LOAIZA, GERSEL LUIS PÉREZ ALTAMIRANDA</w:t>
            </w:r>
          </w:p>
        </w:tc>
      </w:tr>
      <w:tr w:rsidR="00216FB6" w:rsidRPr="000716A3" w14:paraId="4C854A8E"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5A89B98B"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09FE548" w14:textId="259BBC9C" w:rsidR="00216FB6" w:rsidRPr="009C1132" w:rsidRDefault="00216FB6" w:rsidP="00AC705E">
            <w:pPr>
              <w:spacing w:after="0" w:line="240" w:lineRule="auto"/>
              <w:jc w:val="center"/>
              <w:rPr>
                <w:rFonts w:ascii="Calibri" w:eastAsia="Calibri" w:hAnsi="Calibri" w:cs="Calibri"/>
                <w:lang w:eastAsia="es-CO"/>
              </w:rPr>
            </w:pPr>
            <w:proofErr w:type="spellStart"/>
            <w:r w:rsidRPr="009C1132">
              <w:rPr>
                <w:rFonts w:ascii="Calibri" w:eastAsia="Calibri" w:hAnsi="Calibri" w:cs="Calibri"/>
                <w:u w:val="single"/>
                <w:lang w:eastAsia="es-CO"/>
              </w:rPr>
              <w:t>COORDINADORES</w:t>
            </w:r>
            <w:proofErr w:type="spellEnd"/>
            <w:r w:rsidRPr="009C1132">
              <w:rPr>
                <w:rFonts w:ascii="Calibri" w:eastAsia="Calibri" w:hAnsi="Calibri" w:cs="Calibri"/>
                <w:lang w:val="es-CO" w:eastAsia="es-CO"/>
              </w:rPr>
              <w:t xml:space="preserve">: H.S. </w:t>
            </w:r>
            <w:r w:rsidRPr="009C1132">
              <w:rPr>
                <w:rFonts w:ascii="Calibri" w:eastAsia="Calibri" w:hAnsi="Calibri" w:cs="Calibri"/>
                <w:lang w:eastAsia="es-CO"/>
              </w:rPr>
              <w:t xml:space="preserve">JORGE ENRIQUE BENEDETTI MARTELO, ARIEL FERNANDO AVILA MARTINEZ </w:t>
            </w:r>
          </w:p>
          <w:p w14:paraId="412BE88D" w14:textId="77777777" w:rsidR="00216FB6" w:rsidRPr="000716A3" w:rsidRDefault="00216FB6" w:rsidP="00AC705E">
            <w:pPr>
              <w:spacing w:after="0" w:line="240" w:lineRule="auto"/>
              <w:jc w:val="center"/>
              <w:rPr>
                <w:rFonts w:ascii="Calibri" w:eastAsia="Calibri" w:hAnsi="Calibri" w:cs="Calibri"/>
                <w:lang w:val="es-CO" w:eastAsia="es-CO"/>
              </w:rPr>
            </w:pPr>
            <w:r w:rsidRPr="009C1132">
              <w:rPr>
                <w:rFonts w:ascii="Calibri" w:eastAsia="Calibri" w:hAnsi="Calibri" w:cs="Calibri"/>
                <w:u w:val="single"/>
                <w:lang w:eastAsia="es-CO"/>
              </w:rPr>
              <w:t>PONENTES</w:t>
            </w:r>
            <w:r w:rsidRPr="009C1132">
              <w:rPr>
                <w:rFonts w:ascii="Calibri" w:eastAsia="Calibri" w:hAnsi="Calibri" w:cs="Calibri"/>
                <w:lang w:eastAsia="es-CO"/>
              </w:rPr>
              <w:t>: H.S. GERMAN ALCIDES BLANCO ALVAREZ, JULIO ELIAS CHAGUI FLORES, ALEJANDRO CARLOS CHACON CAMARGO, MARIA FERNADNA CABAL MOLINA, CLARA EUGENIA</w:t>
            </w:r>
            <w:r w:rsidRPr="009F7C1B">
              <w:rPr>
                <w:rFonts w:ascii="Calibri" w:eastAsia="Calibri" w:hAnsi="Calibri" w:cs="Calibri"/>
                <w:lang w:eastAsia="es-CO"/>
              </w:rPr>
              <w:t xml:space="preserve"> LOPEZ OBREGON, JULIAN GALLO CUBILLOS, ALEJANDRO ALBERTO VEGA PEREZ.</w:t>
            </w:r>
          </w:p>
        </w:tc>
      </w:tr>
    </w:tbl>
    <w:p w14:paraId="3E4985D1" w14:textId="77777777" w:rsidR="00216FB6" w:rsidRDefault="00216FB6"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B103DC" w14:paraId="435FEDAA" w14:textId="77777777" w:rsidTr="00B2231C">
        <w:tc>
          <w:tcPr>
            <w:tcW w:w="3002" w:type="dxa"/>
            <w:tcBorders>
              <w:top w:val="single" w:sz="24" w:space="0" w:color="000000"/>
              <w:bottom w:val="single" w:sz="4" w:space="0" w:color="000000"/>
            </w:tcBorders>
            <w:vAlign w:val="center"/>
          </w:tcPr>
          <w:p w14:paraId="1890BACA" w14:textId="04BD6F88" w:rsidR="00B103DC" w:rsidRPr="0044491F" w:rsidRDefault="00B103DC"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4" w:name="_Hlk232507954"/>
            <w:r w:rsidRPr="0044491F">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035A89AA" w14:textId="77777777" w:rsidR="00B103DC" w:rsidRDefault="00B103DC" w:rsidP="00B2231C">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241 DE 2025 SENADO </w:t>
            </w:r>
          </w:p>
        </w:tc>
      </w:tr>
      <w:tr w:rsidR="00B103DC" w:rsidRPr="000716A3" w14:paraId="2D4BE42D" w14:textId="77777777" w:rsidTr="00B2231C">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2D615B" w14:textId="77777777" w:rsidR="00B103DC" w:rsidRPr="000716A3"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FCCEA7" w14:textId="77777777" w:rsidR="00B103DC" w:rsidRPr="00216FB6"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w:t>
            </w:r>
            <w:r w:rsidRPr="00216FB6">
              <w:rPr>
                <w:rFonts w:ascii="Calibri" w:eastAsia="Calibri" w:hAnsi="Calibri" w:cs="Calibri"/>
                <w:lang w:val="es-CO" w:eastAsia="es-CO"/>
              </w:rPr>
              <w:t>POR MEDIO DE LA CUAL SE ESTABLECEN MEDIDAS ESPECIALES</w:t>
            </w:r>
          </w:p>
          <w:p w14:paraId="4A90BA67" w14:textId="77777777" w:rsidR="00B103DC" w:rsidRPr="000716A3" w:rsidRDefault="00B103DC" w:rsidP="00B2231C">
            <w:pPr>
              <w:spacing w:after="0" w:line="240" w:lineRule="auto"/>
              <w:jc w:val="center"/>
              <w:rPr>
                <w:rFonts w:ascii="Calibri" w:eastAsia="Calibri" w:hAnsi="Calibri" w:cs="Calibri"/>
                <w:lang w:val="es-CO" w:eastAsia="es-CO"/>
              </w:rPr>
            </w:pPr>
            <w:r w:rsidRPr="00216FB6">
              <w:rPr>
                <w:rFonts w:ascii="Calibri" w:eastAsia="Calibri" w:hAnsi="Calibri" w:cs="Calibri"/>
                <w:lang w:val="es-CO" w:eastAsia="es-CO"/>
              </w:rPr>
              <w:t>EN MATERIA DE TRÁNSITO, TRANSPORTE SEGURIDAD VIAL Y SE DICTAN OTRAS DISPOSICIONES</w:t>
            </w:r>
            <w:r w:rsidRPr="000716A3">
              <w:rPr>
                <w:rFonts w:ascii="Calibri" w:eastAsia="Calibri" w:hAnsi="Calibri" w:cs="Calibri"/>
                <w:lang w:val="es-CO" w:eastAsia="es-CO"/>
              </w:rPr>
              <w:t xml:space="preserve">”. GACETA: </w:t>
            </w:r>
            <w:r>
              <w:rPr>
                <w:rFonts w:ascii="Calibri" w:eastAsia="Calibri" w:hAnsi="Calibri" w:cs="Calibri"/>
                <w:lang w:val="es-CO" w:eastAsia="es-CO"/>
              </w:rPr>
              <w:t>524</w:t>
            </w:r>
            <w:r w:rsidRPr="000716A3">
              <w:rPr>
                <w:rFonts w:ascii="Calibri" w:eastAsia="Calibri" w:hAnsi="Calibri" w:cs="Calibri"/>
                <w:lang w:val="es-CO" w:eastAsia="es-CO"/>
              </w:rPr>
              <w:t>/26</w:t>
            </w:r>
          </w:p>
        </w:tc>
      </w:tr>
      <w:tr w:rsidR="00B103DC" w:rsidRPr="000716A3" w14:paraId="53D35C04" w14:textId="77777777" w:rsidTr="00B2231C">
        <w:tc>
          <w:tcPr>
            <w:tcW w:w="3002" w:type="dxa"/>
            <w:tcBorders>
              <w:top w:val="single" w:sz="4" w:space="0" w:color="000000"/>
              <w:left w:val="single" w:sz="4" w:space="0" w:color="000000"/>
              <w:bottom w:val="single" w:sz="4" w:space="0" w:color="000000"/>
              <w:right w:val="single" w:sz="4" w:space="0" w:color="000000"/>
            </w:tcBorders>
            <w:vAlign w:val="center"/>
          </w:tcPr>
          <w:p w14:paraId="537D5542" w14:textId="77777777" w:rsidR="00B103DC" w:rsidRPr="000716A3"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3CA6B0" w14:textId="77777777" w:rsidR="00B103DC" w:rsidRPr="000716A3"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w:t>
            </w:r>
            <w:r w:rsidRPr="00B4708B">
              <w:rPr>
                <w:rFonts w:ascii="Calibri" w:eastAsia="Calibri" w:hAnsi="Calibri" w:cs="Calibri"/>
                <w:lang w:eastAsia="es-CO"/>
              </w:rPr>
              <w:t>SANDRA YANETH JAIMES CRUZ</w:t>
            </w:r>
          </w:p>
        </w:tc>
      </w:tr>
      <w:tr w:rsidR="00B103DC" w:rsidRPr="000716A3" w14:paraId="72506425" w14:textId="77777777" w:rsidTr="00B2231C">
        <w:tc>
          <w:tcPr>
            <w:tcW w:w="3002" w:type="dxa"/>
            <w:tcBorders>
              <w:top w:val="single" w:sz="4" w:space="0" w:color="000000"/>
              <w:left w:val="single" w:sz="4" w:space="0" w:color="000000"/>
              <w:bottom w:val="single" w:sz="4" w:space="0" w:color="000000"/>
              <w:right w:val="single" w:sz="4" w:space="0" w:color="000000"/>
            </w:tcBorders>
            <w:vAlign w:val="center"/>
          </w:tcPr>
          <w:p w14:paraId="6E7DFA7D" w14:textId="77777777" w:rsidR="00B103DC" w:rsidRPr="000716A3"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1FF82F8" w14:textId="77777777" w:rsidR="00B103DC" w:rsidRPr="000716A3" w:rsidRDefault="00B103DC" w:rsidP="00B2231C">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w:t>
            </w:r>
            <w:r w:rsidRPr="00B4708B">
              <w:rPr>
                <w:rFonts w:ascii="Calibri" w:eastAsia="Calibri" w:hAnsi="Calibri" w:cs="Calibri"/>
                <w:lang w:eastAsia="es-CO"/>
              </w:rPr>
              <w:t>SANDRA YANETH JAIMES CRUZ</w:t>
            </w:r>
          </w:p>
        </w:tc>
      </w:tr>
      <w:bookmarkEnd w:id="64"/>
    </w:tbl>
    <w:p w14:paraId="6955B86A" w14:textId="77777777" w:rsidR="00B103DC" w:rsidRDefault="00B103DC"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16FB6" w14:paraId="4E322960" w14:textId="77777777" w:rsidTr="00AC705E">
        <w:tc>
          <w:tcPr>
            <w:tcW w:w="3002" w:type="dxa"/>
            <w:tcBorders>
              <w:top w:val="single" w:sz="24" w:space="0" w:color="000000"/>
              <w:bottom w:val="single" w:sz="4" w:space="0" w:color="000000"/>
            </w:tcBorders>
            <w:vAlign w:val="center"/>
          </w:tcPr>
          <w:p w14:paraId="364B3871" w14:textId="562BD3D2" w:rsidR="00216FB6" w:rsidRPr="00216FB6" w:rsidRDefault="00216FB6"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5" w:name="_Hlk232504829"/>
            <w:r w:rsidRPr="00216FB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EC106E3" w14:textId="77777777" w:rsidR="00216FB6" w:rsidRDefault="00216FB6" w:rsidP="00AC705E">
            <w:pPr>
              <w:ind w:left="360"/>
              <w:jc w:val="center"/>
              <w:rPr>
                <w:rFonts w:ascii="Calibri" w:eastAsia="Calibri" w:hAnsi="Calibri" w:cs="Calibri"/>
                <w:b/>
                <w:bCs/>
                <w:sz w:val="24"/>
                <w:szCs w:val="24"/>
              </w:rPr>
            </w:pPr>
            <w:r>
              <w:rPr>
                <w:rFonts w:ascii="Calibri" w:eastAsia="Calibri" w:hAnsi="Calibri" w:cs="Calibri"/>
                <w:b/>
                <w:bCs/>
                <w:sz w:val="24"/>
                <w:szCs w:val="24"/>
              </w:rPr>
              <w:t>PL.N. 330 DE 2025 SENADO – 589 DE 2025 CÁMARA</w:t>
            </w:r>
          </w:p>
        </w:tc>
      </w:tr>
      <w:tr w:rsidR="00216FB6" w:rsidRPr="000716A3" w14:paraId="29FC377E" w14:textId="77777777" w:rsidTr="00AC705E">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A2BE7"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5232991"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“POR EL CUAL SE EXPIDE EL ESTATUTO ESPECIAL DE PROFESIONALIZACIÓN PARA DOCENTES Y DIRECTIVOS DOCENTES ETNOEDUCADORES AL SERVICIO DEL ESTADO COLOMBIANO EN DESARROLLO DE LA AUTONOMÍA DE LOS PUEBLOS Y COMUNIDADES NEGRAS, AFROCOLOMBIANAS, RAIZALES Y</w:t>
            </w:r>
          </w:p>
          <w:p w14:paraId="30FE61D7"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PALENQUERAS Y SE DICTAN OTRAS DISPOSICIONES”. GACETA: 484/26</w:t>
            </w:r>
          </w:p>
        </w:tc>
      </w:tr>
      <w:tr w:rsidR="00216FB6" w:rsidRPr="000716A3" w14:paraId="26EFC6DD"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4BE9B411"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FADBB1A"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Ministro de Educación Nacional, </w:t>
            </w:r>
            <w:proofErr w:type="spellStart"/>
            <w:r w:rsidRPr="000716A3">
              <w:rPr>
                <w:rFonts w:ascii="Calibri" w:eastAsia="Calibri" w:hAnsi="Calibri" w:cs="Calibri"/>
                <w:lang w:val="es-CO" w:eastAsia="es-CO"/>
              </w:rPr>
              <w:t>Dr</w:t>
            </w:r>
            <w:proofErr w:type="spellEnd"/>
            <w:r w:rsidRPr="000716A3">
              <w:rPr>
                <w:rFonts w:ascii="Calibri" w:eastAsia="Calibri" w:hAnsi="Calibri" w:cs="Calibri"/>
                <w:lang w:val="es-CO" w:eastAsia="es-CO"/>
              </w:rPr>
              <w:t xml:space="preserve"> JOSÉ DANIEL ROJAS MEDELLÍN</w:t>
            </w:r>
          </w:p>
        </w:tc>
      </w:tr>
      <w:tr w:rsidR="00216FB6" w:rsidRPr="000716A3" w14:paraId="24F66D89"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57ACCDC5"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B5EF555"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H.S. PEDRO HERNANDO FLOREZ PORRAS</w:t>
            </w:r>
          </w:p>
        </w:tc>
      </w:tr>
      <w:bookmarkEnd w:id="65"/>
    </w:tbl>
    <w:p w14:paraId="2FDDBC28" w14:textId="77777777" w:rsidR="00216FB6" w:rsidRDefault="00216FB6"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51947" w:rsidRPr="0030287B" w14:paraId="75A6686B" w14:textId="77777777" w:rsidTr="007607FD">
        <w:tc>
          <w:tcPr>
            <w:tcW w:w="3002" w:type="dxa"/>
            <w:tcBorders>
              <w:top w:val="single" w:sz="24" w:space="0" w:color="000000"/>
              <w:bottom w:val="single" w:sz="4" w:space="0" w:color="000000"/>
            </w:tcBorders>
            <w:vAlign w:val="center"/>
          </w:tcPr>
          <w:p w14:paraId="204E0513" w14:textId="77777777" w:rsidR="00D51947" w:rsidRPr="00CF6039" w:rsidRDefault="00D51947"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6" w:name="_Hlk231978321"/>
            <w:r w:rsidRPr="00CF6039">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6C257FD8" w14:textId="77777777" w:rsidR="00D51947" w:rsidRPr="0030287B" w:rsidRDefault="00D51947" w:rsidP="007607FD">
            <w:pPr>
              <w:ind w:left="360"/>
              <w:jc w:val="center"/>
              <w:rPr>
                <w:rFonts w:ascii="Calibri" w:eastAsia="Calibri" w:hAnsi="Calibri" w:cs="Calibri"/>
                <w:b/>
                <w:bCs/>
                <w:sz w:val="24"/>
                <w:szCs w:val="24"/>
              </w:rPr>
            </w:pPr>
            <w:r w:rsidRPr="0030287B">
              <w:rPr>
                <w:rFonts w:ascii="Calibri" w:eastAsia="Calibri" w:hAnsi="Calibri" w:cs="Calibri"/>
                <w:b/>
                <w:bCs/>
                <w:sz w:val="24"/>
                <w:szCs w:val="24"/>
              </w:rPr>
              <w:t xml:space="preserve">PL.N. </w:t>
            </w:r>
            <w:r>
              <w:rPr>
                <w:rFonts w:ascii="Calibri" w:eastAsia="Calibri" w:hAnsi="Calibri" w:cs="Calibri"/>
                <w:b/>
                <w:bCs/>
                <w:sz w:val="24"/>
                <w:szCs w:val="24"/>
              </w:rPr>
              <w:t>456</w:t>
            </w:r>
            <w:r w:rsidRPr="0030287B">
              <w:rPr>
                <w:rFonts w:ascii="Calibri" w:eastAsia="Calibri" w:hAnsi="Calibri" w:cs="Calibri"/>
                <w:b/>
                <w:bCs/>
                <w:sz w:val="24"/>
                <w:szCs w:val="24"/>
              </w:rPr>
              <w:t xml:space="preserve"> DE 2025 SENADO </w:t>
            </w:r>
            <w:r>
              <w:rPr>
                <w:rFonts w:ascii="Calibri" w:eastAsia="Calibri" w:hAnsi="Calibri" w:cs="Calibri"/>
                <w:b/>
                <w:bCs/>
                <w:sz w:val="24"/>
                <w:szCs w:val="24"/>
              </w:rPr>
              <w:t>– 158 DE 2024 CÁMARA</w:t>
            </w:r>
          </w:p>
        </w:tc>
      </w:tr>
      <w:tr w:rsidR="00D51947" w:rsidRPr="0030287B" w14:paraId="2D9A4348" w14:textId="77777777" w:rsidTr="007607F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00C0E4" w14:textId="77777777" w:rsidR="00D51947" w:rsidRPr="0030287B" w:rsidRDefault="00D51947" w:rsidP="007607FD">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F4B396" w14:textId="77777777" w:rsidR="00D51947" w:rsidRPr="0030287B" w:rsidRDefault="00D51947" w:rsidP="007607FD">
            <w:pPr>
              <w:spacing w:after="0" w:line="240" w:lineRule="auto"/>
              <w:jc w:val="center"/>
              <w:rPr>
                <w:rFonts w:ascii="Calibri" w:eastAsia="Calibri" w:hAnsi="Calibri" w:cs="Calibri"/>
                <w:lang w:val="es-CO" w:eastAsia="es-CO"/>
              </w:rPr>
            </w:pPr>
            <w:r w:rsidRPr="00CF6039">
              <w:rPr>
                <w:rFonts w:ascii="Calibri" w:eastAsia="Calibri" w:hAnsi="Calibri" w:cs="Calibri"/>
                <w:lang w:val="es-CO" w:eastAsia="es-CO"/>
              </w:rPr>
              <w:t>“</w:t>
            </w:r>
            <w:r w:rsidRPr="00CF6039">
              <w:rPr>
                <w:rFonts w:ascii="Calibri" w:eastAsia="Calibri" w:hAnsi="Calibri" w:cs="Calibri"/>
                <w:lang w:val="es-419" w:eastAsia="es-CO"/>
              </w:rPr>
              <w:t>POR MEDIO DE LA CUAL SE ESTABLECEN CRITERIOS DE SEGUIMIENTO Y EVALUACIÓN A LOS</w:t>
            </w:r>
            <w:r>
              <w:rPr>
                <w:rFonts w:ascii="Calibri" w:eastAsia="Calibri" w:hAnsi="Calibri" w:cs="Calibri"/>
                <w:lang w:val="es-419" w:eastAsia="es-CO"/>
              </w:rPr>
              <w:t xml:space="preserve"> </w:t>
            </w:r>
            <w:r w:rsidRPr="00CF6039">
              <w:rPr>
                <w:rFonts w:ascii="Calibri" w:eastAsia="Calibri" w:hAnsi="Calibri" w:cs="Calibri"/>
                <w:lang w:val="es-419" w:eastAsia="es-CO"/>
              </w:rPr>
              <w:t>GASTOS PÚBLICOS DE PROTECCIÓN AMBIENTAL</w:t>
            </w:r>
            <w:r w:rsidRPr="0030287B">
              <w:rPr>
                <w:rFonts w:ascii="Calibri" w:eastAsia="Calibri" w:hAnsi="Calibri" w:cs="Calibri"/>
                <w:lang w:val="es-CO" w:eastAsia="es-CO"/>
              </w:rPr>
              <w:t>”. GACETA: 5</w:t>
            </w:r>
            <w:r>
              <w:rPr>
                <w:rFonts w:ascii="Calibri" w:eastAsia="Calibri" w:hAnsi="Calibri" w:cs="Calibri"/>
                <w:lang w:val="es-CO" w:eastAsia="es-CO"/>
              </w:rPr>
              <w:t>81</w:t>
            </w:r>
            <w:r w:rsidRPr="0030287B">
              <w:rPr>
                <w:rFonts w:ascii="Calibri" w:eastAsia="Calibri" w:hAnsi="Calibri" w:cs="Calibri"/>
                <w:lang w:val="es-CO" w:eastAsia="es-CO"/>
              </w:rPr>
              <w:t>/26</w:t>
            </w:r>
          </w:p>
        </w:tc>
      </w:tr>
      <w:tr w:rsidR="00D51947" w:rsidRPr="0030287B" w14:paraId="71E9DB2B"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1213E711" w14:textId="77777777" w:rsidR="00D51947" w:rsidRPr="0030287B" w:rsidRDefault="00D51947" w:rsidP="007607FD">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943CB6" w14:textId="77777777" w:rsidR="00D51947" w:rsidRPr="0030287B" w:rsidRDefault="00D51947" w:rsidP="007607FD">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H.R. EDUARD ALEXIS TRIANA RINCÓN</w:t>
            </w:r>
          </w:p>
        </w:tc>
      </w:tr>
      <w:tr w:rsidR="00D51947" w:rsidRPr="000716A3" w14:paraId="6444D1B4"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338A04A5" w14:textId="77777777" w:rsidR="00D51947" w:rsidRPr="0030287B" w:rsidRDefault="00D51947" w:rsidP="007607FD">
            <w:pPr>
              <w:spacing w:after="0" w:line="240" w:lineRule="auto"/>
              <w:jc w:val="center"/>
              <w:rPr>
                <w:rFonts w:ascii="Calibri" w:eastAsia="Calibri" w:hAnsi="Calibri" w:cs="Calibri"/>
                <w:lang w:val="es-CO" w:eastAsia="es-CO"/>
              </w:rPr>
            </w:pPr>
            <w:r w:rsidRPr="0030287B">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0E109E1" w14:textId="77777777" w:rsidR="00D51947" w:rsidRPr="000716A3" w:rsidRDefault="00D51947" w:rsidP="007607FD">
            <w:pPr>
              <w:spacing w:after="0" w:line="240" w:lineRule="auto"/>
              <w:jc w:val="center"/>
              <w:rPr>
                <w:rFonts w:ascii="Calibri" w:eastAsia="Calibri" w:hAnsi="Calibri" w:cs="Calibri"/>
                <w:lang w:val="es-CO" w:eastAsia="es-CO"/>
              </w:rPr>
            </w:pPr>
            <w:r w:rsidRPr="00CF6039">
              <w:rPr>
                <w:rFonts w:ascii="Calibri" w:eastAsia="Calibri" w:hAnsi="Calibri" w:cs="Calibri"/>
                <w:lang w:eastAsia="es-CO"/>
              </w:rPr>
              <w:t>H.S. YENNY ROZO ZAMBRANO</w:t>
            </w:r>
          </w:p>
        </w:tc>
      </w:tr>
      <w:bookmarkEnd w:id="66"/>
    </w:tbl>
    <w:p w14:paraId="6E99E0B2" w14:textId="77777777" w:rsidR="00D51947" w:rsidRDefault="00D51947"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101F0" w14:paraId="02AA76A7" w14:textId="77777777" w:rsidTr="002B1C6C">
        <w:tc>
          <w:tcPr>
            <w:tcW w:w="3002" w:type="dxa"/>
            <w:tcBorders>
              <w:top w:val="single" w:sz="24" w:space="0" w:color="000000"/>
              <w:bottom w:val="single" w:sz="4" w:space="0" w:color="000000"/>
            </w:tcBorders>
            <w:vAlign w:val="center"/>
          </w:tcPr>
          <w:p w14:paraId="7B3AFBA0" w14:textId="0CFFC74F" w:rsidR="003C3390" w:rsidRPr="00216FB6" w:rsidRDefault="00000000"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7" w:name="_Hlk232502935"/>
            <w:r w:rsidRPr="00216FB6">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0D4115A" w14:textId="77777777" w:rsidR="003C3390" w:rsidRDefault="00000000" w:rsidP="002B1C6C">
            <w:pPr>
              <w:ind w:left="360"/>
              <w:jc w:val="center"/>
              <w:rPr>
                <w:rFonts w:ascii="Calibri" w:eastAsia="Calibri" w:hAnsi="Calibri" w:cs="Calibri"/>
                <w:b/>
                <w:bCs/>
                <w:sz w:val="24"/>
                <w:szCs w:val="24"/>
              </w:rPr>
            </w:pPr>
            <w:r>
              <w:rPr>
                <w:rFonts w:ascii="Calibri" w:eastAsia="Calibri" w:hAnsi="Calibri" w:cs="Calibri"/>
                <w:b/>
                <w:bCs/>
                <w:sz w:val="24"/>
                <w:szCs w:val="24"/>
              </w:rPr>
              <w:t>PAL.N. 012 DE 2025 SENADO – 213 DE 2025 CÁMARA</w:t>
            </w:r>
          </w:p>
        </w:tc>
      </w:tr>
      <w:tr w:rsidR="00D101F0" w:rsidRPr="00333E21" w14:paraId="38EA0967" w14:textId="77777777" w:rsidTr="002B1C6C">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9686AF" w14:textId="77777777"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B9D341" w14:textId="4156D587"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“POR MEDIO DEL CUAL SE MODIFICA EL ARTÍCULO 48 DE LA CONSTITUCIÓN POLÍTICA Y SE RECONOCE LA MESADA CATORCE PARA LOS Y LAS DOCENTES NACIONALES, NACIONALIZADOS Y TERRITORIALES”. GACETA: 465/26</w:t>
            </w:r>
          </w:p>
        </w:tc>
      </w:tr>
      <w:tr w:rsidR="00D101F0" w:rsidRPr="00333E21" w14:paraId="3E19444F" w14:textId="77777777" w:rsidTr="002B1C6C">
        <w:tc>
          <w:tcPr>
            <w:tcW w:w="3002" w:type="dxa"/>
            <w:tcBorders>
              <w:top w:val="single" w:sz="4" w:space="0" w:color="000000"/>
              <w:left w:val="single" w:sz="4" w:space="0" w:color="000000"/>
              <w:bottom w:val="single" w:sz="4" w:space="0" w:color="000000"/>
              <w:right w:val="single" w:sz="4" w:space="0" w:color="000000"/>
            </w:tcBorders>
            <w:vAlign w:val="center"/>
          </w:tcPr>
          <w:p w14:paraId="05779561" w14:textId="77777777"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7AA5F5C" w14:textId="00AA52B0"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H.S. ARIEL FERNANDO ÁVILA MARTÍNEZ, ANA CAROLINA ESPITIA JERÉZ, ANGELIZA LOZANO CORREA, ANDREA PADILLA VILLARRAGA, FABIAN DÍAZ PLATA, JONATHAN PULIDO HERNÁNDEZ, INTI RAÚL ASPRILLA REYES, LEÓN FREDY MUÑOZ LOPERA, H.R. DUVALIER SÁNCHEZ ARANGO, MARTHA ALFON</w:t>
            </w:r>
          </w:p>
        </w:tc>
      </w:tr>
      <w:tr w:rsidR="00D101F0" w:rsidRPr="00333E21" w14:paraId="0A51F439" w14:textId="77777777" w:rsidTr="002B1C6C">
        <w:tc>
          <w:tcPr>
            <w:tcW w:w="3002" w:type="dxa"/>
            <w:tcBorders>
              <w:top w:val="single" w:sz="4" w:space="0" w:color="000000"/>
              <w:left w:val="single" w:sz="4" w:space="0" w:color="000000"/>
              <w:bottom w:val="single" w:sz="4" w:space="0" w:color="000000"/>
              <w:right w:val="single" w:sz="4" w:space="0" w:color="000000"/>
            </w:tcBorders>
            <w:vAlign w:val="center"/>
          </w:tcPr>
          <w:p w14:paraId="6A5E5626" w14:textId="77777777"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01BECA3" w14:textId="08681D13" w:rsidR="003C3390" w:rsidRPr="00333E21" w:rsidRDefault="00000000" w:rsidP="00676F65">
            <w:pPr>
              <w:spacing w:after="0" w:line="240" w:lineRule="auto"/>
              <w:jc w:val="center"/>
              <w:rPr>
                <w:rFonts w:ascii="Calibri" w:eastAsia="Calibri" w:hAnsi="Calibri" w:cs="Calibri"/>
                <w:lang w:val="es-CO" w:eastAsia="es-CO"/>
              </w:rPr>
            </w:pPr>
            <w:r w:rsidRPr="00333E21">
              <w:rPr>
                <w:rFonts w:ascii="Calibri" w:eastAsia="Calibri" w:hAnsi="Calibri" w:cs="Calibri"/>
                <w:lang w:val="es-CO" w:eastAsia="es-CO"/>
              </w:rPr>
              <w:t xml:space="preserve">H.S. ALEJANDRO CARLOS CHACÓN CAMARGO, JULIO </w:t>
            </w:r>
            <w:r w:rsidR="00AE2178" w:rsidRPr="00333E21">
              <w:rPr>
                <w:rFonts w:ascii="Calibri" w:eastAsia="Calibri" w:hAnsi="Calibri" w:cs="Calibri"/>
                <w:lang w:val="es-CO" w:eastAsia="es-CO"/>
              </w:rPr>
              <w:t>ELÍAS</w:t>
            </w:r>
            <w:r w:rsidRPr="00333E21">
              <w:rPr>
                <w:rFonts w:ascii="Calibri" w:eastAsia="Calibri" w:hAnsi="Calibri" w:cs="Calibri"/>
                <w:lang w:val="es-CO" w:eastAsia="es-CO"/>
              </w:rPr>
              <w:t xml:space="preserve"> </w:t>
            </w:r>
            <w:r w:rsidR="00AE2178" w:rsidRPr="00333E21">
              <w:rPr>
                <w:rFonts w:ascii="Calibri" w:eastAsia="Calibri" w:hAnsi="Calibri" w:cs="Calibri"/>
                <w:lang w:val="es-CO" w:eastAsia="es-CO"/>
              </w:rPr>
              <w:t>CHAGÜI</w:t>
            </w:r>
            <w:r w:rsidRPr="00333E21">
              <w:rPr>
                <w:rFonts w:ascii="Calibri" w:eastAsia="Calibri" w:hAnsi="Calibri" w:cs="Calibri"/>
                <w:lang w:val="es-CO" w:eastAsia="es-CO"/>
              </w:rPr>
              <w:t xml:space="preserve"> FLÓREZ, ARIEL FERNANDO AVILA MARTÍNEZ, CARLOS ALBERTO BENAVIDES MORA, JULIÁN GALLO CUBILLOS, JORGE ENRIQUE BENEDETTI MARTELO</w:t>
            </w:r>
          </w:p>
        </w:tc>
      </w:tr>
      <w:bookmarkEnd w:id="67"/>
    </w:tbl>
    <w:p w14:paraId="745DABD2" w14:textId="77777777" w:rsidR="003C3390" w:rsidRDefault="003C3390"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302DCF0" w14:textId="77777777">
        <w:tc>
          <w:tcPr>
            <w:tcW w:w="3002" w:type="dxa"/>
            <w:tcBorders>
              <w:top w:val="single" w:sz="24" w:space="0" w:color="000000"/>
              <w:bottom w:val="single" w:sz="4" w:space="0" w:color="000000"/>
            </w:tcBorders>
            <w:vAlign w:val="center"/>
          </w:tcPr>
          <w:p w14:paraId="367BE9C9" w14:textId="598BF49C" w:rsidR="003C3390" w:rsidRPr="001F1F2F" w:rsidRDefault="00000000" w:rsidP="0044491F">
            <w:pPr>
              <w:numPr>
                <w:ilvl w:val="0"/>
                <w:numId w:val="7"/>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AC497DD" w14:textId="77777777" w:rsidR="003C3390"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351 DE 2026 SENADO – 583 DE 2025 CÁMARA</w:t>
            </w:r>
          </w:p>
        </w:tc>
      </w:tr>
      <w:tr w:rsidR="00E60F76" w:rsidRPr="00676F65" w14:paraId="7D9C45A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E2D35B"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D320C0"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“POR MEDIO DE LA CUAL SE RECONOCE, FOMENTA Y PROMUEVE LA MÚSICA CARRANGUERA, SE DECLARA AL FESTIVAL CONVITE CUNA CARRANGUERA COMO PATRIMONIO CULTURAL INMATERIAL DE LA NACIÓN Y SE DICTAN OTRAS DISPOSICIONES”. GACETA: 284/26</w:t>
            </w:r>
          </w:p>
        </w:tc>
      </w:tr>
      <w:tr w:rsidR="00E60F76" w:rsidRPr="00676F65" w14:paraId="6485B1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F292B0D"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6576A7" w14:textId="591B5720"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 xml:space="preserve">H.S. ROBERT DAZA GUEVARA, H.R. ALIRIO URIBE MUÑOZ, EDUARD GIOVANNY SARMIENTO HIDALGO, GABRIEL BECERRA YÁÑEZ, HERÁCLITO </w:t>
            </w:r>
            <w:r w:rsidR="00AE2178" w:rsidRPr="00676F65">
              <w:rPr>
                <w:rFonts w:ascii="Calibri" w:eastAsia="Calibri" w:hAnsi="Calibri" w:cs="Calibri"/>
                <w:lang w:val="es-CO" w:eastAsia="es-CO"/>
              </w:rPr>
              <w:t>LANDINEZ</w:t>
            </w:r>
            <w:r w:rsidRPr="00676F65">
              <w:rPr>
                <w:rFonts w:ascii="Calibri" w:eastAsia="Calibri" w:hAnsi="Calibri" w:cs="Calibri"/>
                <w:lang w:val="es-CO" w:eastAsia="es-CO"/>
              </w:rPr>
              <w:t xml:space="preserve"> SUÁREZ, JORGE ANDRÉS CANCIMANCE LÓPEZ, MARÍA FERNANDA CARRASCAL ROJAS, MARY ANNE ANDREA PERDOMO, PEDRO JOSÉ SUÁREZ VACCA</w:t>
            </w:r>
          </w:p>
        </w:tc>
      </w:tr>
      <w:tr w:rsidR="00E60F76" w:rsidRPr="00676F65" w14:paraId="3CB0E22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807689F" w14:textId="77777777"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459D50" w14:textId="08EA40FE" w:rsidR="003C3390" w:rsidRPr="00676F65" w:rsidRDefault="00000000" w:rsidP="00676F65">
            <w:pPr>
              <w:spacing w:after="0" w:line="240" w:lineRule="auto"/>
              <w:jc w:val="center"/>
              <w:rPr>
                <w:rFonts w:ascii="Calibri" w:eastAsia="Calibri" w:hAnsi="Calibri" w:cs="Calibri"/>
                <w:lang w:val="es-CO" w:eastAsia="es-CO"/>
              </w:rPr>
            </w:pPr>
            <w:r w:rsidRPr="00676F65">
              <w:rPr>
                <w:rFonts w:ascii="Calibri" w:eastAsia="Calibri" w:hAnsi="Calibri" w:cs="Calibri"/>
                <w:lang w:val="es-CO" w:eastAsia="es-CO"/>
              </w:rPr>
              <w:t>H.S.</w:t>
            </w:r>
            <w:r w:rsidR="00AE2178">
              <w:rPr>
                <w:rFonts w:ascii="Calibri" w:eastAsia="Calibri" w:hAnsi="Calibri" w:cs="Calibri"/>
                <w:lang w:val="es-CO" w:eastAsia="es-CO"/>
              </w:rPr>
              <w:t xml:space="preserve"> </w:t>
            </w:r>
            <w:r w:rsidRPr="00676F65">
              <w:rPr>
                <w:rFonts w:ascii="Calibri" w:eastAsia="Calibri" w:hAnsi="Calibri" w:cs="Calibri"/>
                <w:lang w:val="es-CO" w:eastAsia="es-CO"/>
              </w:rPr>
              <w:t>ROBERT DAZA GUEVARA</w:t>
            </w:r>
          </w:p>
        </w:tc>
      </w:tr>
    </w:tbl>
    <w:p w14:paraId="50930562" w14:textId="77777777" w:rsidR="00333E21" w:rsidRDefault="00333E21"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51947" w14:paraId="5F09361F" w14:textId="77777777" w:rsidTr="007607FD">
        <w:tc>
          <w:tcPr>
            <w:tcW w:w="3002" w:type="dxa"/>
            <w:tcBorders>
              <w:top w:val="single" w:sz="24" w:space="0" w:color="000000"/>
              <w:bottom w:val="single" w:sz="4" w:space="0" w:color="000000"/>
            </w:tcBorders>
            <w:vAlign w:val="center"/>
          </w:tcPr>
          <w:p w14:paraId="67164507" w14:textId="77777777" w:rsidR="00D51947" w:rsidRPr="00B4708B" w:rsidRDefault="00D51947"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8" w:name="_Hlk231978945"/>
            <w:r w:rsidRPr="00B4708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5C630D7C" w14:textId="77777777" w:rsidR="00D51947" w:rsidRDefault="00D51947" w:rsidP="007607FD">
            <w:pPr>
              <w:ind w:left="360"/>
              <w:jc w:val="center"/>
              <w:rPr>
                <w:rFonts w:ascii="Calibri" w:eastAsia="Calibri" w:hAnsi="Calibri" w:cs="Calibri"/>
                <w:b/>
                <w:bCs/>
                <w:sz w:val="24"/>
                <w:szCs w:val="24"/>
              </w:rPr>
            </w:pPr>
            <w:r>
              <w:rPr>
                <w:rFonts w:ascii="Calibri" w:eastAsia="Calibri" w:hAnsi="Calibri" w:cs="Calibri"/>
                <w:b/>
                <w:bCs/>
                <w:sz w:val="24"/>
                <w:szCs w:val="24"/>
              </w:rPr>
              <w:t>PLE.N. 353 DE 2026 SENADO – 083 DE 2025 CÁMARA ACUM. CON EL PLE.N. 113 DE 2025 CÁMARA Y EL PLE.N. 265 DE 2025 CÁMARA</w:t>
            </w:r>
          </w:p>
        </w:tc>
      </w:tr>
      <w:tr w:rsidR="00D51947" w:rsidRPr="000716A3" w14:paraId="4F40E1A2" w14:textId="77777777" w:rsidTr="007607F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6E2890"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170C55"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w:t>
            </w:r>
            <w:r w:rsidRPr="00B4708B">
              <w:rPr>
                <w:rFonts w:ascii="Calibri" w:eastAsia="Calibri" w:hAnsi="Calibri" w:cs="Calibri"/>
                <w:lang w:val="es-CO" w:eastAsia="es-CO"/>
              </w:rPr>
              <w:t>POR MEDIO DE LA CUAL</w:t>
            </w:r>
            <w:r>
              <w:rPr>
                <w:rFonts w:ascii="Calibri" w:eastAsia="Calibri" w:hAnsi="Calibri" w:cs="Calibri"/>
                <w:lang w:val="es-CO" w:eastAsia="es-CO"/>
              </w:rPr>
              <w:t xml:space="preserve"> </w:t>
            </w:r>
            <w:r w:rsidRPr="00B4708B">
              <w:rPr>
                <w:rFonts w:ascii="Calibri" w:eastAsia="Calibri" w:hAnsi="Calibri" w:cs="Calibri"/>
                <w:lang w:val="es-CO" w:eastAsia="es-CO"/>
              </w:rPr>
              <w:t>SE MODIFICA LA LEY 1622 DE 2013, MODIFICADA POR LA LEY 1885 DE 2018, SE</w:t>
            </w:r>
            <w:r>
              <w:rPr>
                <w:rFonts w:ascii="Calibri" w:eastAsia="Calibri" w:hAnsi="Calibri" w:cs="Calibri"/>
                <w:lang w:val="es-CO" w:eastAsia="es-CO"/>
              </w:rPr>
              <w:t xml:space="preserve"> </w:t>
            </w:r>
            <w:r w:rsidRPr="00B4708B">
              <w:rPr>
                <w:rFonts w:ascii="Calibri" w:eastAsia="Calibri" w:hAnsi="Calibri" w:cs="Calibri"/>
                <w:lang w:val="es-CO" w:eastAsia="es-CO"/>
              </w:rPr>
              <w:t xml:space="preserve">ESTABLECEN ESTÍMULOS E INCENTIVOS PARA </w:t>
            </w:r>
            <w:r w:rsidRPr="00B4708B">
              <w:rPr>
                <w:rFonts w:ascii="Calibri" w:eastAsia="Calibri" w:hAnsi="Calibri" w:cs="Calibri"/>
                <w:lang w:val="es-CO" w:eastAsia="es-CO"/>
              </w:rPr>
              <w:lastRenderedPageBreak/>
              <w:t>LOS CONSEJEROS Y CONSEJERAS DE</w:t>
            </w:r>
            <w:r>
              <w:rPr>
                <w:rFonts w:ascii="Calibri" w:eastAsia="Calibri" w:hAnsi="Calibri" w:cs="Calibri"/>
                <w:lang w:val="es-CO" w:eastAsia="es-CO"/>
              </w:rPr>
              <w:t xml:space="preserve"> </w:t>
            </w:r>
            <w:r w:rsidRPr="00B4708B">
              <w:rPr>
                <w:rFonts w:ascii="Calibri" w:eastAsia="Calibri" w:hAnsi="Calibri" w:cs="Calibri"/>
                <w:lang w:val="es-CO" w:eastAsia="es-CO"/>
              </w:rPr>
              <w:t>JUVENTUD Y PLATAFORMAS DE JUVENTUD Y SE DICTAN OTRAS DISPOSICIONES</w:t>
            </w:r>
            <w:r w:rsidRPr="000716A3">
              <w:rPr>
                <w:rFonts w:ascii="Calibri" w:eastAsia="Calibri" w:hAnsi="Calibri" w:cs="Calibri"/>
                <w:lang w:val="es-CO" w:eastAsia="es-CO"/>
              </w:rPr>
              <w:t xml:space="preserve">”. GACETA: </w:t>
            </w:r>
            <w:r>
              <w:rPr>
                <w:rFonts w:ascii="Calibri" w:eastAsia="Calibri" w:hAnsi="Calibri" w:cs="Calibri"/>
                <w:lang w:val="es-CO" w:eastAsia="es-CO"/>
              </w:rPr>
              <w:t>526</w:t>
            </w:r>
            <w:r w:rsidRPr="000716A3">
              <w:rPr>
                <w:rFonts w:ascii="Calibri" w:eastAsia="Calibri" w:hAnsi="Calibri" w:cs="Calibri"/>
                <w:lang w:val="es-CO" w:eastAsia="es-CO"/>
              </w:rPr>
              <w:t>/26</w:t>
            </w:r>
          </w:p>
        </w:tc>
      </w:tr>
      <w:tr w:rsidR="00D51947" w:rsidRPr="000716A3" w14:paraId="5DC24AF6"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071CEC01"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96A845"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w:t>
            </w:r>
            <w:r w:rsidRPr="00B4708B">
              <w:rPr>
                <w:rFonts w:ascii="Calibri" w:eastAsia="Calibri" w:hAnsi="Calibri" w:cs="Calibri"/>
                <w:lang w:eastAsia="es-CO"/>
              </w:rPr>
              <w:t>MANUEL ANTONIO VIRGÜEZ PIRAQUIVE, H.R. IRMA LUZ HERRERA RODRÍGUEZ, KAREN ASTRITH MANRIQUE OLARTE</w:t>
            </w:r>
          </w:p>
        </w:tc>
      </w:tr>
      <w:tr w:rsidR="00D51947" w:rsidRPr="000716A3" w14:paraId="497D1900" w14:textId="77777777" w:rsidTr="007607FD">
        <w:tc>
          <w:tcPr>
            <w:tcW w:w="3002" w:type="dxa"/>
            <w:tcBorders>
              <w:top w:val="single" w:sz="4" w:space="0" w:color="000000"/>
              <w:left w:val="single" w:sz="4" w:space="0" w:color="000000"/>
              <w:bottom w:val="single" w:sz="4" w:space="0" w:color="000000"/>
              <w:right w:val="single" w:sz="4" w:space="0" w:color="000000"/>
            </w:tcBorders>
            <w:vAlign w:val="center"/>
          </w:tcPr>
          <w:p w14:paraId="01C2AECA"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4B832AF" w14:textId="77777777" w:rsidR="00D51947" w:rsidRPr="000716A3" w:rsidRDefault="00D51947" w:rsidP="007607FD">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w:t>
            </w:r>
            <w:r w:rsidRPr="00B4708B">
              <w:rPr>
                <w:rFonts w:ascii="Calibri" w:eastAsia="Calibri" w:hAnsi="Calibri" w:cs="Calibri"/>
                <w:lang w:eastAsia="es-CO"/>
              </w:rPr>
              <w:t>ARIEL FERNANDO AVILA MARTINEZ, CARLOS ALBERTO BENAVIDES MORA (COORDINADORES), ALFREDO RAFAEL DELUQUE ZULETA, ALEJANDRO ALBERTO VEGA PEREZ, JORGE ENRIQUE BENEDETTI MARTELO, MARIA FERNANDA CABAL MOLINA, JULIAN GALLO CUBILLOS, GERMAN ALCIDES BLANCO ALVAREZ.</w:t>
            </w:r>
          </w:p>
        </w:tc>
      </w:tr>
      <w:bookmarkEnd w:id="68"/>
    </w:tbl>
    <w:p w14:paraId="29EC3E14" w14:textId="77777777" w:rsidR="00D51947" w:rsidRDefault="00D51947" w:rsidP="006C6636">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16FB6" w14:paraId="39709F9C" w14:textId="77777777" w:rsidTr="00AC705E">
        <w:tc>
          <w:tcPr>
            <w:tcW w:w="3002" w:type="dxa"/>
            <w:tcBorders>
              <w:top w:val="single" w:sz="24" w:space="0" w:color="000000"/>
              <w:bottom w:val="single" w:sz="4" w:space="0" w:color="000000"/>
            </w:tcBorders>
            <w:vAlign w:val="center"/>
          </w:tcPr>
          <w:p w14:paraId="2BB06E65" w14:textId="6C4F0785" w:rsidR="00216FB6" w:rsidRPr="00216FB6" w:rsidRDefault="00216FB6"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216FB6">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2A87DE87" w14:textId="77777777" w:rsidR="00216FB6" w:rsidRDefault="00216FB6" w:rsidP="00AC705E">
            <w:pPr>
              <w:ind w:left="360"/>
              <w:jc w:val="center"/>
              <w:rPr>
                <w:rFonts w:ascii="Calibri" w:eastAsia="Calibri" w:hAnsi="Calibri" w:cs="Calibri"/>
                <w:b/>
                <w:bCs/>
                <w:sz w:val="24"/>
                <w:szCs w:val="24"/>
              </w:rPr>
            </w:pPr>
            <w:r>
              <w:rPr>
                <w:rFonts w:ascii="Calibri" w:eastAsia="Calibri" w:hAnsi="Calibri" w:cs="Calibri"/>
                <w:b/>
                <w:bCs/>
                <w:sz w:val="24"/>
                <w:szCs w:val="24"/>
              </w:rPr>
              <w:t xml:space="preserve">PL.N. 356 DE 2026 SENADO </w:t>
            </w:r>
          </w:p>
        </w:tc>
      </w:tr>
      <w:tr w:rsidR="00216FB6" w:rsidRPr="000716A3" w14:paraId="77256834" w14:textId="77777777" w:rsidTr="00AC705E">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7F0D9"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CF921E"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“POR MEDIO DE LA CUAL SE RECONOCE LA ABARCA TRES PUNTÁ COMO PATRIMONIO CULTURAL INMATERIAL DE LA NACIÓN Y SE EXALTA LA CULTURA ANCESTRAL ZENÚ QUE CONSERVA ESTA TRADICIÓN Y SE DICTAN OTRAS DISPOSICIONES”. GACETA: 474/26</w:t>
            </w:r>
          </w:p>
        </w:tc>
      </w:tr>
      <w:tr w:rsidR="00216FB6" w:rsidRPr="000716A3" w14:paraId="0D98900B"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711B94E3"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2BCE5D"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H.S. JULIO ALBERTO ELÍAS VIDAL</w:t>
            </w:r>
          </w:p>
        </w:tc>
      </w:tr>
      <w:tr w:rsidR="00216FB6" w:rsidRPr="000716A3" w14:paraId="39BC2F8D" w14:textId="77777777" w:rsidTr="00AC705E">
        <w:tc>
          <w:tcPr>
            <w:tcW w:w="3002" w:type="dxa"/>
            <w:tcBorders>
              <w:top w:val="single" w:sz="4" w:space="0" w:color="000000"/>
              <w:left w:val="single" w:sz="4" w:space="0" w:color="000000"/>
              <w:bottom w:val="single" w:sz="4" w:space="0" w:color="000000"/>
              <w:right w:val="single" w:sz="4" w:space="0" w:color="000000"/>
            </w:tcBorders>
            <w:vAlign w:val="center"/>
          </w:tcPr>
          <w:p w14:paraId="30DAA9B3"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ACF83E" w14:textId="77777777" w:rsidR="00216FB6" w:rsidRPr="000716A3" w:rsidRDefault="00216FB6" w:rsidP="00AC705E">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H.S. JULIO ALBERTO ELIAS VIDAL </w:t>
            </w:r>
          </w:p>
        </w:tc>
      </w:tr>
    </w:tbl>
    <w:p w14:paraId="28A7BBE4" w14:textId="77777777" w:rsidR="00180975" w:rsidRDefault="00180975" w:rsidP="00180975">
      <w:pPr>
        <w:jc w:val="both"/>
        <w:rPr>
          <w:rFonts w:ascii="Calibri" w:eastAsia="Calibri" w:hAnsi="Calibri" w:cs="Calibri"/>
          <w:b/>
          <w:bCs/>
          <w:sz w:val="8"/>
          <w:szCs w:val="8"/>
          <w:u w:val="single"/>
        </w:rPr>
      </w:pPr>
    </w:p>
    <w:p w14:paraId="118431B9" w14:textId="77777777" w:rsidR="0044491F" w:rsidRDefault="0044491F" w:rsidP="00180975">
      <w:pPr>
        <w:jc w:val="both"/>
        <w:rPr>
          <w:rFonts w:ascii="Calibri" w:eastAsia="Calibri" w:hAnsi="Calibri" w:cs="Calibri"/>
          <w:b/>
          <w:bCs/>
          <w:sz w:val="8"/>
          <w:szCs w:val="8"/>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45E09D2D" w14:textId="77777777" w:rsidTr="00FA62D3">
        <w:tc>
          <w:tcPr>
            <w:tcW w:w="3002" w:type="dxa"/>
            <w:tcBorders>
              <w:top w:val="single" w:sz="24" w:space="0" w:color="000000"/>
              <w:bottom w:val="single" w:sz="4" w:space="0" w:color="000000"/>
            </w:tcBorders>
            <w:vAlign w:val="center"/>
          </w:tcPr>
          <w:p w14:paraId="30C5435A" w14:textId="77777777" w:rsidR="00180975" w:rsidRPr="00070C2B"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69" w:name="_Hlk231979214"/>
            <w:r w:rsidRPr="00070C2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1AB5A751"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 xml:space="preserve">PL.N. 189 DE 2025 SENADO </w:t>
            </w:r>
          </w:p>
        </w:tc>
      </w:tr>
      <w:tr w:rsidR="00180975" w:rsidRPr="000716A3" w14:paraId="2EF346EC"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FA9D84"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9A673" w14:textId="77777777" w:rsidR="00180975" w:rsidRPr="000716A3" w:rsidRDefault="00180975" w:rsidP="00FA62D3">
            <w:pPr>
              <w:spacing w:after="0" w:line="240" w:lineRule="auto"/>
              <w:jc w:val="center"/>
              <w:rPr>
                <w:rFonts w:ascii="Calibri" w:eastAsia="Calibri" w:hAnsi="Calibri" w:cs="Calibri"/>
                <w:lang w:val="es-CO" w:eastAsia="es-CO"/>
              </w:rPr>
            </w:pP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INTEGRA UNA POLÍTICA PARA EL EMPRENDIMIENTO DE LOS JÓVENES Y SE DICTAN OTRAS DISPOSICIONES”.</w:t>
            </w:r>
            <w:r w:rsidRPr="000716A3">
              <w:rPr>
                <w:rFonts w:ascii="Calibri" w:eastAsia="Calibri" w:hAnsi="Calibri" w:cs="Calibri"/>
                <w:lang w:val="es-CO" w:eastAsia="es-CO"/>
              </w:rPr>
              <w:t xml:space="preserve"> GACETA: </w:t>
            </w:r>
            <w:r w:rsidRPr="002B2EAF">
              <w:rPr>
                <w:rFonts w:ascii="Calibri" w:eastAsia="Calibri" w:hAnsi="Calibri" w:cs="Calibri"/>
                <w:lang w:val="es-CO" w:eastAsia="es-CO"/>
              </w:rPr>
              <w:t>650</w:t>
            </w:r>
            <w:r w:rsidRPr="000716A3">
              <w:rPr>
                <w:rFonts w:ascii="Calibri" w:eastAsia="Calibri" w:hAnsi="Calibri" w:cs="Calibri"/>
                <w:lang w:val="es-CO" w:eastAsia="es-CO"/>
              </w:rPr>
              <w:t>/26</w:t>
            </w:r>
          </w:p>
        </w:tc>
      </w:tr>
      <w:tr w:rsidR="00180975" w:rsidRPr="000716A3" w14:paraId="7ACFA006"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45F4879A"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102FDCE" w14:textId="77777777" w:rsidR="00180975" w:rsidRPr="000716A3" w:rsidRDefault="00180975" w:rsidP="00FA62D3">
            <w:pPr>
              <w:spacing w:after="0" w:line="240" w:lineRule="auto"/>
              <w:jc w:val="center"/>
              <w:rPr>
                <w:rFonts w:ascii="Calibri" w:eastAsia="Calibri" w:hAnsi="Calibri" w:cs="Calibri"/>
                <w:lang w:val="es-CO" w:eastAsia="es-CO"/>
              </w:rPr>
            </w:pPr>
            <w:r w:rsidRPr="00070C2B">
              <w:rPr>
                <w:rFonts w:ascii="Calibri" w:eastAsia="Calibri" w:hAnsi="Calibri" w:cs="Calibri"/>
                <w:lang w:eastAsia="es-CO"/>
              </w:rPr>
              <w:t>H.S. HONORIO MIGUEL HENRÍQUEZ PINEDO, ESTEBAN QUINTERO CARDONA, ANDRÉS GUERRA HOYOS, ENRIQUE CABRALES BAQUERO, JOSUÉ ALIRIO BARRERA, LORENA RIOS CUELLAR, NORMA HURTADO SÁNCHEZ, ESPERANZA ANDRADE SERRANO, ANA PAOLA AGUDELO GARCÍA, NADIA BLEL SCAFF.</w:t>
            </w:r>
          </w:p>
        </w:tc>
      </w:tr>
      <w:tr w:rsidR="00180975" w:rsidRPr="000716A3" w14:paraId="203165D2"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0A3AFE5E"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43D1D1D" w14:textId="77777777" w:rsidR="00180975" w:rsidRDefault="00180975" w:rsidP="00FA62D3">
            <w:pPr>
              <w:spacing w:after="0" w:line="240" w:lineRule="auto"/>
              <w:jc w:val="center"/>
              <w:rPr>
                <w:rFonts w:ascii="Calibri" w:eastAsia="Calibri" w:hAnsi="Calibri" w:cs="Calibri"/>
                <w:lang w:eastAsia="es-CO"/>
              </w:rPr>
            </w:pPr>
            <w:r w:rsidRPr="00070C2B">
              <w:rPr>
                <w:rFonts w:ascii="Calibri" w:eastAsia="Calibri" w:hAnsi="Calibri" w:cs="Calibri"/>
                <w:lang w:eastAsia="es-CO"/>
              </w:rPr>
              <w:t xml:space="preserve">COORDINADOR: H.S. HONORIO HENRIQUEZ PINEDO </w:t>
            </w:r>
          </w:p>
          <w:p w14:paraId="0792A786" w14:textId="77777777" w:rsidR="00180975" w:rsidRPr="000716A3" w:rsidRDefault="00180975" w:rsidP="00FA62D3">
            <w:pPr>
              <w:spacing w:after="0" w:line="240" w:lineRule="auto"/>
              <w:jc w:val="center"/>
              <w:rPr>
                <w:rFonts w:ascii="Calibri" w:eastAsia="Calibri" w:hAnsi="Calibri" w:cs="Calibri"/>
                <w:lang w:val="es-CO" w:eastAsia="es-CO"/>
              </w:rPr>
            </w:pPr>
            <w:r w:rsidRPr="00070C2B">
              <w:rPr>
                <w:rFonts w:ascii="Calibri" w:eastAsia="Calibri" w:hAnsi="Calibri" w:cs="Calibri"/>
                <w:lang w:eastAsia="es-CO"/>
              </w:rPr>
              <w:t>PONENTES: H.S. NORMA HURTADO SANCHEZ, NADIA BLEL SCAFF, ANA PAOLA AGUDELO GARCIA</w:t>
            </w:r>
          </w:p>
        </w:tc>
      </w:tr>
      <w:bookmarkEnd w:id="69"/>
    </w:tbl>
    <w:p w14:paraId="221BEE3A" w14:textId="77777777" w:rsidR="00180975" w:rsidRDefault="00180975" w:rsidP="0018097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6B32AAAC" w14:textId="77777777" w:rsidTr="00FA62D3">
        <w:tc>
          <w:tcPr>
            <w:tcW w:w="3002" w:type="dxa"/>
            <w:tcBorders>
              <w:top w:val="single" w:sz="24" w:space="0" w:color="000000"/>
              <w:bottom w:val="single" w:sz="4" w:space="0" w:color="000000"/>
            </w:tcBorders>
            <w:vAlign w:val="center"/>
          </w:tcPr>
          <w:p w14:paraId="248EDEBE" w14:textId="77777777" w:rsidR="00180975" w:rsidRPr="00070C2B"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70" w:name="_Hlk231979116"/>
            <w:r w:rsidRPr="00070C2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1803F74B"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 xml:space="preserve">PL.N. 082 DE 2025 SENADO </w:t>
            </w:r>
          </w:p>
        </w:tc>
      </w:tr>
      <w:tr w:rsidR="00180975" w:rsidRPr="000716A3" w14:paraId="569E2891"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CA6BB1"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22BA9" w14:textId="77777777" w:rsidR="00180975" w:rsidRPr="00A23E90" w:rsidRDefault="00180975" w:rsidP="00FA62D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CUAL SE ESTABLECE LA EDUCACIÓN SOBRE AUTOEXAMEN, PREVENCIÓN Y CUIDADO DE LAS MAMAS EN TODAS LAS INSTITUCIONES EDUCATIVAS DEL PAÍS, Y SE DICTAN OTRAS DISPOSICIONES". </w:t>
            </w:r>
          </w:p>
          <w:p w14:paraId="0BA1BB61"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GACETA: </w:t>
            </w:r>
            <w:r w:rsidRPr="002B2EAF">
              <w:rPr>
                <w:rFonts w:ascii="Calibri" w:eastAsia="Calibri" w:hAnsi="Calibri" w:cs="Calibri"/>
                <w:lang w:val="es-CO" w:eastAsia="es-CO"/>
              </w:rPr>
              <w:t>650</w:t>
            </w:r>
            <w:r w:rsidRPr="000716A3">
              <w:rPr>
                <w:rFonts w:ascii="Calibri" w:eastAsia="Calibri" w:hAnsi="Calibri" w:cs="Calibri"/>
                <w:lang w:val="es-CO" w:eastAsia="es-CO"/>
              </w:rPr>
              <w:t>/26</w:t>
            </w:r>
          </w:p>
        </w:tc>
      </w:tr>
      <w:tr w:rsidR="00180975" w:rsidRPr="000716A3" w14:paraId="2ABAE5A9"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0C872296"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7469B27" w14:textId="77777777" w:rsidR="00180975" w:rsidRPr="000716A3" w:rsidRDefault="00180975" w:rsidP="00FA62D3">
            <w:pPr>
              <w:spacing w:after="0" w:line="240" w:lineRule="auto"/>
              <w:jc w:val="center"/>
              <w:rPr>
                <w:rFonts w:ascii="Calibri" w:eastAsia="Calibri" w:hAnsi="Calibri" w:cs="Calibri"/>
                <w:lang w:val="es-CO" w:eastAsia="es-CO"/>
              </w:rPr>
            </w:pPr>
            <w:r w:rsidRPr="0069122F">
              <w:rPr>
                <w:rFonts w:ascii="Calibri" w:eastAsia="Calibri" w:hAnsi="Calibri" w:cs="Calibri"/>
                <w:lang w:eastAsia="es-CO"/>
              </w:rPr>
              <w:t xml:space="preserve">H.S. ESTEBAN QUINTERO CARDONA, LORENA RIOS CUELLAR, HONORIO HENRIQUEZ PINEDO, NADIA BLEL SCAFF, CLAUDIA PÉREZ GIRALDO, MARIA </w:t>
            </w:r>
            <w:r w:rsidRPr="0069122F">
              <w:rPr>
                <w:rFonts w:ascii="Calibri" w:eastAsia="Calibri" w:hAnsi="Calibri" w:cs="Calibri"/>
                <w:lang w:eastAsia="es-CO"/>
              </w:rPr>
              <w:lastRenderedPageBreak/>
              <w:t xml:space="preserve">FERNANDA CABAL MOLINA, SOLEDAD TAMAYO </w:t>
            </w:r>
            <w:proofErr w:type="spellStart"/>
            <w:r w:rsidRPr="0069122F">
              <w:rPr>
                <w:rFonts w:ascii="Calibri" w:eastAsia="Calibri" w:hAnsi="Calibri" w:cs="Calibri"/>
                <w:lang w:eastAsia="es-CO"/>
              </w:rPr>
              <w:t>TAMAYO</w:t>
            </w:r>
            <w:proofErr w:type="spellEnd"/>
            <w:r w:rsidRPr="0069122F">
              <w:rPr>
                <w:rFonts w:ascii="Calibri" w:eastAsia="Calibri" w:hAnsi="Calibri" w:cs="Calibri"/>
                <w:lang w:eastAsia="es-CO"/>
              </w:rPr>
              <w:t>, PAOLA HOLGUIN MORENO, JOSUE ALIRIO BARRERA RODRIGUEZ, H.R. YULIETH ANDREA SÁNCHEZ</w:t>
            </w:r>
          </w:p>
        </w:tc>
      </w:tr>
      <w:tr w:rsidR="00180975" w:rsidRPr="000716A3" w14:paraId="7D7576A0"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5F094A9A"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27FD75B" w14:textId="77777777" w:rsidR="00180975" w:rsidRPr="000716A3" w:rsidRDefault="00180975" w:rsidP="00FA62D3">
            <w:pPr>
              <w:spacing w:after="0" w:line="240" w:lineRule="auto"/>
              <w:jc w:val="center"/>
              <w:rPr>
                <w:rFonts w:ascii="Calibri" w:eastAsia="Calibri" w:hAnsi="Calibri" w:cs="Calibri"/>
                <w:lang w:val="es-CO" w:eastAsia="es-CO"/>
              </w:rPr>
            </w:pPr>
            <w:r w:rsidRPr="0069122F">
              <w:rPr>
                <w:rFonts w:ascii="Calibri" w:eastAsia="Calibri" w:hAnsi="Calibri" w:cs="Calibri"/>
                <w:lang w:eastAsia="es-CO"/>
              </w:rPr>
              <w:t>H.S. HONORIO HENRÍQUEZ PINEDO, NADIA BLEL SCAFF</w:t>
            </w:r>
          </w:p>
        </w:tc>
      </w:tr>
      <w:bookmarkEnd w:id="70"/>
    </w:tbl>
    <w:p w14:paraId="1E54DDA7" w14:textId="77777777" w:rsidR="00180975" w:rsidRDefault="00180975" w:rsidP="0018097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0AF4B9F7" w14:textId="77777777" w:rsidTr="00FA62D3">
        <w:tc>
          <w:tcPr>
            <w:tcW w:w="3002" w:type="dxa"/>
            <w:tcBorders>
              <w:top w:val="single" w:sz="24" w:space="0" w:color="000000"/>
              <w:bottom w:val="single" w:sz="4" w:space="0" w:color="000000"/>
            </w:tcBorders>
            <w:vAlign w:val="center"/>
          </w:tcPr>
          <w:p w14:paraId="38C80E16" w14:textId="77777777" w:rsidR="00180975" w:rsidRPr="0069122F"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69122F">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6DD1213B"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 xml:space="preserve">PL.N. 175 DE 2025 SENADO </w:t>
            </w:r>
          </w:p>
        </w:tc>
      </w:tr>
      <w:tr w:rsidR="00180975" w:rsidRPr="000716A3" w14:paraId="11949C7E"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8EF100"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C076A7" w14:textId="77777777" w:rsidR="00180975" w:rsidRPr="000716A3" w:rsidRDefault="00180975" w:rsidP="00FA62D3">
            <w:pPr>
              <w:spacing w:after="0" w:line="240" w:lineRule="auto"/>
              <w:jc w:val="center"/>
              <w:rPr>
                <w:rFonts w:ascii="Calibri" w:eastAsia="Calibri" w:hAnsi="Calibri" w:cs="Calibri"/>
                <w:lang w:val="es-CO" w:eastAsia="es-CO"/>
              </w:rPr>
            </w:pP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EL CUAL SE ESTABLECEN MEDIDAS PARA LA RECUPERACIÓN DE</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SUELOS CON VOCACIÓN DE USO AGRÍCOLA Y SE DICTAN OTRAS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DISPOSICIONES". </w:t>
            </w:r>
            <w:r w:rsidRPr="000716A3">
              <w:rPr>
                <w:rFonts w:ascii="Calibri" w:eastAsia="Calibri" w:hAnsi="Calibri" w:cs="Calibri"/>
                <w:lang w:val="es-CO" w:eastAsia="es-CO"/>
              </w:rPr>
              <w:t xml:space="preserve">GACETA: </w:t>
            </w:r>
            <w:r w:rsidRPr="002B2EAF">
              <w:rPr>
                <w:rFonts w:ascii="Calibri" w:eastAsia="Calibri" w:hAnsi="Calibri" w:cs="Calibri"/>
                <w:lang w:val="es-CO" w:eastAsia="es-CO"/>
              </w:rPr>
              <w:t>653</w:t>
            </w:r>
            <w:r w:rsidRPr="000716A3">
              <w:rPr>
                <w:rFonts w:ascii="Calibri" w:eastAsia="Calibri" w:hAnsi="Calibri" w:cs="Calibri"/>
                <w:lang w:val="es-CO" w:eastAsia="es-CO"/>
              </w:rPr>
              <w:t>/26</w:t>
            </w:r>
          </w:p>
        </w:tc>
      </w:tr>
      <w:tr w:rsidR="00180975" w:rsidRPr="000716A3" w14:paraId="26BA4816"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0D444D9E"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625096" w14:textId="77777777" w:rsidR="00180975" w:rsidRPr="000716A3" w:rsidRDefault="00180975" w:rsidP="00FA62D3">
            <w:pPr>
              <w:spacing w:after="0" w:line="240" w:lineRule="auto"/>
              <w:jc w:val="center"/>
              <w:rPr>
                <w:rFonts w:ascii="Calibri" w:eastAsia="Calibri" w:hAnsi="Calibri" w:cs="Calibri"/>
                <w:lang w:val="es-CO" w:eastAsia="es-CO"/>
              </w:rPr>
            </w:pPr>
            <w:r w:rsidRPr="0069122F">
              <w:rPr>
                <w:rFonts w:ascii="Calibri" w:eastAsia="Calibri" w:hAnsi="Calibri" w:cs="Calibri"/>
                <w:lang w:eastAsia="es-CO"/>
              </w:rPr>
              <w:t>H.S. JOSÉ DAVID NAME CARDOZO, H.R. LUIS RAMIRO RICARDO BUELVAS</w:t>
            </w:r>
          </w:p>
        </w:tc>
      </w:tr>
      <w:tr w:rsidR="00180975" w:rsidRPr="000716A3" w14:paraId="2721410F"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536C334E"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8F923D4" w14:textId="77777777" w:rsidR="00180975" w:rsidRDefault="00180975" w:rsidP="00FA62D3">
            <w:pPr>
              <w:spacing w:after="0" w:line="240" w:lineRule="auto"/>
              <w:jc w:val="center"/>
              <w:rPr>
                <w:rFonts w:ascii="Calibri" w:eastAsia="Calibri" w:hAnsi="Calibri" w:cs="Calibri"/>
                <w:lang w:eastAsia="es-CO"/>
              </w:rPr>
            </w:pPr>
            <w:r w:rsidRPr="0069122F">
              <w:rPr>
                <w:rFonts w:ascii="Calibri" w:eastAsia="Calibri" w:hAnsi="Calibri" w:cs="Calibri"/>
                <w:lang w:eastAsia="es-CO"/>
              </w:rPr>
              <w:t xml:space="preserve">COORDINADOR: H.S. José David Name Cardozo </w:t>
            </w:r>
          </w:p>
          <w:p w14:paraId="08E07CD2" w14:textId="77777777" w:rsidR="00180975" w:rsidRPr="000716A3" w:rsidRDefault="00180975" w:rsidP="00FA62D3">
            <w:pPr>
              <w:spacing w:after="0" w:line="240" w:lineRule="auto"/>
              <w:jc w:val="center"/>
              <w:rPr>
                <w:rFonts w:ascii="Calibri" w:eastAsia="Calibri" w:hAnsi="Calibri" w:cs="Calibri"/>
                <w:lang w:val="es-CO" w:eastAsia="es-CO"/>
              </w:rPr>
            </w:pPr>
            <w:r w:rsidRPr="0069122F">
              <w:rPr>
                <w:rFonts w:ascii="Calibri" w:eastAsia="Calibri" w:hAnsi="Calibri" w:cs="Calibri"/>
                <w:lang w:eastAsia="es-CO"/>
              </w:rPr>
              <w:t>PONENTE: H.S. Andrés Felipe Guerra Hoyos.</w:t>
            </w:r>
          </w:p>
        </w:tc>
      </w:tr>
    </w:tbl>
    <w:p w14:paraId="41C99BD7" w14:textId="77777777" w:rsidR="00180975" w:rsidRDefault="00180975" w:rsidP="0018097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604B0378" w14:textId="77777777" w:rsidTr="00FA62D3">
        <w:tc>
          <w:tcPr>
            <w:tcW w:w="3002" w:type="dxa"/>
            <w:tcBorders>
              <w:top w:val="single" w:sz="24" w:space="0" w:color="000000"/>
              <w:bottom w:val="single" w:sz="4" w:space="0" w:color="000000"/>
            </w:tcBorders>
            <w:vAlign w:val="center"/>
          </w:tcPr>
          <w:p w14:paraId="6E6C5434" w14:textId="77777777" w:rsidR="00180975" w:rsidRPr="002B2EAF"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2B2EAF">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4CE74B92"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PL.N. 164 DE 2025 SENADO – 163 DE 2024 CÁMARA</w:t>
            </w:r>
          </w:p>
        </w:tc>
      </w:tr>
      <w:tr w:rsidR="00180975" w:rsidRPr="000716A3" w14:paraId="7D1F859E"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D0EDDB"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41CD8A" w14:textId="77777777" w:rsidR="00180975" w:rsidRPr="00A23E90" w:rsidRDefault="00180975" w:rsidP="00FA62D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"POR MEDIO DEL CUAL SE CREA EL FONDO DE PROTECCIÓN Y APOYO AL EMPRENDIMIENTO DE LAS COMUNIDADES NEGRAS O POBLACIÓN AFROCOLOMBIANA, RAIZALES Y PALENQUERAS".  </w:t>
            </w:r>
          </w:p>
          <w:p w14:paraId="7176FEF2" w14:textId="2F6B6C98"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GACETA: </w:t>
            </w:r>
            <w:r w:rsidRPr="00180975">
              <w:rPr>
                <w:rFonts w:ascii="Calibri" w:eastAsia="Calibri" w:hAnsi="Calibri" w:cs="Calibri"/>
                <w:lang w:val="es-CO" w:eastAsia="es-CO"/>
              </w:rPr>
              <w:t>662</w:t>
            </w:r>
            <w:r w:rsidRPr="000716A3">
              <w:rPr>
                <w:rFonts w:ascii="Calibri" w:eastAsia="Calibri" w:hAnsi="Calibri" w:cs="Calibri"/>
                <w:lang w:val="es-CO" w:eastAsia="es-CO"/>
              </w:rPr>
              <w:t>/26</w:t>
            </w:r>
          </w:p>
        </w:tc>
      </w:tr>
      <w:tr w:rsidR="00180975" w:rsidRPr="000716A3" w14:paraId="52D2DBC8"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3D55FA68"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67432F0" w14:textId="77777777" w:rsidR="00180975" w:rsidRPr="000716A3" w:rsidRDefault="00180975" w:rsidP="00FA62D3">
            <w:pPr>
              <w:spacing w:after="0" w:line="240" w:lineRule="auto"/>
              <w:jc w:val="center"/>
              <w:rPr>
                <w:rFonts w:ascii="Calibri" w:eastAsia="Calibri" w:hAnsi="Calibri" w:cs="Calibri"/>
                <w:lang w:val="es-CO" w:eastAsia="es-CO"/>
              </w:rPr>
            </w:pPr>
            <w:r w:rsidRPr="002B2EAF">
              <w:rPr>
                <w:rFonts w:ascii="Calibri" w:eastAsia="Calibri" w:hAnsi="Calibri" w:cs="Calibri"/>
                <w:sz w:val="20"/>
                <w:szCs w:val="20"/>
                <w:lang w:eastAsia="es-CO"/>
              </w:rPr>
              <w:t xml:space="preserve">H.S. JONATHAN FERNEY PULIDO HERNÁNDEZ, H.R. MARELEN CASTILLO TORRES, JAMES HERMENEGILDO MOSQUERA TORRES, WILDER IBERSON ESCOBAR ORTIZ, JUAN MANUEL CORTÉS DUEÑAS, JHON FREDI VALENCIA CAICEDO, GERSEL LUIS PÉREZ ALTAMIRANDA, ASTRID SÁNCHEZ MONTES DE OCA, ERIKA TATIANA SÁNCHEZ PINTO, MIGUEL ABRAHAM POLO </w:t>
            </w:r>
            <w:proofErr w:type="spellStart"/>
            <w:r w:rsidRPr="002B2EAF">
              <w:rPr>
                <w:rFonts w:ascii="Calibri" w:eastAsia="Calibri" w:hAnsi="Calibri" w:cs="Calibri"/>
                <w:sz w:val="20"/>
                <w:szCs w:val="20"/>
                <w:lang w:eastAsia="es-CO"/>
              </w:rPr>
              <w:t>POLO</w:t>
            </w:r>
            <w:proofErr w:type="spellEnd"/>
            <w:r w:rsidRPr="002B2EAF">
              <w:rPr>
                <w:rFonts w:ascii="Calibri" w:eastAsia="Calibri" w:hAnsi="Calibri" w:cs="Calibri"/>
                <w:sz w:val="20"/>
                <w:szCs w:val="20"/>
                <w:lang w:eastAsia="es-CO"/>
              </w:rPr>
              <w:t xml:space="preserve">, RUTH AMELIA CAYCEDO ROSERO, JULIANA ARAY FRANCO, ANA ROGELIA MONSALVE ÁLVAREZ, JUAN FERNANDO ESPINAL RAMÍREZ </w:t>
            </w:r>
          </w:p>
        </w:tc>
      </w:tr>
      <w:tr w:rsidR="00180975" w:rsidRPr="000716A3" w14:paraId="23DFF62F"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7E466324"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5653F6" w14:textId="77777777" w:rsidR="00180975" w:rsidRPr="000716A3" w:rsidRDefault="00180975" w:rsidP="00FA62D3">
            <w:pPr>
              <w:spacing w:after="0" w:line="240" w:lineRule="auto"/>
              <w:jc w:val="center"/>
              <w:rPr>
                <w:rFonts w:ascii="Calibri" w:eastAsia="Calibri" w:hAnsi="Calibri" w:cs="Calibri"/>
                <w:lang w:val="es-CO" w:eastAsia="es-CO"/>
              </w:rPr>
            </w:pPr>
            <w:r>
              <w:rPr>
                <w:rFonts w:ascii="Calibri" w:eastAsia="Calibri" w:hAnsi="Calibri" w:cs="Calibri"/>
                <w:lang w:eastAsia="es-CO"/>
              </w:rPr>
              <w:t>H.S. ALEXANDER LÓPEZ MAYA</w:t>
            </w:r>
          </w:p>
        </w:tc>
      </w:tr>
    </w:tbl>
    <w:p w14:paraId="61F43F9D" w14:textId="77777777" w:rsidR="00180975" w:rsidRDefault="00180975" w:rsidP="0018097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21F99153" w14:textId="77777777" w:rsidTr="00FA62D3">
        <w:tc>
          <w:tcPr>
            <w:tcW w:w="3002" w:type="dxa"/>
            <w:tcBorders>
              <w:top w:val="single" w:sz="24" w:space="0" w:color="000000"/>
              <w:bottom w:val="single" w:sz="4" w:space="0" w:color="000000"/>
            </w:tcBorders>
            <w:vAlign w:val="center"/>
          </w:tcPr>
          <w:p w14:paraId="7239625E" w14:textId="77777777" w:rsidR="00180975" w:rsidRPr="004E4144"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4E4144">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1E7FA56A"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 xml:space="preserve">PL.N. 187 DE 2025 SENADO </w:t>
            </w:r>
          </w:p>
        </w:tc>
      </w:tr>
      <w:tr w:rsidR="00180975" w:rsidRPr="000716A3" w14:paraId="5291DF39"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48F15E"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60A9A5" w14:textId="77777777" w:rsidR="00180975" w:rsidRPr="00A23E90" w:rsidRDefault="00180975" w:rsidP="00FA62D3">
            <w:pPr>
              <w:spacing w:after="0" w:line="240" w:lineRule="auto"/>
              <w:jc w:val="center"/>
              <w:rPr>
                <w:rFonts w:ascii="Calibri" w:eastAsia="Times New Roman" w:hAnsi="Calibri" w:cs="Calibri"/>
                <w:b/>
                <w:bCs/>
                <w:lang w:eastAsia="es-MX"/>
                <w14:shadow w14:blurRad="50800" w14:dist="38100" w14:dir="5400000" w14:sx="100000" w14:sy="100000" w14:kx="0" w14:ky="0" w14:algn="t">
                  <w14:srgbClr w14:val="000000">
                    <w14:alpha w14:val="60000"/>
                  </w14:srgbClr>
                </w14:shadow>
              </w:rPr>
            </w:pPr>
            <w:r w:rsidRPr="004E4144">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CREAN BECAS DEPORTIVAS PARA EL ACCESO A PROGRAMAS DE EDUCACIÓN BÁSICA,</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4E4144">
              <w:rPr>
                <w:rFonts w:ascii="Calibri" w:eastAsia="Times New Roman" w:hAnsi="Calibri" w:cs="Calibri"/>
                <w:b/>
                <w:bCs/>
                <w:lang w:eastAsia="es-MX"/>
                <w14:shadow w14:blurRad="50800" w14:dist="38100" w14:dir="5400000" w14:sx="100000" w14:sy="100000" w14:kx="0" w14:ky="0" w14:algn="t">
                  <w14:srgbClr w14:val="000000">
                    <w14:alpha w14:val="60000"/>
                  </w14:srgbClr>
                </w14:shadow>
              </w:rPr>
              <w:t>MEDIA Y SUPERIOR”</w:t>
            </w:r>
            <w:r w:rsidRPr="00A23E9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p>
          <w:p w14:paraId="4A58FA94" w14:textId="69AFD585"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 xml:space="preserve">GACETA: </w:t>
            </w:r>
            <w:r w:rsidRPr="00180975">
              <w:rPr>
                <w:rFonts w:ascii="Calibri" w:eastAsia="Calibri" w:hAnsi="Calibri" w:cs="Calibri"/>
                <w:lang w:val="es-CO" w:eastAsia="es-CO"/>
              </w:rPr>
              <w:t>670</w:t>
            </w:r>
            <w:r w:rsidRPr="000716A3">
              <w:rPr>
                <w:rFonts w:ascii="Calibri" w:eastAsia="Calibri" w:hAnsi="Calibri" w:cs="Calibri"/>
                <w:lang w:val="es-CO" w:eastAsia="es-CO"/>
              </w:rPr>
              <w:t>/26</w:t>
            </w:r>
          </w:p>
        </w:tc>
      </w:tr>
      <w:tr w:rsidR="00180975" w:rsidRPr="000716A3" w14:paraId="7B2412D5"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412D7748"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845DC60" w14:textId="77777777" w:rsidR="00180975" w:rsidRPr="000716A3" w:rsidRDefault="00180975" w:rsidP="00FA62D3">
            <w:pPr>
              <w:spacing w:after="0" w:line="240" w:lineRule="auto"/>
              <w:jc w:val="center"/>
              <w:rPr>
                <w:rFonts w:ascii="Calibri" w:eastAsia="Calibri" w:hAnsi="Calibri" w:cs="Calibri"/>
                <w:lang w:val="es-CO" w:eastAsia="es-CO"/>
              </w:rPr>
            </w:pPr>
            <w:r w:rsidRPr="004E4144">
              <w:rPr>
                <w:rFonts w:ascii="Calibri" w:eastAsia="Calibri" w:hAnsi="Calibri" w:cs="Calibri"/>
                <w:sz w:val="20"/>
                <w:szCs w:val="20"/>
                <w:lang w:eastAsia="es-CO"/>
              </w:rPr>
              <w:t>H.S. HONORIO MIGUEL HENRÍQUEZ PINEDO, ESTEBAN QUINTERO CARDONA, ANDRÉS GUERRA HOYOS, ENRIQUE CABRALES BAQUERO, JOSUÉ ALIRIO BARRERA, ESPERANZA ANDRADE SERRANO, LORENA RIOS CUELLAR, MAURICIO GIRALDO HERNÁNDEZ, NADIA BLEL SCAFF, ANA PAOLA AGUDELO GARCÍA, NORMA HURTADO SÁNCHEZ, H.R. EDUAR ALEXIS TRIANA RINCÓN.</w:t>
            </w:r>
          </w:p>
        </w:tc>
      </w:tr>
      <w:tr w:rsidR="00180975" w:rsidRPr="000716A3" w14:paraId="5D8043B5"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31F36BEB"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7FD7A2" w14:textId="77777777" w:rsidR="00180975" w:rsidRPr="000716A3" w:rsidRDefault="00180975" w:rsidP="00FA62D3">
            <w:pPr>
              <w:jc w:val="center"/>
              <w:rPr>
                <w:rFonts w:ascii="Calibri" w:eastAsia="Calibri" w:hAnsi="Calibri" w:cs="Calibri"/>
                <w:lang w:val="es-CO" w:eastAsia="es-CO"/>
              </w:rPr>
            </w:pPr>
            <w:r>
              <w:rPr>
                <w:rFonts w:ascii="Arial" w:hAnsi="Arial" w:cs="Arial"/>
                <w:color w:val="212529"/>
                <w:sz w:val="21"/>
                <w:szCs w:val="21"/>
              </w:rPr>
              <w:t>COORDINADOR: H.S. NADIA BLEL SCAFF PONENTES: H.S. HONORIO HENRIQUEZ PINEDO, LORENA RIOS CUELLAR, NORMA HURTADO SANCHEZ</w:t>
            </w:r>
          </w:p>
        </w:tc>
      </w:tr>
    </w:tbl>
    <w:p w14:paraId="1CB25923" w14:textId="77777777" w:rsidR="00180975" w:rsidRDefault="00180975" w:rsidP="00180975">
      <w:pPr>
        <w:jc w:val="both"/>
        <w:rPr>
          <w:rFonts w:ascii="Calibri" w:eastAsia="Calibri" w:hAnsi="Calibri" w:cs="Calibri"/>
          <w:b/>
          <w:bCs/>
          <w:u w:val="single"/>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5EF53652" w14:textId="77777777" w:rsidTr="00FA62D3">
        <w:tc>
          <w:tcPr>
            <w:tcW w:w="3002" w:type="dxa"/>
            <w:tcBorders>
              <w:top w:val="single" w:sz="24" w:space="0" w:color="000000"/>
              <w:bottom w:val="single" w:sz="4" w:space="0" w:color="000000"/>
            </w:tcBorders>
            <w:vAlign w:val="center"/>
          </w:tcPr>
          <w:p w14:paraId="381933C1" w14:textId="77777777" w:rsidR="00180975" w:rsidRPr="00A20C9B"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r w:rsidRPr="00A20C9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39E345B0" w14:textId="77777777"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 xml:space="preserve">PL.N. </w:t>
            </w:r>
            <w:r w:rsidRPr="004C1CE0">
              <w:rPr>
                <w:rFonts w:ascii="Calibri" w:eastAsia="Calibri" w:hAnsi="Calibri" w:cs="Calibri"/>
                <w:b/>
                <w:bCs/>
                <w:sz w:val="24"/>
                <w:szCs w:val="24"/>
              </w:rPr>
              <w:t>192</w:t>
            </w:r>
            <w:r>
              <w:rPr>
                <w:rFonts w:ascii="Calibri" w:eastAsia="Calibri" w:hAnsi="Calibri" w:cs="Calibri"/>
                <w:b/>
                <w:bCs/>
                <w:sz w:val="24"/>
                <w:szCs w:val="24"/>
              </w:rPr>
              <w:t xml:space="preserve"> DE 2025 SENADO </w:t>
            </w:r>
          </w:p>
        </w:tc>
      </w:tr>
      <w:tr w:rsidR="00180975" w:rsidRPr="000716A3" w14:paraId="4506A222"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31C946"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0341F9" w14:textId="55C15116" w:rsidR="00180975" w:rsidRPr="000716A3" w:rsidRDefault="00180975" w:rsidP="00FA62D3">
            <w:pPr>
              <w:spacing w:after="0" w:line="240" w:lineRule="auto"/>
              <w:jc w:val="center"/>
              <w:rPr>
                <w:rFonts w:ascii="Calibri" w:eastAsia="Calibri" w:hAnsi="Calibri" w:cs="Calibri"/>
                <w:lang w:val="es-CO" w:eastAsia="es-CO"/>
              </w:rPr>
            </w:pPr>
            <w:r w:rsidRPr="004C1CE0">
              <w:rPr>
                <w:rFonts w:ascii="Calibri" w:eastAsia="Times New Roman" w:hAnsi="Calibri" w:cs="Calibri"/>
                <w:b/>
                <w:bCs/>
                <w:lang w:eastAsia="es-MX"/>
                <w14:shadow w14:blurRad="50800" w14:dist="38100" w14:dir="5400000" w14:sx="100000" w14:sy="100000" w14:kx="0" w14:ky="0" w14:algn="t">
                  <w14:srgbClr w14:val="000000">
                    <w14:alpha w14:val="60000"/>
                  </w14:srgbClr>
                </w14:shadow>
              </w:rPr>
              <w:t>POR MEDIO DE LA CUAL SE ADOPTAN MEDIDAS PARA PREVENIR, CORREGIR Y SANCIONAR CONDUCTAS QUE AFECTAN LA SALUD MENTAL EN EL MARCO DEL EL SISTEMA DE RESIDENCIAS MÉDICAS EN COLOMBIA Y OTRAS PRÁCTICAS PROFESIONALES Y SE DICTAN OTRAS DISPOSICIONES</w:t>
            </w:r>
            <w:r>
              <w:rPr>
                <w:rFonts w:ascii="Calibri" w:eastAsia="Times New Roman" w:hAnsi="Calibri" w:cs="Calibri"/>
                <w:b/>
                <w:bCs/>
                <w:lang w:eastAsia="es-MX"/>
                <w14:shadow w14:blurRad="50800" w14:dist="38100" w14:dir="5400000" w14:sx="100000" w14:sy="100000" w14:kx="0" w14:ky="0" w14:algn="t">
                  <w14:srgbClr w14:val="000000">
                    <w14:alpha w14:val="60000"/>
                  </w14:srgbClr>
                </w14:shadow>
              </w:rPr>
              <w:t xml:space="preserve"> </w:t>
            </w:r>
            <w:r w:rsidRPr="000716A3">
              <w:rPr>
                <w:rFonts w:ascii="Calibri" w:eastAsia="Calibri" w:hAnsi="Calibri" w:cs="Calibri"/>
                <w:lang w:val="es-CO" w:eastAsia="es-CO"/>
              </w:rPr>
              <w:t xml:space="preserve">GACETA: </w:t>
            </w:r>
            <w:r w:rsidRPr="00180975">
              <w:rPr>
                <w:rFonts w:ascii="Calibri" w:eastAsia="Calibri" w:hAnsi="Calibri" w:cs="Calibri"/>
                <w:lang w:val="es-CO" w:eastAsia="es-CO"/>
              </w:rPr>
              <w:t>675</w:t>
            </w:r>
            <w:r w:rsidRPr="000716A3">
              <w:rPr>
                <w:rFonts w:ascii="Calibri" w:eastAsia="Calibri" w:hAnsi="Calibri" w:cs="Calibri"/>
                <w:lang w:val="es-CO" w:eastAsia="es-CO"/>
              </w:rPr>
              <w:t>/26</w:t>
            </w:r>
          </w:p>
        </w:tc>
      </w:tr>
      <w:tr w:rsidR="00180975" w:rsidRPr="000716A3" w14:paraId="0409A405"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2A86CECC"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B82900" w14:textId="77777777" w:rsidR="00180975" w:rsidRPr="000716A3" w:rsidRDefault="00180975" w:rsidP="00FA62D3">
            <w:pPr>
              <w:spacing w:after="0" w:line="240" w:lineRule="auto"/>
              <w:jc w:val="center"/>
              <w:rPr>
                <w:rFonts w:ascii="Calibri" w:eastAsia="Calibri" w:hAnsi="Calibri" w:cs="Calibri"/>
                <w:lang w:val="es-CO" w:eastAsia="es-CO"/>
              </w:rPr>
            </w:pPr>
            <w:r w:rsidRPr="004C1CE0">
              <w:rPr>
                <w:rFonts w:ascii="Calibri" w:eastAsia="Calibri" w:hAnsi="Calibri" w:cs="Calibri"/>
                <w:sz w:val="24"/>
                <w:szCs w:val="24"/>
                <w:lang w:eastAsia="es-CO"/>
              </w:rPr>
              <w:t>H.S. HONORIO MIGUEL HENRÍQUEZ PINEDO, ESTEBAN QUINTERO CARDONA, ANDRÉS GUERRA HOYOS, ENRIQUE CABRALES BAQUERO, JOSUÉ ALIRIO BARRERA, LORENA RIOS CUELLAR, NORMA HURTADO SÁNCHEZ, ESPERANZA ANDRADE SERRANO, NADIA BLEL SCAFF.</w:t>
            </w:r>
          </w:p>
        </w:tc>
      </w:tr>
      <w:tr w:rsidR="00180975" w:rsidRPr="000716A3" w14:paraId="49F2C536"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00E5FE15"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25109D4" w14:textId="77777777" w:rsidR="00180975" w:rsidRPr="000716A3" w:rsidRDefault="00180975" w:rsidP="00FA62D3">
            <w:pPr>
              <w:jc w:val="center"/>
              <w:rPr>
                <w:rFonts w:ascii="Calibri" w:eastAsia="Calibri" w:hAnsi="Calibri" w:cs="Calibri"/>
                <w:lang w:val="es-CO" w:eastAsia="es-CO"/>
              </w:rPr>
            </w:pPr>
            <w:r w:rsidRPr="004C1CE0">
              <w:rPr>
                <w:rFonts w:ascii="Arial" w:hAnsi="Arial" w:cs="Arial"/>
                <w:color w:val="212529"/>
                <w:sz w:val="21"/>
                <w:szCs w:val="21"/>
              </w:rPr>
              <w:t>COORDINADORA: H.S. LORENA RIOS CUELLAR PONENTES: H.S. ESPERANZA ANDRADE SERRANO, HONORIO HENRIQUEZ PINEDO, NORMA HURTADO SANCHEZ</w:t>
            </w:r>
          </w:p>
        </w:tc>
      </w:tr>
    </w:tbl>
    <w:p w14:paraId="01847AA1" w14:textId="77777777" w:rsidR="00180975" w:rsidRDefault="00180975" w:rsidP="00180975">
      <w:pPr>
        <w:spacing w:after="0" w:line="240" w:lineRule="auto"/>
        <w:jc w:val="center"/>
        <w:rPr>
          <w:rFonts w:ascii="Calibri" w:eastAsia="Calibri" w:hAnsi="Calibri" w:cs="Calibri"/>
          <w:b/>
          <w:bCs/>
        </w:rPr>
      </w:pPr>
    </w:p>
    <w:p w14:paraId="526131BA" w14:textId="77777777" w:rsidR="00180975" w:rsidRDefault="00180975" w:rsidP="00180975">
      <w:pPr>
        <w:spacing w:after="0" w:line="240" w:lineRule="auto"/>
        <w:jc w:val="center"/>
        <w:rPr>
          <w:rFonts w:ascii="Calibri" w:eastAsia="Calibri" w:hAnsi="Calibri" w:cs="Calibri"/>
          <w:b/>
          <w:bCs/>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53485" w14:paraId="5A087A81" w14:textId="77777777" w:rsidTr="008763C7">
        <w:tc>
          <w:tcPr>
            <w:tcW w:w="3002" w:type="dxa"/>
            <w:tcBorders>
              <w:top w:val="single" w:sz="24" w:space="0" w:color="000000"/>
              <w:bottom w:val="single" w:sz="4" w:space="0" w:color="000000"/>
            </w:tcBorders>
            <w:vAlign w:val="center"/>
          </w:tcPr>
          <w:p w14:paraId="223B9664" w14:textId="5824E2B1" w:rsidR="00253485" w:rsidRPr="00253485" w:rsidRDefault="00253485" w:rsidP="00253485">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71" w:name="_Hlk232582593"/>
            <w:r w:rsidRPr="00253485">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305367E" w14:textId="77777777" w:rsidR="00253485" w:rsidRDefault="00253485" w:rsidP="008763C7">
            <w:pPr>
              <w:ind w:left="360"/>
              <w:jc w:val="center"/>
              <w:rPr>
                <w:rFonts w:ascii="Calibri" w:eastAsia="Calibri" w:hAnsi="Calibri" w:cs="Calibri"/>
                <w:b/>
                <w:bCs/>
                <w:sz w:val="24"/>
                <w:szCs w:val="24"/>
              </w:rPr>
            </w:pPr>
            <w:r>
              <w:rPr>
                <w:rFonts w:ascii="Calibri" w:eastAsia="Calibri" w:hAnsi="Calibri" w:cs="Calibri"/>
                <w:b/>
                <w:bCs/>
                <w:sz w:val="24"/>
                <w:szCs w:val="24"/>
              </w:rPr>
              <w:t xml:space="preserve">PL.N. 210 DE 2025 SENADO </w:t>
            </w:r>
          </w:p>
        </w:tc>
      </w:tr>
      <w:tr w:rsidR="00253485" w:rsidRPr="00676F65" w14:paraId="1524F5DE" w14:textId="77777777" w:rsidTr="008763C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5094F0"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6E6825" w14:textId="77777777" w:rsidR="00253485" w:rsidRDefault="00253485" w:rsidP="008763C7">
            <w:pPr>
              <w:spacing w:after="0" w:line="240" w:lineRule="auto"/>
              <w:ind w:left="15"/>
              <w:jc w:val="center"/>
              <w:rPr>
                <w:rFonts w:ascii="Calibri" w:eastAsia="Calibri" w:hAnsi="Calibri" w:cs="Calibri"/>
                <w:lang w:val="es-CO" w:eastAsia="es-CO"/>
              </w:rPr>
            </w:pPr>
            <w:r w:rsidRPr="001A545C">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MEDIO DE LA CUAL SE DECLARA PATRIMONIO CULTURAL Y MATERIAL DE LA NACIÓN LA</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1A545C">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MINA DE SAL DEL MUNICIPIO DE NEMOCÓN Y SE DICTAN OTRAS DISPOSICIONES”.</w:t>
            </w:r>
            <w:r>
              <w:rPr>
                <w:rFonts w:ascii="Calibri" w:eastAsia="Calibri" w:hAnsi="Calibri" w:cs="Calibri"/>
                <w:lang w:val="es-CO" w:eastAsia="es-CO"/>
              </w:rPr>
              <w:t xml:space="preserve"> </w:t>
            </w:r>
          </w:p>
          <w:p w14:paraId="7E9E2CAD" w14:textId="3FE9D3AD" w:rsidR="00253485" w:rsidRPr="00676F65" w:rsidRDefault="00253485" w:rsidP="008763C7">
            <w:pPr>
              <w:spacing w:after="0" w:line="240" w:lineRule="auto"/>
              <w:ind w:left="15"/>
              <w:jc w:val="center"/>
              <w:rPr>
                <w:rFonts w:ascii="Calibri" w:eastAsia="Calibri" w:hAnsi="Calibri" w:cs="Calibri"/>
                <w:lang w:val="es-CO" w:eastAsia="es-CO"/>
              </w:rPr>
            </w:pPr>
            <w:r w:rsidRPr="00676F65">
              <w:rPr>
                <w:rFonts w:ascii="Calibri" w:eastAsia="Calibri" w:hAnsi="Calibri" w:cs="Calibri"/>
                <w:lang w:val="es-CO" w:eastAsia="es-CO"/>
              </w:rPr>
              <w:t xml:space="preserve">GACETA: </w:t>
            </w:r>
            <w:r w:rsidRPr="00253485">
              <w:rPr>
                <w:rFonts w:ascii="Calibri" w:eastAsia="Calibri" w:hAnsi="Calibri" w:cs="Calibri"/>
                <w:lang w:val="es-CO" w:eastAsia="es-CO"/>
              </w:rPr>
              <w:t>728</w:t>
            </w:r>
            <w:r w:rsidRPr="00676F65">
              <w:rPr>
                <w:rFonts w:ascii="Calibri" w:eastAsia="Calibri" w:hAnsi="Calibri" w:cs="Calibri"/>
                <w:lang w:val="es-CO" w:eastAsia="es-CO"/>
              </w:rPr>
              <w:t>/26</w:t>
            </w:r>
          </w:p>
        </w:tc>
      </w:tr>
      <w:tr w:rsidR="00253485" w:rsidRPr="00676F65" w14:paraId="5835574F"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45F8F36E"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9F9C1F" w14:textId="77777777" w:rsidR="00253485" w:rsidRPr="00676F65" w:rsidRDefault="00253485" w:rsidP="008763C7">
            <w:pPr>
              <w:spacing w:after="0" w:line="240" w:lineRule="auto"/>
              <w:jc w:val="center"/>
              <w:rPr>
                <w:rFonts w:ascii="Calibri" w:eastAsia="Calibri" w:hAnsi="Calibri" w:cs="Calibri"/>
                <w:lang w:val="es-CO" w:eastAsia="es-CO"/>
              </w:rPr>
            </w:pPr>
            <w:r w:rsidRPr="001A545C">
              <w:rPr>
                <w:rFonts w:ascii="Calibri" w:eastAsia="Calibri" w:hAnsi="Calibri" w:cs="Calibri"/>
                <w:lang w:eastAsia="es-CO"/>
              </w:rPr>
              <w:t>H.S. YENNY ROZO ZAMBRANO, ESTEBAN QUINTERO CARDONA</w:t>
            </w:r>
          </w:p>
        </w:tc>
      </w:tr>
      <w:tr w:rsidR="00253485" w:rsidRPr="00676F65" w14:paraId="5F78A4A1" w14:textId="77777777" w:rsidTr="008763C7">
        <w:tc>
          <w:tcPr>
            <w:tcW w:w="3002" w:type="dxa"/>
            <w:tcBorders>
              <w:top w:val="single" w:sz="4" w:space="0" w:color="000000"/>
              <w:left w:val="single" w:sz="4" w:space="0" w:color="000000"/>
              <w:bottom w:val="single" w:sz="4" w:space="0" w:color="000000"/>
              <w:right w:val="single" w:sz="4" w:space="0" w:color="000000"/>
            </w:tcBorders>
            <w:vAlign w:val="center"/>
          </w:tcPr>
          <w:p w14:paraId="116349E5" w14:textId="77777777" w:rsidR="00253485" w:rsidRPr="00676F65" w:rsidRDefault="00253485" w:rsidP="008763C7">
            <w:pPr>
              <w:spacing w:after="0" w:line="240" w:lineRule="auto"/>
              <w:ind w:left="360"/>
              <w:jc w:val="center"/>
              <w:rPr>
                <w:rFonts w:ascii="Calibri" w:eastAsia="Calibri" w:hAnsi="Calibri" w:cs="Calibri"/>
                <w:lang w:val="es-CO" w:eastAsia="es-CO"/>
              </w:rPr>
            </w:pPr>
            <w:r w:rsidRPr="00676F65">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91681A7" w14:textId="77777777" w:rsidR="00253485" w:rsidRPr="00676F65" w:rsidRDefault="00253485" w:rsidP="008763C7">
            <w:pPr>
              <w:spacing w:after="0" w:line="240" w:lineRule="auto"/>
              <w:jc w:val="center"/>
              <w:rPr>
                <w:rFonts w:ascii="Calibri" w:eastAsia="Calibri" w:hAnsi="Calibri" w:cs="Calibri"/>
                <w:lang w:val="es-CO" w:eastAsia="es-CO"/>
              </w:rPr>
            </w:pPr>
            <w:r>
              <w:rPr>
                <w:rFonts w:ascii="Calibri" w:eastAsia="Calibri" w:hAnsi="Calibri" w:cs="Calibri"/>
                <w:lang w:eastAsia="es-CO"/>
              </w:rPr>
              <w:t xml:space="preserve">H.S. </w:t>
            </w:r>
            <w:r w:rsidRPr="001A545C">
              <w:rPr>
                <w:rFonts w:ascii="Calibri" w:eastAsia="Calibri" w:hAnsi="Calibri" w:cs="Calibri"/>
                <w:lang w:eastAsia="es-CO"/>
              </w:rPr>
              <w:t>ESTEBAN QUINTERO CARDONA</w:t>
            </w:r>
          </w:p>
        </w:tc>
      </w:tr>
      <w:bookmarkEnd w:id="71"/>
    </w:tbl>
    <w:p w14:paraId="4FEBB593" w14:textId="77777777" w:rsidR="00253485" w:rsidRDefault="00253485" w:rsidP="00180975">
      <w:pPr>
        <w:spacing w:after="0" w:line="240" w:lineRule="auto"/>
        <w:jc w:val="center"/>
        <w:rPr>
          <w:rFonts w:ascii="Calibri" w:eastAsia="Calibri" w:hAnsi="Calibri" w:cs="Calibri"/>
          <w:b/>
          <w:bCs/>
        </w:rPr>
      </w:pPr>
    </w:p>
    <w:p w14:paraId="38ADEC7C" w14:textId="77777777" w:rsidR="00253485" w:rsidRDefault="00253485" w:rsidP="00180975">
      <w:pPr>
        <w:spacing w:after="0" w:line="240" w:lineRule="auto"/>
        <w:jc w:val="center"/>
        <w:rPr>
          <w:rFonts w:ascii="Calibri" w:eastAsia="Calibri" w:hAnsi="Calibri" w:cs="Calibri"/>
          <w:b/>
          <w:bCs/>
        </w:rPr>
      </w:pPr>
    </w:p>
    <w:tbl>
      <w:tblPr>
        <w:tblStyle w:val="Tablaconcuadrcula1"/>
        <w:tblW w:w="10207" w:type="dxa"/>
        <w:tblInd w:w="-440" w:type="dxa"/>
        <w:tblLook w:val="04A0" w:firstRow="1" w:lastRow="0" w:firstColumn="1" w:lastColumn="0" w:noHBand="0" w:noVBand="1"/>
      </w:tblPr>
      <w:tblGrid>
        <w:gridCol w:w="3002"/>
        <w:gridCol w:w="7205"/>
      </w:tblGrid>
      <w:tr w:rsidR="00253485" w:rsidRPr="00B103DC" w14:paraId="4C11BB91" w14:textId="77777777" w:rsidTr="008763C7">
        <w:tc>
          <w:tcPr>
            <w:tcW w:w="3002" w:type="dxa"/>
            <w:tcBorders>
              <w:top w:val="thinThickSmallGap" w:sz="24" w:space="0" w:color="auto"/>
              <w:bottom w:val="double" w:sz="4" w:space="0" w:color="auto"/>
            </w:tcBorders>
            <w:vAlign w:val="center"/>
          </w:tcPr>
          <w:p w14:paraId="50B6F8C7" w14:textId="5B537EBB" w:rsidR="00253485" w:rsidRPr="00253485" w:rsidRDefault="00253485" w:rsidP="00253485">
            <w:pPr>
              <w:pStyle w:val="Prrafodelista"/>
              <w:numPr>
                <w:ilvl w:val="0"/>
                <w:numId w:val="7"/>
              </w:numPr>
              <w:spacing w:after="160" w:line="252" w:lineRule="auto"/>
              <w:rPr>
                <w:rFonts w:ascii="Calibri" w:eastAsia="Times New Roman" w:hAnsi="Calibri" w:cs="Calibri"/>
                <w:b/>
              </w:rPr>
            </w:pPr>
            <w:r w:rsidRPr="00253485">
              <w:rPr>
                <w:rFonts w:ascii="Calibri" w:eastAsia="Times New Roman" w:hAnsi="Calibri" w:cs="Calibri"/>
                <w:b/>
              </w:rPr>
              <w:t>No. DE PROYECTO</w:t>
            </w:r>
          </w:p>
        </w:tc>
        <w:tc>
          <w:tcPr>
            <w:tcW w:w="7205" w:type="dxa"/>
            <w:tcBorders>
              <w:top w:val="thinThickSmallGap" w:sz="24" w:space="0" w:color="auto"/>
              <w:bottom w:val="double" w:sz="4" w:space="0" w:color="auto"/>
            </w:tcBorders>
            <w:vAlign w:val="center"/>
          </w:tcPr>
          <w:p w14:paraId="1672C58F" w14:textId="77777777" w:rsidR="00253485" w:rsidRPr="00B103DC" w:rsidRDefault="00253485" w:rsidP="008763C7">
            <w:pPr>
              <w:ind w:left="360"/>
              <w:jc w:val="center"/>
              <w:rPr>
                <w:rFonts w:ascii="Calibri" w:eastAsia="Times New Roman" w:hAnsi="Calibri" w:cs="Calibri"/>
                <w:b/>
                <w:sz w:val="24"/>
                <w:szCs w:val="24"/>
                <w:lang w:eastAsia="es-MX"/>
              </w:rPr>
            </w:pPr>
            <w:r w:rsidRPr="00B103DC">
              <w:rPr>
                <w:rFonts w:ascii="Calibri" w:eastAsia="Times New Roman" w:hAnsi="Calibri" w:cs="Calibri"/>
                <w:b/>
                <w:sz w:val="24"/>
                <w:szCs w:val="24"/>
                <w:lang w:eastAsia="es-MX"/>
              </w:rPr>
              <w:t xml:space="preserve">PL.N. </w:t>
            </w:r>
            <w:r>
              <w:rPr>
                <w:rFonts w:ascii="Calibri" w:eastAsia="Times New Roman" w:hAnsi="Calibri" w:cs="Calibri"/>
                <w:b/>
                <w:sz w:val="24"/>
                <w:szCs w:val="24"/>
                <w:lang w:eastAsia="es-MX"/>
              </w:rPr>
              <w:t>311</w:t>
            </w:r>
            <w:r w:rsidRPr="00B103DC">
              <w:rPr>
                <w:rFonts w:ascii="Calibri" w:eastAsia="Times New Roman" w:hAnsi="Calibri" w:cs="Calibri"/>
                <w:b/>
                <w:sz w:val="24"/>
                <w:szCs w:val="24"/>
                <w:lang w:eastAsia="es-MX"/>
              </w:rPr>
              <w:t xml:space="preserve"> DE 2025 SENADO </w:t>
            </w:r>
          </w:p>
        </w:tc>
      </w:tr>
      <w:tr w:rsidR="00253485" w:rsidRPr="00B103DC" w14:paraId="3E5777DB" w14:textId="77777777" w:rsidTr="008763C7">
        <w:tc>
          <w:tcPr>
            <w:tcW w:w="3002" w:type="dxa"/>
            <w:tcBorders>
              <w:top w:val="double" w:sz="4" w:space="0" w:color="auto"/>
              <w:left w:val="double" w:sz="4" w:space="0" w:color="auto"/>
              <w:bottom w:val="double" w:sz="4" w:space="0" w:color="auto"/>
              <w:right w:val="double" w:sz="4" w:space="0" w:color="auto"/>
            </w:tcBorders>
            <w:shd w:val="clear" w:color="auto" w:fill="E7E6E6"/>
            <w:vAlign w:val="center"/>
          </w:tcPr>
          <w:p w14:paraId="5F55817D" w14:textId="77777777" w:rsidR="00253485" w:rsidRPr="00B103DC" w:rsidRDefault="00253485" w:rsidP="008763C7">
            <w:pPr>
              <w:ind w:left="360"/>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vAlign w:val="center"/>
          </w:tcPr>
          <w:p w14:paraId="6E55941D" w14:textId="77777777" w:rsidR="00253485"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D70457">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MEDIO DE LA CUAL SE MODIFICA EL</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D70457">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RÉGIMEN JURÍDICO DE LAS ASOCIACIONES PÚBLICO PRIVADAS Y SE</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D70457">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DICTAN OTRAS DISPOSICIONES"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D70457">
              <w:rPr>
                <w:rFonts w:ascii="Calibri" w:eastAsia="Times New Roman" w:hAnsi="Calibri" w:cs="Calibri"/>
                <w:b/>
                <w:bCs/>
                <w:sz w:val="24"/>
                <w:szCs w:val="24"/>
                <w:u w:val="single"/>
                <w:lang w:eastAsia="es-MX"/>
                <w14:shadow w14:blurRad="50800" w14:dist="38100" w14:dir="5400000" w14:sx="100000" w14:sy="100000" w14:kx="0" w14:ky="0" w14:algn="t">
                  <w14:srgbClr w14:val="000000">
                    <w14:alpha w14:val="60000"/>
                  </w14:srgbClr>
                </w14:shadow>
              </w:rPr>
              <w:t>PONENCIA DE ARCHIVO</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 GACETA 681/26 </w:t>
            </w:r>
          </w:p>
          <w:p w14:paraId="64201877" w14:textId="77777777" w:rsidR="00253485" w:rsidRPr="00B103DC"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D70457">
              <w:rPr>
                <w:rFonts w:ascii="Calibri" w:eastAsia="Times New Roman" w:hAnsi="Calibri" w:cs="Calibri"/>
                <w:b/>
                <w:iCs/>
                <w:sz w:val="24"/>
                <w:szCs w:val="24"/>
                <w:u w:val="single"/>
                <w:lang w:val="es-ES" w:eastAsia="es-MX"/>
                <w14:shadow w14:blurRad="50800" w14:dist="38100" w14:dir="5400000" w14:sx="100000" w14:sy="100000" w14:kx="0" w14:ky="0" w14:algn="t">
                  <w14:srgbClr w14:val="000000">
                    <w14:alpha w14:val="60000"/>
                  </w14:srgbClr>
                </w14:shadow>
              </w:rPr>
              <w:t>PONENCIA POSITIVA</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GACETA: </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686</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/2</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6 </w:t>
            </w:r>
          </w:p>
        </w:tc>
      </w:tr>
      <w:tr w:rsidR="00253485" w:rsidRPr="00B103DC" w14:paraId="05047C60"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3C9DD23E"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D976B85" w14:textId="77777777" w:rsidR="00253485" w:rsidRPr="00B103DC" w:rsidRDefault="00253485" w:rsidP="008763C7">
            <w:pPr>
              <w:ind w:left="360"/>
              <w:jc w:val="center"/>
              <w:rPr>
                <w:rFonts w:ascii="Calibri" w:eastAsia="Times New Roman" w:hAnsi="Calibri" w:cs="Calibri"/>
                <w:sz w:val="24"/>
                <w:szCs w:val="24"/>
                <w:lang w:eastAsia="es-MX"/>
              </w:rPr>
            </w:pPr>
            <w:r w:rsidRPr="00B103DC">
              <w:rPr>
                <w:rFonts w:ascii="Calibri" w:eastAsia="Times New Roman" w:hAnsi="Calibri" w:cs="Calibri"/>
                <w:sz w:val="20"/>
                <w:szCs w:val="20"/>
                <w:lang w:eastAsia="es-MX"/>
              </w:rPr>
              <w:t xml:space="preserve">H.S. </w:t>
            </w:r>
            <w:r w:rsidRPr="00D70457">
              <w:rPr>
                <w:rFonts w:ascii="Calibri" w:eastAsia="Times New Roman" w:hAnsi="Calibri" w:cs="Calibri"/>
                <w:sz w:val="20"/>
                <w:szCs w:val="20"/>
                <w:lang w:val="en-US" w:eastAsia="es-MX"/>
              </w:rPr>
              <w:t xml:space="preserve">ESTEBAN QUINTERO CARDONA, MAURICIO GIRALDO HERNÁNDEZ, MARÍA ANGÉLICA GUERRA LÓPEZ, ANDRÉS GUERRA HOYOS, MARÍA FERNANDA CABAL MOLINA, ENRIQUE CABRALES BAQUERO, CIRO RAMÍREZ CORTÉS, NICOLÁS </w:t>
            </w:r>
            <w:r w:rsidRPr="00D70457">
              <w:rPr>
                <w:rFonts w:ascii="Calibri" w:eastAsia="Times New Roman" w:hAnsi="Calibri" w:cs="Calibri"/>
                <w:sz w:val="20"/>
                <w:szCs w:val="20"/>
                <w:lang w:val="en-US" w:eastAsia="es-MX"/>
              </w:rPr>
              <w:lastRenderedPageBreak/>
              <w:t xml:space="preserve">ALBEIRO ECHEVERRY ALVARÁN, JOHN JAIRO ROLDÁN AVENDAÑO, JUAN FELIPE LEMOS URIBE, PAOLA HOLGUÍN, H.R. OSCAR DARÍO PÉREZ PINEDA, HERNÁN CADAVID MÁRQUEZ, YULIETH ANDREA SÁNCHEZ, JHON JAIRO </w:t>
            </w:r>
            <w:proofErr w:type="spellStart"/>
            <w:r w:rsidRPr="00D70457">
              <w:rPr>
                <w:rFonts w:ascii="Calibri" w:eastAsia="Times New Roman" w:hAnsi="Calibri" w:cs="Calibri"/>
                <w:sz w:val="20"/>
                <w:szCs w:val="20"/>
                <w:lang w:val="en-US" w:eastAsia="es-MX"/>
              </w:rPr>
              <w:t>BERRÍO</w:t>
            </w:r>
            <w:proofErr w:type="spellEnd"/>
            <w:r w:rsidRPr="00D70457">
              <w:rPr>
                <w:rFonts w:ascii="Calibri" w:eastAsia="Times New Roman" w:hAnsi="Calibri" w:cs="Calibri"/>
                <w:sz w:val="20"/>
                <w:szCs w:val="20"/>
                <w:lang w:val="en-US" w:eastAsia="es-MX"/>
              </w:rPr>
              <w:t xml:space="preserve"> LÓPEZ, JUAN ESPINAL. </w:t>
            </w:r>
          </w:p>
        </w:tc>
      </w:tr>
      <w:tr w:rsidR="00253485" w:rsidRPr="00B103DC" w14:paraId="5C9CDB9A"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1824250D"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DAE23B6" w14:textId="77777777" w:rsidR="00253485" w:rsidRPr="00B103DC" w:rsidRDefault="00253485" w:rsidP="008763C7">
            <w:pPr>
              <w:ind w:left="360"/>
              <w:jc w:val="center"/>
              <w:rPr>
                <w:rFonts w:ascii="Calibri" w:eastAsia="Times New Roman" w:hAnsi="Calibri" w:cs="Calibri"/>
                <w:sz w:val="24"/>
                <w:szCs w:val="24"/>
                <w:lang w:eastAsia="es-MX"/>
              </w:rPr>
            </w:pPr>
            <w:r w:rsidRPr="00D70457">
              <w:rPr>
                <w:rFonts w:ascii="Calibri" w:eastAsia="Times New Roman" w:hAnsi="Calibri" w:cs="Calibri"/>
                <w:sz w:val="24"/>
                <w:szCs w:val="24"/>
                <w:lang w:val="en-US" w:eastAsia="es-MX"/>
              </w:rPr>
              <w:t>H.S. JUAN FELIPE LEMOS URIBE</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CARLOS MEISEL VERGARA</w:t>
            </w:r>
            <w:r>
              <w:rPr>
                <w:rFonts w:ascii="Calibri" w:eastAsia="Times New Roman" w:hAnsi="Calibri" w:cs="Calibri"/>
                <w:sz w:val="24"/>
                <w:szCs w:val="24"/>
                <w:lang w:val="en-US" w:eastAsia="es-MX"/>
              </w:rPr>
              <w:t xml:space="preserve">, JOHN JAIRO ROLDÁN AVENDAÑO, </w:t>
            </w:r>
            <w:proofErr w:type="spellStart"/>
            <w:r w:rsidRPr="00D70457">
              <w:rPr>
                <w:rFonts w:ascii="Calibri" w:eastAsia="Times New Roman" w:hAnsi="Calibri" w:cs="Calibri"/>
                <w:sz w:val="24"/>
                <w:szCs w:val="24"/>
                <w:lang w:val="en-US" w:eastAsia="es-MX"/>
              </w:rPr>
              <w:t>DIELA</w:t>
            </w:r>
            <w:proofErr w:type="spellEnd"/>
            <w:r w:rsidRPr="00D70457">
              <w:rPr>
                <w:rFonts w:ascii="Calibri" w:eastAsia="Times New Roman" w:hAnsi="Calibri" w:cs="Calibri"/>
                <w:sz w:val="24"/>
                <w:szCs w:val="24"/>
                <w:lang w:val="en-US" w:eastAsia="es-MX"/>
              </w:rPr>
              <w:t xml:space="preserve"> LILIANA BENAVIDES</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 xml:space="preserve">PAULINO RIASCOS </w:t>
            </w:r>
            <w:proofErr w:type="spellStart"/>
            <w:r w:rsidRPr="00D70457">
              <w:rPr>
                <w:rFonts w:ascii="Calibri" w:eastAsia="Times New Roman" w:hAnsi="Calibri" w:cs="Calibri"/>
                <w:sz w:val="24"/>
                <w:szCs w:val="24"/>
                <w:lang w:val="en-US" w:eastAsia="es-MX"/>
              </w:rPr>
              <w:t>RIASCOS</w:t>
            </w:r>
            <w:proofErr w:type="spellEnd"/>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CARLOS MARIO FARELO DAZA</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RICHARD FUELANTALA</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ANGELICA LOZANO CORREA</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LAURA ESTER FORTICH</w:t>
            </w:r>
            <w:r>
              <w:rPr>
                <w:rFonts w:ascii="Calibri" w:eastAsia="Times New Roman" w:hAnsi="Calibri" w:cs="Calibri"/>
                <w:sz w:val="24"/>
                <w:szCs w:val="24"/>
                <w:lang w:val="en-US" w:eastAsia="es-MX"/>
              </w:rPr>
              <w:t xml:space="preserve">, </w:t>
            </w:r>
            <w:r w:rsidRPr="00D70457">
              <w:rPr>
                <w:rFonts w:ascii="Calibri" w:eastAsia="Times New Roman" w:hAnsi="Calibri" w:cs="Calibri"/>
                <w:sz w:val="24"/>
                <w:szCs w:val="24"/>
                <w:lang w:val="en-US" w:eastAsia="es-MX"/>
              </w:rPr>
              <w:t>AIDA YOLANDA AVELLA E</w:t>
            </w:r>
            <w:r>
              <w:rPr>
                <w:rFonts w:ascii="Calibri" w:eastAsia="Times New Roman" w:hAnsi="Calibri" w:cs="Calibri"/>
                <w:sz w:val="24"/>
                <w:szCs w:val="24"/>
                <w:lang w:val="en-US" w:eastAsia="es-MX"/>
              </w:rPr>
              <w:t>SQUIVEL</w:t>
            </w:r>
          </w:p>
        </w:tc>
      </w:tr>
    </w:tbl>
    <w:p w14:paraId="1D1C881A" w14:textId="77777777" w:rsidR="00253485" w:rsidRDefault="00253485" w:rsidP="00180975">
      <w:pPr>
        <w:spacing w:after="0" w:line="240" w:lineRule="auto"/>
        <w:jc w:val="center"/>
        <w:rPr>
          <w:rFonts w:ascii="Calibri" w:eastAsia="Calibri" w:hAnsi="Calibri" w:cs="Calibri"/>
          <w:b/>
          <w:bCs/>
        </w:rPr>
      </w:pPr>
    </w:p>
    <w:p w14:paraId="298CEE01" w14:textId="77777777" w:rsidR="00253485" w:rsidRDefault="00253485" w:rsidP="00180975">
      <w:pPr>
        <w:spacing w:after="0" w:line="240" w:lineRule="auto"/>
        <w:jc w:val="center"/>
        <w:rPr>
          <w:rFonts w:ascii="Calibri" w:eastAsia="Calibri" w:hAnsi="Calibri" w:cs="Calibri"/>
          <w:b/>
          <w:bCs/>
        </w:rPr>
      </w:pPr>
    </w:p>
    <w:tbl>
      <w:tblPr>
        <w:tblStyle w:val="Tablaconcuadrcula1"/>
        <w:tblW w:w="10207" w:type="dxa"/>
        <w:tblInd w:w="-440" w:type="dxa"/>
        <w:tblLook w:val="04A0" w:firstRow="1" w:lastRow="0" w:firstColumn="1" w:lastColumn="0" w:noHBand="0" w:noVBand="1"/>
      </w:tblPr>
      <w:tblGrid>
        <w:gridCol w:w="3002"/>
        <w:gridCol w:w="7205"/>
      </w:tblGrid>
      <w:tr w:rsidR="00253485" w:rsidRPr="00B103DC" w14:paraId="1E3BCB5C" w14:textId="77777777" w:rsidTr="008763C7">
        <w:tc>
          <w:tcPr>
            <w:tcW w:w="3002" w:type="dxa"/>
            <w:tcBorders>
              <w:top w:val="thinThickSmallGap" w:sz="24" w:space="0" w:color="auto"/>
              <w:bottom w:val="double" w:sz="4" w:space="0" w:color="auto"/>
            </w:tcBorders>
            <w:vAlign w:val="center"/>
          </w:tcPr>
          <w:p w14:paraId="3EC6F794" w14:textId="18D66B82" w:rsidR="00253485" w:rsidRPr="00253485" w:rsidRDefault="00253485" w:rsidP="00253485">
            <w:pPr>
              <w:pStyle w:val="Prrafodelista"/>
              <w:numPr>
                <w:ilvl w:val="0"/>
                <w:numId w:val="7"/>
              </w:numPr>
              <w:spacing w:after="160" w:line="252" w:lineRule="auto"/>
              <w:rPr>
                <w:rFonts w:ascii="Calibri" w:eastAsia="Times New Roman" w:hAnsi="Calibri" w:cs="Calibri"/>
                <w:b/>
              </w:rPr>
            </w:pPr>
            <w:r w:rsidRPr="00253485">
              <w:rPr>
                <w:rFonts w:ascii="Calibri" w:eastAsia="Times New Roman" w:hAnsi="Calibri" w:cs="Calibri"/>
                <w:b/>
              </w:rPr>
              <w:t>No. DE PROYECTO</w:t>
            </w:r>
          </w:p>
        </w:tc>
        <w:tc>
          <w:tcPr>
            <w:tcW w:w="7205" w:type="dxa"/>
            <w:tcBorders>
              <w:top w:val="thinThickSmallGap" w:sz="24" w:space="0" w:color="auto"/>
              <w:bottom w:val="double" w:sz="4" w:space="0" w:color="auto"/>
            </w:tcBorders>
            <w:vAlign w:val="center"/>
          </w:tcPr>
          <w:p w14:paraId="7214ACF3" w14:textId="77777777" w:rsidR="00253485" w:rsidRPr="00B103DC" w:rsidRDefault="00253485" w:rsidP="008763C7">
            <w:pPr>
              <w:ind w:left="360"/>
              <w:jc w:val="center"/>
              <w:rPr>
                <w:rFonts w:ascii="Calibri" w:eastAsia="Times New Roman" w:hAnsi="Calibri" w:cs="Calibri"/>
                <w:b/>
                <w:sz w:val="24"/>
                <w:szCs w:val="24"/>
                <w:lang w:eastAsia="es-MX"/>
              </w:rPr>
            </w:pPr>
            <w:r w:rsidRPr="00B103DC">
              <w:rPr>
                <w:rFonts w:ascii="Calibri" w:eastAsia="Times New Roman" w:hAnsi="Calibri" w:cs="Calibri"/>
                <w:b/>
                <w:sz w:val="24"/>
                <w:szCs w:val="24"/>
                <w:lang w:eastAsia="es-MX"/>
              </w:rPr>
              <w:t xml:space="preserve">PL.N. </w:t>
            </w:r>
            <w:r>
              <w:rPr>
                <w:rFonts w:ascii="Calibri" w:eastAsia="Times New Roman" w:hAnsi="Calibri" w:cs="Calibri"/>
                <w:b/>
                <w:sz w:val="24"/>
                <w:szCs w:val="24"/>
                <w:lang w:eastAsia="es-MX"/>
              </w:rPr>
              <w:t>340</w:t>
            </w:r>
            <w:r w:rsidRPr="00B103DC">
              <w:rPr>
                <w:rFonts w:ascii="Calibri" w:eastAsia="Times New Roman" w:hAnsi="Calibri" w:cs="Calibri"/>
                <w:b/>
                <w:sz w:val="24"/>
                <w:szCs w:val="24"/>
                <w:lang w:eastAsia="es-MX"/>
              </w:rPr>
              <w:t xml:space="preserve"> DE 202</w:t>
            </w:r>
            <w:r>
              <w:rPr>
                <w:rFonts w:ascii="Calibri" w:eastAsia="Times New Roman" w:hAnsi="Calibri" w:cs="Calibri"/>
                <w:b/>
                <w:sz w:val="24"/>
                <w:szCs w:val="24"/>
                <w:lang w:eastAsia="es-MX"/>
              </w:rPr>
              <w:t>5</w:t>
            </w:r>
            <w:r w:rsidRPr="00B103DC">
              <w:rPr>
                <w:rFonts w:ascii="Calibri" w:eastAsia="Times New Roman" w:hAnsi="Calibri" w:cs="Calibri"/>
                <w:b/>
                <w:sz w:val="24"/>
                <w:szCs w:val="24"/>
                <w:lang w:eastAsia="es-MX"/>
              </w:rPr>
              <w:t xml:space="preserve"> SENADO </w:t>
            </w:r>
            <w:r>
              <w:rPr>
                <w:rFonts w:ascii="Calibri" w:eastAsia="Times New Roman" w:hAnsi="Calibri" w:cs="Calibri"/>
                <w:b/>
                <w:sz w:val="24"/>
                <w:szCs w:val="24"/>
                <w:lang w:eastAsia="es-MX"/>
              </w:rPr>
              <w:t>-514 DE 2025 CÁMARA</w:t>
            </w:r>
          </w:p>
        </w:tc>
      </w:tr>
      <w:tr w:rsidR="00253485" w:rsidRPr="00B103DC" w14:paraId="3926D47E" w14:textId="77777777" w:rsidTr="008763C7">
        <w:tc>
          <w:tcPr>
            <w:tcW w:w="3002" w:type="dxa"/>
            <w:tcBorders>
              <w:top w:val="double" w:sz="4" w:space="0" w:color="auto"/>
              <w:left w:val="double" w:sz="4" w:space="0" w:color="auto"/>
              <w:bottom w:val="double" w:sz="4" w:space="0" w:color="auto"/>
              <w:right w:val="double" w:sz="4" w:space="0" w:color="auto"/>
            </w:tcBorders>
            <w:shd w:val="clear" w:color="auto" w:fill="E7E6E6"/>
            <w:vAlign w:val="center"/>
          </w:tcPr>
          <w:p w14:paraId="76F53D3E" w14:textId="77777777" w:rsidR="00253485" w:rsidRPr="00B103DC" w:rsidRDefault="00253485" w:rsidP="008763C7">
            <w:pPr>
              <w:ind w:left="360"/>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vAlign w:val="center"/>
          </w:tcPr>
          <w:p w14:paraId="393B75E6" w14:textId="77777777" w:rsidR="00253485" w:rsidRPr="00B103DC"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MEDIO DE LA CUAL SE CREA LA UNIVERSIDAD</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NACIONAL DEL CATATUMBO”</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GACETA: </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688</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/2</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6 </w:t>
            </w:r>
          </w:p>
        </w:tc>
      </w:tr>
      <w:tr w:rsidR="00253485" w:rsidRPr="00B103DC" w14:paraId="49E60540"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21B2BABF"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0B2E41D" w14:textId="77777777" w:rsidR="00253485" w:rsidRPr="00B103DC" w:rsidRDefault="00253485" w:rsidP="008763C7">
            <w:pPr>
              <w:jc w:val="center"/>
              <w:rPr>
                <w:rFonts w:ascii="Calibri" w:eastAsia="Times New Roman" w:hAnsi="Calibri" w:cs="Calibri"/>
                <w:sz w:val="24"/>
                <w:szCs w:val="24"/>
                <w:lang w:eastAsia="es-MX"/>
              </w:rPr>
            </w:pPr>
            <w:r w:rsidRPr="00B103DC">
              <w:rPr>
                <w:rFonts w:ascii="Calibri" w:eastAsia="Times New Roman" w:hAnsi="Calibri" w:cs="Calibri"/>
                <w:sz w:val="18"/>
                <w:szCs w:val="18"/>
                <w:lang w:eastAsia="es-MX"/>
              </w:rPr>
              <w:t xml:space="preserve">H.S. </w:t>
            </w:r>
            <w:r w:rsidRPr="008E2388">
              <w:rPr>
                <w:rFonts w:ascii="Calibri" w:eastAsia="Times New Roman" w:hAnsi="Calibri" w:cs="Calibri"/>
                <w:sz w:val="18"/>
                <w:szCs w:val="18"/>
                <w:lang w:val="en-US" w:eastAsia="es-MX"/>
              </w:rPr>
              <w:t xml:space="preserve">CARLOS ALBERTO BENAVIDES MORA, EDWING FABIÁN DÍAZ PLATA, FERNEY SIVA IDROBO, GLORIA INÉS </w:t>
            </w:r>
            <w:proofErr w:type="spellStart"/>
            <w:r w:rsidRPr="008E2388">
              <w:rPr>
                <w:rFonts w:ascii="Calibri" w:eastAsia="Times New Roman" w:hAnsi="Calibri" w:cs="Calibri"/>
                <w:sz w:val="18"/>
                <w:szCs w:val="18"/>
                <w:lang w:val="en-US" w:eastAsia="es-MX"/>
              </w:rPr>
              <w:t>FLÓREZ</w:t>
            </w:r>
            <w:proofErr w:type="spellEnd"/>
            <w:r w:rsidRPr="008E2388">
              <w:rPr>
                <w:rFonts w:ascii="Calibri" w:eastAsia="Times New Roman" w:hAnsi="Calibri" w:cs="Calibri"/>
                <w:sz w:val="18"/>
                <w:szCs w:val="18"/>
                <w:lang w:val="en-US" w:eastAsia="es-MX"/>
              </w:rPr>
              <w:t xml:space="preserve"> SCHNEIDER, ISABEL CRISTINA ZULETA LÓPEZ, MARTHA ISABEL PERALTA EPIEYU, ROBERT DAZA GUEVARA, SANDRA RAMÍREZ LOBO SILVA, SANDRA YANETH JAIMES CRUZ, SONIA SHIRLEY BERNAL SÁNCHEZ, WILSON ARIAS CASTILLO, YULY ESMERALDA HERNÁNDEZ SILVA, H.R. </w:t>
            </w:r>
            <w:proofErr w:type="spellStart"/>
            <w:r w:rsidRPr="008E2388">
              <w:rPr>
                <w:rFonts w:ascii="Calibri" w:eastAsia="Times New Roman" w:hAnsi="Calibri" w:cs="Calibri"/>
                <w:sz w:val="18"/>
                <w:szCs w:val="18"/>
                <w:lang w:val="en-US" w:eastAsia="es-MX"/>
              </w:rPr>
              <w:t>AGMETH</w:t>
            </w:r>
            <w:proofErr w:type="spellEnd"/>
            <w:r w:rsidRPr="008E2388">
              <w:rPr>
                <w:rFonts w:ascii="Calibri" w:eastAsia="Times New Roman" w:hAnsi="Calibri" w:cs="Calibri"/>
                <w:sz w:val="18"/>
                <w:szCs w:val="18"/>
                <w:lang w:val="en-US" w:eastAsia="es-MX"/>
              </w:rPr>
              <w:t xml:space="preserve"> JOSÉ </w:t>
            </w:r>
            <w:proofErr w:type="spellStart"/>
            <w:r w:rsidRPr="008E2388">
              <w:rPr>
                <w:rFonts w:ascii="Calibri" w:eastAsia="Times New Roman" w:hAnsi="Calibri" w:cs="Calibri"/>
                <w:sz w:val="18"/>
                <w:szCs w:val="18"/>
                <w:lang w:val="en-US" w:eastAsia="es-MX"/>
              </w:rPr>
              <w:t>ESCAF</w:t>
            </w:r>
            <w:proofErr w:type="spellEnd"/>
            <w:r w:rsidRPr="008E2388">
              <w:rPr>
                <w:rFonts w:ascii="Calibri" w:eastAsia="Times New Roman" w:hAnsi="Calibri" w:cs="Calibri"/>
                <w:sz w:val="18"/>
                <w:szCs w:val="18"/>
                <w:lang w:val="en-US" w:eastAsia="es-MX"/>
              </w:rPr>
              <w:t xml:space="preserve"> TIJERINO, ALFREDO MONDRAGÓN GARZÓN, ALIRIO URIBE MUÑOZ, ÁLVARO LEONEL RUEDA CABALLERO, CARLOS ALBERTO CARREÑO MARÍN, CATHERINE JUVINAO CLAVIJO, CIRO ANTONIO RODRÍGUEZ PINZÓN, CRISTIAN DANILO AVENDAÑO FINO, DAVID ALEJANDRO TORO RAMÍREZ, DAVID RICARDO </w:t>
            </w:r>
            <w:proofErr w:type="spellStart"/>
            <w:r w:rsidRPr="008E2388">
              <w:rPr>
                <w:rFonts w:ascii="Calibri" w:eastAsia="Times New Roman" w:hAnsi="Calibri" w:cs="Calibri"/>
                <w:sz w:val="18"/>
                <w:szCs w:val="18"/>
                <w:lang w:val="en-US" w:eastAsia="es-MX"/>
              </w:rPr>
              <w:t>RACERO</w:t>
            </w:r>
            <w:proofErr w:type="spellEnd"/>
            <w:r w:rsidRPr="008E2388">
              <w:rPr>
                <w:rFonts w:ascii="Calibri" w:eastAsia="Times New Roman" w:hAnsi="Calibri" w:cs="Calibri"/>
                <w:sz w:val="18"/>
                <w:szCs w:val="18"/>
                <w:lang w:val="en-US" w:eastAsia="es-MX"/>
              </w:rPr>
              <w:t xml:space="preserve"> MAYORCA, DELCY ESPERANZA ISAZA BUENAVENTURA, </w:t>
            </w:r>
            <w:proofErr w:type="spellStart"/>
            <w:r w:rsidRPr="008E2388">
              <w:rPr>
                <w:rFonts w:ascii="Calibri" w:eastAsia="Times New Roman" w:hAnsi="Calibri" w:cs="Calibri"/>
                <w:sz w:val="18"/>
                <w:szCs w:val="18"/>
                <w:lang w:val="en-US" w:eastAsia="es-MX"/>
              </w:rPr>
              <w:t>DIÓGENES</w:t>
            </w:r>
            <w:proofErr w:type="spellEnd"/>
            <w:r w:rsidRPr="008E2388">
              <w:rPr>
                <w:rFonts w:ascii="Calibri" w:eastAsia="Times New Roman" w:hAnsi="Calibri" w:cs="Calibri"/>
                <w:sz w:val="18"/>
                <w:szCs w:val="18"/>
                <w:lang w:val="en-US" w:eastAsia="es-MX"/>
              </w:rPr>
              <w:t xml:space="preserve"> QUINTERO AMAYA, DORINA HERNÁNDEZ PALOMINO, DUVALIER SÁNCHEZ ARANGO, EDUARD GIOVANNY SARMIENTO HIDALGO, ERICK ADRIÁN VELASCO BURBANO</w:t>
            </w:r>
            <w:r>
              <w:rPr>
                <w:rFonts w:ascii="Calibri" w:eastAsia="Times New Roman" w:hAnsi="Calibri" w:cs="Calibri"/>
                <w:sz w:val="18"/>
                <w:szCs w:val="18"/>
                <w:lang w:val="en-US" w:eastAsia="es-MX"/>
              </w:rPr>
              <w:t xml:space="preserve"> Y </w:t>
            </w:r>
            <w:proofErr w:type="spellStart"/>
            <w:r>
              <w:rPr>
                <w:rFonts w:ascii="Calibri" w:eastAsia="Times New Roman" w:hAnsi="Calibri" w:cs="Calibri"/>
                <w:sz w:val="18"/>
                <w:szCs w:val="18"/>
                <w:lang w:val="en-US" w:eastAsia="es-MX"/>
              </w:rPr>
              <w:t>OTRAS</w:t>
            </w:r>
            <w:proofErr w:type="spellEnd"/>
            <w:r>
              <w:rPr>
                <w:rFonts w:ascii="Calibri" w:eastAsia="Times New Roman" w:hAnsi="Calibri" w:cs="Calibri"/>
                <w:sz w:val="18"/>
                <w:szCs w:val="18"/>
                <w:lang w:val="en-US" w:eastAsia="es-MX"/>
              </w:rPr>
              <w:t xml:space="preserve"> </w:t>
            </w:r>
            <w:proofErr w:type="spellStart"/>
            <w:r>
              <w:rPr>
                <w:rFonts w:ascii="Calibri" w:eastAsia="Times New Roman" w:hAnsi="Calibri" w:cs="Calibri"/>
                <w:sz w:val="18"/>
                <w:szCs w:val="18"/>
                <w:lang w:val="en-US" w:eastAsia="es-MX"/>
              </w:rPr>
              <w:t>FIRMAS</w:t>
            </w:r>
            <w:proofErr w:type="spellEnd"/>
            <w:r>
              <w:rPr>
                <w:rFonts w:ascii="Calibri" w:eastAsia="Times New Roman" w:hAnsi="Calibri" w:cs="Calibri"/>
                <w:sz w:val="18"/>
                <w:szCs w:val="18"/>
                <w:lang w:val="en-US" w:eastAsia="es-MX"/>
              </w:rPr>
              <w:t xml:space="preserve"> </w:t>
            </w:r>
            <w:proofErr w:type="spellStart"/>
            <w:r>
              <w:rPr>
                <w:rFonts w:ascii="Calibri" w:eastAsia="Times New Roman" w:hAnsi="Calibri" w:cs="Calibri"/>
                <w:sz w:val="18"/>
                <w:szCs w:val="18"/>
                <w:lang w:val="en-US" w:eastAsia="es-MX"/>
              </w:rPr>
              <w:t>ILEGIBLES</w:t>
            </w:r>
            <w:proofErr w:type="spellEnd"/>
          </w:p>
        </w:tc>
      </w:tr>
      <w:tr w:rsidR="00253485" w:rsidRPr="00B103DC" w14:paraId="0C4DA870"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1864447D"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9A439E3" w14:textId="77777777" w:rsidR="00253485" w:rsidRPr="00B103DC" w:rsidRDefault="00253485" w:rsidP="008763C7">
            <w:pPr>
              <w:ind w:left="360"/>
              <w:jc w:val="center"/>
              <w:rPr>
                <w:rFonts w:ascii="Calibri" w:eastAsia="Times New Roman" w:hAnsi="Calibri" w:cs="Calibri"/>
                <w:sz w:val="24"/>
                <w:szCs w:val="24"/>
                <w:lang w:eastAsia="es-MX"/>
              </w:rPr>
            </w:pPr>
            <w:r w:rsidRPr="00D70457">
              <w:rPr>
                <w:rFonts w:ascii="Calibri" w:eastAsia="Times New Roman" w:hAnsi="Calibri" w:cs="Calibri"/>
                <w:sz w:val="24"/>
                <w:szCs w:val="24"/>
                <w:lang w:val="en-US" w:eastAsia="es-MX"/>
              </w:rPr>
              <w:t xml:space="preserve">H.S. </w:t>
            </w:r>
            <w:r w:rsidRPr="008E2388">
              <w:rPr>
                <w:rFonts w:ascii="Calibri" w:eastAsia="Times New Roman" w:hAnsi="Calibri" w:cs="Calibri"/>
                <w:sz w:val="24"/>
                <w:szCs w:val="24"/>
                <w:lang w:val="en-US" w:eastAsia="es-MX"/>
              </w:rPr>
              <w:t> AIDA AVELLA</w:t>
            </w:r>
            <w:r>
              <w:rPr>
                <w:rFonts w:ascii="Calibri" w:eastAsia="Times New Roman" w:hAnsi="Calibri" w:cs="Calibri"/>
                <w:sz w:val="24"/>
                <w:szCs w:val="24"/>
                <w:lang w:val="en-US" w:eastAsia="es-MX"/>
              </w:rPr>
              <w:t xml:space="preserve"> ESQUIVEL</w:t>
            </w:r>
          </w:p>
        </w:tc>
      </w:tr>
    </w:tbl>
    <w:p w14:paraId="1DB314FE" w14:textId="77777777" w:rsidR="00253485" w:rsidRDefault="00253485" w:rsidP="00180975">
      <w:pPr>
        <w:spacing w:after="0" w:line="240" w:lineRule="auto"/>
        <w:jc w:val="center"/>
        <w:rPr>
          <w:rFonts w:ascii="Calibri" w:eastAsia="Calibri" w:hAnsi="Calibri" w:cs="Calibri"/>
          <w:b/>
          <w:bCs/>
        </w:rPr>
      </w:pPr>
    </w:p>
    <w:p w14:paraId="39B3778A" w14:textId="77777777" w:rsidR="00253485" w:rsidRDefault="00253485" w:rsidP="00180975">
      <w:pPr>
        <w:spacing w:after="0" w:line="240" w:lineRule="auto"/>
        <w:jc w:val="center"/>
        <w:rPr>
          <w:rFonts w:ascii="Calibri" w:eastAsia="Calibri" w:hAnsi="Calibri" w:cs="Calibri"/>
          <w:b/>
          <w:bCs/>
        </w:rPr>
      </w:pPr>
    </w:p>
    <w:tbl>
      <w:tblPr>
        <w:tblStyle w:val="Tablaconcuadrcula1"/>
        <w:tblW w:w="10207" w:type="dxa"/>
        <w:tblInd w:w="-440" w:type="dxa"/>
        <w:tblLook w:val="04A0" w:firstRow="1" w:lastRow="0" w:firstColumn="1" w:lastColumn="0" w:noHBand="0" w:noVBand="1"/>
      </w:tblPr>
      <w:tblGrid>
        <w:gridCol w:w="3002"/>
        <w:gridCol w:w="7205"/>
      </w:tblGrid>
      <w:tr w:rsidR="00253485" w:rsidRPr="00B103DC" w14:paraId="7D781600" w14:textId="77777777" w:rsidTr="008763C7">
        <w:tc>
          <w:tcPr>
            <w:tcW w:w="3002" w:type="dxa"/>
            <w:tcBorders>
              <w:top w:val="thinThickSmallGap" w:sz="24" w:space="0" w:color="auto"/>
              <w:bottom w:val="double" w:sz="4" w:space="0" w:color="auto"/>
            </w:tcBorders>
            <w:vAlign w:val="center"/>
          </w:tcPr>
          <w:p w14:paraId="62607C1D" w14:textId="1D9D6425" w:rsidR="00253485" w:rsidRPr="00253485" w:rsidRDefault="00253485" w:rsidP="00253485">
            <w:pPr>
              <w:pStyle w:val="Prrafodelista"/>
              <w:numPr>
                <w:ilvl w:val="0"/>
                <w:numId w:val="7"/>
              </w:numPr>
              <w:spacing w:after="160" w:line="252" w:lineRule="auto"/>
              <w:rPr>
                <w:rFonts w:ascii="Calibri" w:eastAsia="Times New Roman" w:hAnsi="Calibri" w:cs="Calibri"/>
                <w:b/>
              </w:rPr>
            </w:pPr>
            <w:bookmarkStart w:id="72" w:name="_Hlk232501868"/>
            <w:r w:rsidRPr="00253485">
              <w:rPr>
                <w:rFonts w:ascii="Calibri" w:eastAsia="Times New Roman" w:hAnsi="Calibri" w:cs="Calibri"/>
                <w:b/>
              </w:rPr>
              <w:t>No. DE PROYECTO</w:t>
            </w:r>
          </w:p>
        </w:tc>
        <w:tc>
          <w:tcPr>
            <w:tcW w:w="7205" w:type="dxa"/>
            <w:tcBorders>
              <w:top w:val="thinThickSmallGap" w:sz="24" w:space="0" w:color="auto"/>
              <w:bottom w:val="double" w:sz="4" w:space="0" w:color="auto"/>
            </w:tcBorders>
            <w:vAlign w:val="center"/>
          </w:tcPr>
          <w:p w14:paraId="2A864E56" w14:textId="77777777" w:rsidR="00253485" w:rsidRPr="00B103DC" w:rsidRDefault="00253485" w:rsidP="008763C7">
            <w:pPr>
              <w:ind w:left="360"/>
              <w:jc w:val="center"/>
              <w:rPr>
                <w:rFonts w:ascii="Calibri" w:eastAsia="Times New Roman" w:hAnsi="Calibri" w:cs="Calibri"/>
                <w:b/>
                <w:sz w:val="24"/>
                <w:szCs w:val="24"/>
                <w:lang w:eastAsia="es-MX"/>
              </w:rPr>
            </w:pPr>
            <w:r w:rsidRPr="00B103DC">
              <w:rPr>
                <w:rFonts w:ascii="Calibri" w:eastAsia="Times New Roman" w:hAnsi="Calibri" w:cs="Calibri"/>
                <w:b/>
                <w:sz w:val="24"/>
                <w:szCs w:val="24"/>
                <w:lang w:eastAsia="es-MX"/>
              </w:rPr>
              <w:t xml:space="preserve">PL.N. </w:t>
            </w:r>
            <w:r>
              <w:rPr>
                <w:rFonts w:ascii="Calibri" w:eastAsia="Times New Roman" w:hAnsi="Calibri" w:cs="Calibri"/>
                <w:b/>
                <w:sz w:val="24"/>
                <w:szCs w:val="24"/>
                <w:lang w:eastAsia="es-MX"/>
              </w:rPr>
              <w:t>354</w:t>
            </w:r>
            <w:r w:rsidRPr="00B103DC">
              <w:rPr>
                <w:rFonts w:ascii="Calibri" w:eastAsia="Times New Roman" w:hAnsi="Calibri" w:cs="Calibri"/>
                <w:b/>
                <w:sz w:val="24"/>
                <w:szCs w:val="24"/>
                <w:lang w:eastAsia="es-MX"/>
              </w:rPr>
              <w:t xml:space="preserve"> DE 202</w:t>
            </w:r>
            <w:r>
              <w:rPr>
                <w:rFonts w:ascii="Calibri" w:eastAsia="Times New Roman" w:hAnsi="Calibri" w:cs="Calibri"/>
                <w:b/>
                <w:sz w:val="24"/>
                <w:szCs w:val="24"/>
                <w:lang w:eastAsia="es-MX"/>
              </w:rPr>
              <w:t>6</w:t>
            </w:r>
            <w:r w:rsidRPr="00B103DC">
              <w:rPr>
                <w:rFonts w:ascii="Calibri" w:eastAsia="Times New Roman" w:hAnsi="Calibri" w:cs="Calibri"/>
                <w:b/>
                <w:sz w:val="24"/>
                <w:szCs w:val="24"/>
                <w:lang w:eastAsia="es-MX"/>
              </w:rPr>
              <w:t xml:space="preserve"> SENADO </w:t>
            </w:r>
            <w:r>
              <w:rPr>
                <w:rFonts w:ascii="Calibri" w:eastAsia="Times New Roman" w:hAnsi="Calibri" w:cs="Calibri"/>
                <w:b/>
                <w:sz w:val="24"/>
                <w:szCs w:val="24"/>
                <w:lang w:eastAsia="es-MX"/>
              </w:rPr>
              <w:t xml:space="preserve">-133 DE 2024 CÁMARA </w:t>
            </w: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ACUMULADO CON EL PROYECTO DE LEY 142 DE 2024 CÁMARA</w:t>
            </w:r>
          </w:p>
        </w:tc>
      </w:tr>
      <w:tr w:rsidR="00253485" w:rsidRPr="00B103DC" w14:paraId="34F0A634" w14:textId="77777777" w:rsidTr="008763C7">
        <w:tc>
          <w:tcPr>
            <w:tcW w:w="3002" w:type="dxa"/>
            <w:tcBorders>
              <w:top w:val="double" w:sz="4" w:space="0" w:color="auto"/>
              <w:left w:val="double" w:sz="4" w:space="0" w:color="auto"/>
              <w:bottom w:val="double" w:sz="4" w:space="0" w:color="auto"/>
              <w:right w:val="double" w:sz="4" w:space="0" w:color="auto"/>
            </w:tcBorders>
            <w:shd w:val="clear" w:color="auto" w:fill="E7E6E6"/>
            <w:vAlign w:val="center"/>
          </w:tcPr>
          <w:p w14:paraId="02F0F943" w14:textId="77777777" w:rsidR="00253485" w:rsidRPr="00B103DC" w:rsidRDefault="00253485" w:rsidP="008763C7">
            <w:pPr>
              <w:ind w:left="360"/>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vAlign w:val="center"/>
          </w:tcPr>
          <w:p w14:paraId="71972B2C" w14:textId="77777777" w:rsidR="00253485" w:rsidRPr="00A506AE" w:rsidRDefault="00253485" w:rsidP="008763C7">
            <w:pPr>
              <w:jc w:val="cente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pP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 LA CUAL SE DICTAN DISPOSICIONES ORGÁNICAS EN MATERIA DE PRESUPUESTO Y</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SOSTENIBILIDAD FISCAL PARA LAS ENTIDADES TERRITORIALES Y SUS DESCENTRALIZADAS”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ACUMULADO CON EL PROYECTO DE LEY 142 DE 2024 CÁMARA “POR LA CUAL SE DICTAN</w:t>
            </w:r>
          </w:p>
          <w:p w14:paraId="4F601ACA" w14:textId="77777777" w:rsidR="00253485" w:rsidRPr="00B103DC"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DISPOSICIONES ORGÁNICAS EN MATERIA DE SOSTENIBILIDAD FISCAL PARA LAS ENTIDADES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A506AE">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TERRITORIALES”.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GACETA: </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685</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/2</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6 </w:t>
            </w:r>
          </w:p>
        </w:tc>
      </w:tr>
      <w:tr w:rsidR="00253485" w:rsidRPr="00B103DC" w14:paraId="49C7527D"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0F24E52C"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5787904" w14:textId="77777777" w:rsidR="00253485" w:rsidRPr="00B103DC" w:rsidRDefault="00253485" w:rsidP="008763C7">
            <w:pPr>
              <w:jc w:val="center"/>
              <w:rPr>
                <w:rFonts w:ascii="Calibri" w:eastAsia="Times New Roman" w:hAnsi="Calibri" w:cs="Calibri"/>
                <w:sz w:val="24"/>
                <w:szCs w:val="24"/>
                <w:lang w:eastAsia="es-MX"/>
              </w:rPr>
            </w:pPr>
            <w:r w:rsidRPr="00B103DC">
              <w:rPr>
                <w:rFonts w:ascii="Calibri" w:eastAsia="Times New Roman" w:hAnsi="Calibri" w:cs="Calibri"/>
                <w:sz w:val="18"/>
                <w:szCs w:val="18"/>
                <w:lang w:eastAsia="es-MX"/>
              </w:rPr>
              <w:t xml:space="preserve">H.S. </w:t>
            </w:r>
            <w:r w:rsidRPr="00A506AE">
              <w:rPr>
                <w:rFonts w:ascii="Calibri" w:eastAsia="Times New Roman" w:hAnsi="Calibri" w:cs="Calibri"/>
                <w:sz w:val="18"/>
                <w:szCs w:val="18"/>
                <w:lang w:val="en-US" w:eastAsia="es-MX"/>
              </w:rPr>
              <w:t xml:space="preserve">H.S. CARLOS JULIO GONZÁLEZ VILLA, DAVID ANDRÉS LUNA SÁNCHEZ, DIDIER LOBO CHINCHILLA, EFRAÍN JOSÉ CEPEDA SARABIA, GUIDO ECHEVERRI PIEDRAHITA, JULIO ELIAS VIDAL, KARINA ESPINOSA OLIVER, NADIA GEORGETTE BLEL SCAFF, NICOLÁS ALBEIRO ECHEVERRI ALVARÁN, PEDRO HERNANDO </w:t>
            </w:r>
            <w:proofErr w:type="spellStart"/>
            <w:r w:rsidRPr="00A506AE">
              <w:rPr>
                <w:rFonts w:ascii="Calibri" w:eastAsia="Times New Roman" w:hAnsi="Calibri" w:cs="Calibri"/>
                <w:sz w:val="18"/>
                <w:szCs w:val="18"/>
                <w:lang w:val="en-US" w:eastAsia="es-MX"/>
              </w:rPr>
              <w:t>FLÓREZ</w:t>
            </w:r>
            <w:proofErr w:type="spellEnd"/>
            <w:r w:rsidRPr="00A506AE">
              <w:rPr>
                <w:rFonts w:ascii="Calibri" w:eastAsia="Times New Roman" w:hAnsi="Calibri" w:cs="Calibri"/>
                <w:sz w:val="18"/>
                <w:szCs w:val="18"/>
                <w:lang w:val="en-US" w:eastAsia="es-MX"/>
              </w:rPr>
              <w:t xml:space="preserve"> PORRAS, H.R. ALEXANDER HARLEY BERMÚDEZ LASSO, ANA ROGELIA MONSALVE ÁLVAREZ, ANDRÉS GUILLERMO MONTES CELEDÓN, ÁNGELA MARÍA VERGARA GONZÁLEZ, ARMANDO ANTONIO </w:t>
            </w:r>
            <w:proofErr w:type="spellStart"/>
            <w:r w:rsidRPr="00A506AE">
              <w:rPr>
                <w:rFonts w:ascii="Calibri" w:eastAsia="Times New Roman" w:hAnsi="Calibri" w:cs="Calibri"/>
                <w:sz w:val="18"/>
                <w:szCs w:val="18"/>
                <w:lang w:val="en-US" w:eastAsia="es-MX"/>
              </w:rPr>
              <w:t>ZABARAÍN</w:t>
            </w:r>
            <w:proofErr w:type="spellEnd"/>
            <w:r w:rsidRPr="00A506AE">
              <w:rPr>
                <w:rFonts w:ascii="Calibri" w:eastAsia="Times New Roman" w:hAnsi="Calibri" w:cs="Calibri"/>
                <w:sz w:val="18"/>
                <w:szCs w:val="18"/>
                <w:lang w:val="en-US" w:eastAsia="es-MX"/>
              </w:rPr>
              <w:t xml:space="preserve"> DE ARCE, ASTRID SÁNCHEZ MONTES DE OCA, CARLOS ALBERTO CUENCA CHAUX, CARLOS FELIPE QUINTERO OVALLE, CIRO ANTONIO RODRÍGUEZ PINZÓN, CRISTÓBAL CAICEDO ANGULO, DELCY ESPERANZA ISAZA BUENAVENTURA, DIEGO FERNANDO CAICEDO NAVAS, DIEGO PATIÑO </w:t>
            </w:r>
            <w:proofErr w:type="spellStart"/>
            <w:r w:rsidRPr="00A506AE">
              <w:rPr>
                <w:rFonts w:ascii="Calibri" w:eastAsia="Times New Roman" w:hAnsi="Calibri" w:cs="Calibri"/>
                <w:sz w:val="18"/>
                <w:szCs w:val="18"/>
                <w:lang w:val="en-US" w:eastAsia="es-MX"/>
              </w:rPr>
              <w:lastRenderedPageBreak/>
              <w:t>AMARILES</w:t>
            </w:r>
            <w:proofErr w:type="spellEnd"/>
            <w:r w:rsidRPr="00A506AE">
              <w:rPr>
                <w:rFonts w:ascii="Calibri" w:eastAsia="Times New Roman" w:hAnsi="Calibri" w:cs="Calibri"/>
                <w:sz w:val="18"/>
                <w:szCs w:val="18"/>
                <w:lang w:val="en-US" w:eastAsia="es-MX"/>
              </w:rPr>
              <w:t xml:space="preserve">, </w:t>
            </w:r>
            <w:proofErr w:type="spellStart"/>
            <w:r w:rsidRPr="00A506AE">
              <w:rPr>
                <w:rFonts w:ascii="Calibri" w:eastAsia="Times New Roman" w:hAnsi="Calibri" w:cs="Calibri"/>
                <w:sz w:val="18"/>
                <w:szCs w:val="18"/>
                <w:lang w:val="en-US" w:eastAsia="es-MX"/>
              </w:rPr>
              <w:t>DIÓGENES</w:t>
            </w:r>
            <w:proofErr w:type="spellEnd"/>
            <w:r w:rsidRPr="00A506AE">
              <w:rPr>
                <w:rFonts w:ascii="Calibri" w:eastAsia="Times New Roman" w:hAnsi="Calibri" w:cs="Calibri"/>
                <w:sz w:val="18"/>
                <w:szCs w:val="18"/>
                <w:lang w:val="en-US" w:eastAsia="es-MX"/>
              </w:rPr>
              <w:t xml:space="preserve"> QUINTERO AMAYA, FLORA PERDOMO ANDRADE, GERSEL LUIS PÉREZ ALTAMIRANDA, HERNÁN DARÍO CADAVID MÁRQUEZ, HERNANDO GUIDA</w:t>
            </w:r>
          </w:p>
        </w:tc>
      </w:tr>
      <w:tr w:rsidR="00253485" w:rsidRPr="00B103DC" w14:paraId="4A9EB236"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7EB45C8C"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84F7093" w14:textId="77777777" w:rsidR="00253485" w:rsidRPr="00B103DC" w:rsidRDefault="00253485" w:rsidP="008763C7">
            <w:pPr>
              <w:ind w:left="360"/>
              <w:jc w:val="center"/>
              <w:rPr>
                <w:rFonts w:ascii="Calibri" w:eastAsia="Times New Roman" w:hAnsi="Calibri" w:cs="Calibri"/>
                <w:sz w:val="24"/>
                <w:szCs w:val="24"/>
                <w:lang w:eastAsia="es-MX"/>
              </w:rPr>
            </w:pPr>
            <w:r w:rsidRPr="00D70457">
              <w:rPr>
                <w:rFonts w:ascii="Calibri" w:eastAsia="Times New Roman" w:hAnsi="Calibri" w:cs="Calibri"/>
                <w:sz w:val="24"/>
                <w:szCs w:val="24"/>
                <w:lang w:val="en-US" w:eastAsia="es-MX"/>
              </w:rPr>
              <w:t xml:space="preserve">H.S. </w:t>
            </w:r>
            <w:r w:rsidRPr="00A506AE">
              <w:rPr>
                <w:rFonts w:ascii="Calibri" w:eastAsia="Times New Roman" w:hAnsi="Calibri" w:cs="Calibri"/>
                <w:sz w:val="24"/>
                <w:szCs w:val="24"/>
                <w:lang w:val="en-US" w:eastAsia="es-MX"/>
              </w:rPr>
              <w:t>JHON JAIRO ROLDAN</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CARLOS MANUEL MEISEL VERGARA</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AIDA YOLANDA AVELLA ESQUIVEL</w:t>
            </w:r>
            <w:r>
              <w:rPr>
                <w:rFonts w:ascii="Calibri" w:eastAsia="Times New Roman" w:hAnsi="Calibri" w:cs="Calibri"/>
                <w:sz w:val="24"/>
                <w:szCs w:val="24"/>
                <w:lang w:val="en-US" w:eastAsia="es-MX"/>
              </w:rPr>
              <w:t xml:space="preserve">, </w:t>
            </w:r>
            <w:proofErr w:type="spellStart"/>
            <w:r w:rsidRPr="00A506AE">
              <w:rPr>
                <w:rFonts w:ascii="Calibri" w:eastAsia="Times New Roman" w:hAnsi="Calibri" w:cs="Calibri"/>
                <w:sz w:val="24"/>
                <w:szCs w:val="24"/>
                <w:lang w:val="en-US" w:eastAsia="es-MX"/>
              </w:rPr>
              <w:t>DIELA</w:t>
            </w:r>
            <w:proofErr w:type="spellEnd"/>
            <w:r w:rsidRPr="00A506AE">
              <w:rPr>
                <w:rFonts w:ascii="Calibri" w:eastAsia="Times New Roman" w:hAnsi="Calibri" w:cs="Calibri"/>
                <w:sz w:val="24"/>
                <w:szCs w:val="24"/>
                <w:lang w:val="en-US" w:eastAsia="es-MX"/>
              </w:rPr>
              <w:t xml:space="preserve"> LILIANA BENAVIDES SOLARTE</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RICHARD FUELANTALA DELGADO</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CARLOS ABRAHAM JIMÉNEZ LÓPEZ</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JUAN FELIPE LEMOS URIBE</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ANGÉLICA LISBETH LOZANO CORREA</w:t>
            </w:r>
            <w:r>
              <w:rPr>
                <w:rFonts w:ascii="Calibri" w:eastAsia="Times New Roman" w:hAnsi="Calibri" w:cs="Calibri"/>
                <w:sz w:val="24"/>
                <w:szCs w:val="24"/>
                <w:lang w:val="en-US" w:eastAsia="es-MX"/>
              </w:rPr>
              <w:t xml:space="preserve">, </w:t>
            </w:r>
            <w:r w:rsidRPr="00A506AE">
              <w:rPr>
                <w:rFonts w:ascii="Calibri" w:eastAsia="Times New Roman" w:hAnsi="Calibri" w:cs="Calibri"/>
                <w:sz w:val="24"/>
                <w:szCs w:val="24"/>
                <w:lang w:val="en-US" w:eastAsia="es-MX"/>
              </w:rPr>
              <w:t xml:space="preserve">PAULINO RIASCOS </w:t>
            </w:r>
            <w:proofErr w:type="spellStart"/>
            <w:r w:rsidRPr="00A506AE">
              <w:rPr>
                <w:rFonts w:ascii="Calibri" w:eastAsia="Times New Roman" w:hAnsi="Calibri" w:cs="Calibri"/>
                <w:sz w:val="24"/>
                <w:szCs w:val="24"/>
                <w:lang w:val="en-US" w:eastAsia="es-MX"/>
              </w:rPr>
              <w:t>RIASOS</w:t>
            </w:r>
            <w:proofErr w:type="spellEnd"/>
          </w:p>
        </w:tc>
      </w:tr>
      <w:bookmarkEnd w:id="72"/>
    </w:tbl>
    <w:p w14:paraId="4B2EC4E4" w14:textId="77777777" w:rsidR="00253485" w:rsidRDefault="00253485" w:rsidP="00180975">
      <w:pPr>
        <w:spacing w:after="0" w:line="240" w:lineRule="auto"/>
        <w:jc w:val="center"/>
        <w:rPr>
          <w:rFonts w:ascii="Calibri" w:eastAsia="Calibri" w:hAnsi="Calibri" w:cs="Calibri"/>
          <w:b/>
          <w:bCs/>
        </w:rPr>
      </w:pPr>
    </w:p>
    <w:p w14:paraId="414FDD82" w14:textId="77777777" w:rsidR="00253485" w:rsidRDefault="00253485" w:rsidP="00180975">
      <w:pPr>
        <w:spacing w:after="0" w:line="240" w:lineRule="auto"/>
        <w:jc w:val="center"/>
        <w:rPr>
          <w:rFonts w:ascii="Calibri" w:eastAsia="Calibri" w:hAnsi="Calibri" w:cs="Calibri"/>
          <w:b/>
          <w:bCs/>
        </w:rPr>
      </w:pPr>
    </w:p>
    <w:tbl>
      <w:tblPr>
        <w:tblStyle w:val="Tablaconcuadrcula1"/>
        <w:tblW w:w="10207" w:type="dxa"/>
        <w:tblInd w:w="-440" w:type="dxa"/>
        <w:tblLook w:val="04A0" w:firstRow="1" w:lastRow="0" w:firstColumn="1" w:lastColumn="0" w:noHBand="0" w:noVBand="1"/>
      </w:tblPr>
      <w:tblGrid>
        <w:gridCol w:w="3002"/>
        <w:gridCol w:w="7205"/>
      </w:tblGrid>
      <w:tr w:rsidR="00253485" w:rsidRPr="00B103DC" w14:paraId="7B905468" w14:textId="77777777" w:rsidTr="008763C7">
        <w:tc>
          <w:tcPr>
            <w:tcW w:w="3002" w:type="dxa"/>
            <w:tcBorders>
              <w:top w:val="thinThickSmallGap" w:sz="24" w:space="0" w:color="auto"/>
              <w:bottom w:val="double" w:sz="4" w:space="0" w:color="auto"/>
            </w:tcBorders>
            <w:vAlign w:val="center"/>
          </w:tcPr>
          <w:p w14:paraId="648FB12E" w14:textId="77777777" w:rsidR="00253485" w:rsidRPr="00861EB5" w:rsidRDefault="00253485" w:rsidP="00253485">
            <w:pPr>
              <w:pStyle w:val="Prrafodelista"/>
              <w:numPr>
                <w:ilvl w:val="0"/>
                <w:numId w:val="7"/>
              </w:numPr>
              <w:spacing w:after="160" w:line="252" w:lineRule="auto"/>
              <w:rPr>
                <w:rFonts w:ascii="Calibri" w:eastAsia="Times New Roman" w:hAnsi="Calibri" w:cs="Calibri"/>
                <w:b/>
              </w:rPr>
            </w:pPr>
            <w:bookmarkStart w:id="73" w:name="_Hlk232582510"/>
            <w:r w:rsidRPr="00861EB5">
              <w:rPr>
                <w:rFonts w:ascii="Calibri" w:eastAsia="Times New Roman" w:hAnsi="Calibri" w:cs="Calibri"/>
                <w:b/>
              </w:rPr>
              <w:t>No. DE PROYECTO</w:t>
            </w:r>
          </w:p>
        </w:tc>
        <w:tc>
          <w:tcPr>
            <w:tcW w:w="7205" w:type="dxa"/>
            <w:tcBorders>
              <w:top w:val="thinThickSmallGap" w:sz="24" w:space="0" w:color="auto"/>
              <w:bottom w:val="double" w:sz="4" w:space="0" w:color="auto"/>
            </w:tcBorders>
            <w:vAlign w:val="center"/>
          </w:tcPr>
          <w:p w14:paraId="778D1CA1" w14:textId="77777777" w:rsidR="00253485" w:rsidRPr="00B103DC" w:rsidRDefault="00253485" w:rsidP="008763C7">
            <w:pPr>
              <w:ind w:left="360"/>
              <w:jc w:val="center"/>
              <w:rPr>
                <w:rFonts w:ascii="Calibri" w:eastAsia="Times New Roman" w:hAnsi="Calibri" w:cs="Calibri"/>
                <w:b/>
                <w:sz w:val="24"/>
                <w:szCs w:val="24"/>
                <w:lang w:eastAsia="es-MX"/>
              </w:rPr>
            </w:pPr>
            <w:r w:rsidRPr="00B103DC">
              <w:rPr>
                <w:rFonts w:ascii="Calibri" w:eastAsia="Times New Roman" w:hAnsi="Calibri" w:cs="Calibri"/>
                <w:b/>
                <w:sz w:val="24"/>
                <w:szCs w:val="24"/>
                <w:lang w:eastAsia="es-MX"/>
              </w:rPr>
              <w:t xml:space="preserve">PL.N. </w:t>
            </w:r>
            <w:r>
              <w:rPr>
                <w:rFonts w:ascii="Calibri" w:eastAsia="Times New Roman" w:hAnsi="Calibri" w:cs="Calibri"/>
                <w:b/>
                <w:sz w:val="24"/>
                <w:szCs w:val="24"/>
                <w:lang w:eastAsia="es-MX"/>
              </w:rPr>
              <w:t>367</w:t>
            </w:r>
            <w:r w:rsidRPr="00B103DC">
              <w:rPr>
                <w:rFonts w:ascii="Calibri" w:eastAsia="Times New Roman" w:hAnsi="Calibri" w:cs="Calibri"/>
                <w:b/>
                <w:sz w:val="24"/>
                <w:szCs w:val="24"/>
                <w:lang w:eastAsia="es-MX"/>
              </w:rPr>
              <w:t xml:space="preserve"> DE 202</w:t>
            </w:r>
            <w:r>
              <w:rPr>
                <w:rFonts w:ascii="Calibri" w:eastAsia="Times New Roman" w:hAnsi="Calibri" w:cs="Calibri"/>
                <w:b/>
                <w:sz w:val="24"/>
                <w:szCs w:val="24"/>
                <w:lang w:eastAsia="es-MX"/>
              </w:rPr>
              <w:t>6</w:t>
            </w:r>
            <w:r w:rsidRPr="00B103DC">
              <w:rPr>
                <w:rFonts w:ascii="Calibri" w:eastAsia="Times New Roman" w:hAnsi="Calibri" w:cs="Calibri"/>
                <w:b/>
                <w:sz w:val="24"/>
                <w:szCs w:val="24"/>
                <w:lang w:eastAsia="es-MX"/>
              </w:rPr>
              <w:t xml:space="preserve"> SENADO </w:t>
            </w:r>
            <w:r>
              <w:rPr>
                <w:rFonts w:ascii="Calibri" w:eastAsia="Times New Roman" w:hAnsi="Calibri" w:cs="Calibri"/>
                <w:b/>
                <w:sz w:val="24"/>
                <w:szCs w:val="24"/>
                <w:lang w:eastAsia="es-MX"/>
              </w:rPr>
              <w:t>– 014 DE 2025 CÁMARA</w:t>
            </w:r>
          </w:p>
        </w:tc>
      </w:tr>
      <w:tr w:rsidR="00253485" w:rsidRPr="00B103DC" w14:paraId="3636B373" w14:textId="77777777" w:rsidTr="008763C7">
        <w:tc>
          <w:tcPr>
            <w:tcW w:w="3002" w:type="dxa"/>
            <w:tcBorders>
              <w:top w:val="double" w:sz="4" w:space="0" w:color="auto"/>
              <w:left w:val="double" w:sz="4" w:space="0" w:color="auto"/>
              <w:bottom w:val="double" w:sz="4" w:space="0" w:color="auto"/>
              <w:right w:val="double" w:sz="4" w:space="0" w:color="auto"/>
            </w:tcBorders>
            <w:shd w:val="clear" w:color="auto" w:fill="E7E6E6"/>
            <w:vAlign w:val="center"/>
          </w:tcPr>
          <w:p w14:paraId="6B0306CD" w14:textId="77777777" w:rsidR="00253485" w:rsidRPr="00B103DC" w:rsidRDefault="00253485" w:rsidP="008763C7">
            <w:pPr>
              <w:ind w:left="360"/>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vAlign w:val="center"/>
          </w:tcPr>
          <w:p w14:paraId="6E28CB66" w14:textId="77777777" w:rsidR="00253485" w:rsidRDefault="00253485" w:rsidP="008763C7">
            <w:pPr>
              <w:jc w:val="cente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pPr>
            <w:r w:rsidRPr="00861EB5">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“POR</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861EB5">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MEDIO DE LA CUAL SE DECLARA PATRIMONIO CULTURAL DE LA NACIÓN EL FESTIVAL DEL ARROZ</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r w:rsidRPr="00861EB5">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DE LA CIUDAD DE AGUAZUL Y SE AUTORIZAN APROPIACIONES PRESUPUESTALES”.</w:t>
            </w:r>
            <w:r>
              <w:rPr>
                <w:rFonts w:ascii="Calibri" w:eastAsia="Times New Roman" w:hAnsi="Calibri" w:cs="Calibri"/>
                <w:b/>
                <w:iCs/>
                <w:sz w:val="24"/>
                <w:szCs w:val="24"/>
                <w:lang w:val="es-ES" w:eastAsia="es-MX"/>
                <w14:shadow w14:blurRad="50800" w14:dist="38100" w14:dir="5400000" w14:sx="100000" w14:sy="100000" w14:kx="0" w14:ky="0" w14:algn="t">
                  <w14:srgbClr w14:val="000000">
                    <w14:alpha w14:val="60000"/>
                  </w14:srgbClr>
                </w14:shadow>
              </w:rPr>
              <w:t xml:space="preserve"> </w:t>
            </w:r>
          </w:p>
          <w:p w14:paraId="2E0FFBAC" w14:textId="7CCF7AEE" w:rsidR="00253485" w:rsidRPr="00B103DC" w:rsidRDefault="00253485" w:rsidP="008763C7">
            <w:pPr>
              <w:jc w:val="cente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pP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GACETA</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 </w:t>
            </w:r>
            <w:r w:rsidRPr="00253485">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729</w:t>
            </w:r>
            <w:r w:rsidRPr="00B103DC">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/2</w:t>
            </w:r>
            <w:r>
              <w:rPr>
                <w:rFonts w:ascii="Calibri" w:eastAsia="Times New Roman" w:hAnsi="Calibri" w:cs="Calibri"/>
                <w:sz w:val="24"/>
                <w:szCs w:val="24"/>
                <w:lang w:eastAsia="es-MX"/>
                <w14:shadow w14:blurRad="50800" w14:dist="38100" w14:dir="5400000" w14:sx="100000" w14:sy="100000" w14:kx="0" w14:ky="0" w14:algn="t">
                  <w14:srgbClr w14:val="000000">
                    <w14:alpha w14:val="60000"/>
                  </w14:srgbClr>
                </w14:shadow>
              </w:rPr>
              <w:t xml:space="preserve">6 </w:t>
            </w:r>
          </w:p>
        </w:tc>
      </w:tr>
      <w:tr w:rsidR="00253485" w:rsidRPr="00B103DC" w14:paraId="31BC94DE"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6B8F24EE"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D88BCB6" w14:textId="77777777" w:rsidR="00253485" w:rsidRPr="00B103DC" w:rsidRDefault="00253485" w:rsidP="008763C7">
            <w:pPr>
              <w:jc w:val="center"/>
              <w:rPr>
                <w:rFonts w:ascii="Calibri" w:eastAsia="Times New Roman" w:hAnsi="Calibri" w:cs="Calibri"/>
                <w:sz w:val="24"/>
                <w:szCs w:val="24"/>
                <w:lang w:eastAsia="es-MX"/>
              </w:rPr>
            </w:pPr>
            <w:r w:rsidRPr="00B103DC">
              <w:rPr>
                <w:rFonts w:ascii="Calibri" w:eastAsia="Times New Roman" w:hAnsi="Calibri" w:cs="Calibri"/>
                <w:sz w:val="24"/>
                <w:szCs w:val="24"/>
                <w:lang w:eastAsia="es-MX"/>
              </w:rPr>
              <w:t>H.S</w:t>
            </w:r>
            <w:r w:rsidRPr="008E2388">
              <w:rPr>
                <w:rFonts w:ascii="Calibri" w:eastAsia="Times New Roman" w:hAnsi="Calibri" w:cs="Calibri"/>
                <w:sz w:val="24"/>
                <w:szCs w:val="24"/>
                <w:lang w:eastAsia="es-MX"/>
              </w:rPr>
              <w:t xml:space="preserve">. </w:t>
            </w:r>
            <w:r w:rsidRPr="00861EB5">
              <w:rPr>
                <w:rFonts w:ascii="Calibri" w:eastAsia="Times New Roman" w:hAnsi="Calibri" w:cs="Calibri"/>
                <w:sz w:val="24"/>
                <w:szCs w:val="24"/>
                <w:lang w:val="en-US" w:eastAsia="es-MX"/>
              </w:rPr>
              <w:t>JOSUÉ ALIRIO BARRERA RODRÍGUEZ, H.R. EDINSON VLADIMIR OLAYA MANCIPE</w:t>
            </w:r>
          </w:p>
        </w:tc>
      </w:tr>
      <w:tr w:rsidR="00253485" w:rsidRPr="00B103DC" w14:paraId="712B37FC" w14:textId="77777777" w:rsidTr="008763C7">
        <w:tc>
          <w:tcPr>
            <w:tcW w:w="3002" w:type="dxa"/>
            <w:tcBorders>
              <w:top w:val="double" w:sz="4" w:space="0" w:color="auto"/>
              <w:left w:val="double" w:sz="4" w:space="0" w:color="auto"/>
              <w:bottom w:val="double" w:sz="4" w:space="0" w:color="auto"/>
              <w:right w:val="double" w:sz="4" w:space="0" w:color="auto"/>
            </w:tcBorders>
            <w:vAlign w:val="center"/>
          </w:tcPr>
          <w:p w14:paraId="2AA7E124" w14:textId="77777777" w:rsidR="00253485" w:rsidRPr="00B103DC" w:rsidRDefault="00253485" w:rsidP="008763C7">
            <w:pPr>
              <w:ind w:left="360"/>
              <w:jc w:val="center"/>
              <w:rPr>
                <w:rFonts w:ascii="Calibri" w:eastAsia="Times New Roman" w:hAnsi="Calibri" w:cs="Calibri"/>
                <w:sz w:val="24"/>
                <w:szCs w:val="24"/>
                <w:lang w:eastAsia="es-MX"/>
              </w:rPr>
            </w:pPr>
            <w:r>
              <w:rPr>
                <w:rFonts w:ascii="Calibri" w:eastAsia="Times New Roman" w:hAnsi="Calibri" w:cs="Calibri"/>
                <w:sz w:val="24"/>
                <w:szCs w:val="24"/>
                <w:lang w:eastAsia="es-MX"/>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74E96A" w14:textId="77777777" w:rsidR="00253485" w:rsidRPr="00B103DC" w:rsidRDefault="00253485" w:rsidP="008763C7">
            <w:pPr>
              <w:ind w:left="360"/>
              <w:jc w:val="center"/>
              <w:rPr>
                <w:rFonts w:ascii="Calibri" w:eastAsia="Times New Roman" w:hAnsi="Calibri" w:cs="Calibri"/>
                <w:sz w:val="24"/>
                <w:szCs w:val="24"/>
                <w:lang w:eastAsia="es-MX"/>
              </w:rPr>
            </w:pPr>
            <w:r w:rsidRPr="00D70457">
              <w:rPr>
                <w:rFonts w:ascii="Calibri" w:eastAsia="Times New Roman" w:hAnsi="Calibri" w:cs="Calibri"/>
                <w:sz w:val="24"/>
                <w:szCs w:val="24"/>
                <w:lang w:val="en-US" w:eastAsia="es-MX"/>
              </w:rPr>
              <w:t xml:space="preserve">H.S. </w:t>
            </w:r>
            <w:r w:rsidRPr="008E2388">
              <w:rPr>
                <w:rFonts w:ascii="Calibri" w:eastAsia="Times New Roman" w:hAnsi="Calibri" w:cs="Calibri"/>
                <w:sz w:val="24"/>
                <w:szCs w:val="24"/>
                <w:lang w:val="en-US" w:eastAsia="es-MX"/>
              </w:rPr>
              <w:t> </w:t>
            </w:r>
            <w:r w:rsidRPr="00861EB5">
              <w:rPr>
                <w:rFonts w:ascii="Calibri" w:eastAsia="Times New Roman" w:hAnsi="Calibri" w:cs="Calibri"/>
                <w:sz w:val="24"/>
                <w:szCs w:val="24"/>
                <w:lang w:val="en-US" w:eastAsia="es-MX"/>
              </w:rPr>
              <w:t>ESTEBAN QUINTERO CARDONA</w:t>
            </w:r>
          </w:p>
        </w:tc>
      </w:tr>
      <w:bookmarkEnd w:id="73"/>
    </w:tbl>
    <w:p w14:paraId="0E404936" w14:textId="77777777" w:rsidR="00253485" w:rsidRDefault="00253485" w:rsidP="00180975">
      <w:pPr>
        <w:spacing w:after="0" w:line="240" w:lineRule="auto"/>
        <w:jc w:val="center"/>
        <w:rPr>
          <w:rFonts w:ascii="Calibri" w:eastAsia="Calibri" w:hAnsi="Calibri" w:cs="Calibri"/>
          <w:b/>
          <w:bCs/>
        </w:rPr>
      </w:pPr>
    </w:p>
    <w:p w14:paraId="4734DC7B" w14:textId="77777777" w:rsidR="00253485" w:rsidRDefault="00253485" w:rsidP="00180975">
      <w:pPr>
        <w:spacing w:after="0" w:line="240" w:lineRule="auto"/>
        <w:jc w:val="center"/>
        <w:rPr>
          <w:rFonts w:ascii="Calibri" w:eastAsia="Calibri" w:hAnsi="Calibri" w:cs="Calibri"/>
          <w:b/>
          <w:bCs/>
        </w:rPr>
      </w:pPr>
    </w:p>
    <w:tbl>
      <w:tblPr>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80975" w14:paraId="3DD5ED8C" w14:textId="77777777" w:rsidTr="00FA62D3">
        <w:tc>
          <w:tcPr>
            <w:tcW w:w="3002" w:type="dxa"/>
            <w:tcBorders>
              <w:top w:val="single" w:sz="24" w:space="0" w:color="000000"/>
              <w:bottom w:val="single" w:sz="4" w:space="0" w:color="000000"/>
            </w:tcBorders>
            <w:vAlign w:val="center"/>
          </w:tcPr>
          <w:p w14:paraId="75BD9219" w14:textId="77777777" w:rsidR="00180975" w:rsidRPr="00A20C9B" w:rsidRDefault="00180975" w:rsidP="0044491F">
            <w:pPr>
              <w:pStyle w:val="Prrafodelista"/>
              <w:numPr>
                <w:ilvl w:val="0"/>
                <w:numId w:val="7"/>
              </w:numPr>
              <w:pBdr>
                <w:top w:val="nil"/>
                <w:left w:val="nil"/>
                <w:bottom w:val="nil"/>
                <w:right w:val="nil"/>
                <w:between w:val="nil"/>
              </w:pBdr>
              <w:rPr>
                <w:rFonts w:ascii="Calibri" w:eastAsia="Calibri" w:hAnsi="Calibri" w:cs="Calibri"/>
                <w:b/>
                <w:bCs/>
                <w:color w:val="000000"/>
              </w:rPr>
            </w:pPr>
            <w:bookmarkStart w:id="74" w:name="_Hlk232501749"/>
            <w:r w:rsidRPr="00A20C9B">
              <w:rPr>
                <w:rFonts w:ascii="Calibri" w:eastAsia="Calibri" w:hAnsi="Calibri" w:cs="Calibri"/>
                <w:b/>
                <w:bCs/>
                <w:color w:val="000000"/>
              </w:rPr>
              <w:t xml:space="preserve">No. DE PROYECTO </w:t>
            </w:r>
          </w:p>
        </w:tc>
        <w:tc>
          <w:tcPr>
            <w:tcW w:w="7205" w:type="dxa"/>
            <w:tcBorders>
              <w:top w:val="single" w:sz="24" w:space="0" w:color="000000"/>
              <w:bottom w:val="single" w:sz="4" w:space="0" w:color="000000"/>
            </w:tcBorders>
            <w:vAlign w:val="center"/>
          </w:tcPr>
          <w:p w14:paraId="049AB31C" w14:textId="1E446D36" w:rsidR="00180975" w:rsidRDefault="00180975" w:rsidP="00FA62D3">
            <w:pPr>
              <w:ind w:left="360"/>
              <w:jc w:val="center"/>
              <w:rPr>
                <w:rFonts w:ascii="Calibri" w:eastAsia="Calibri" w:hAnsi="Calibri" w:cs="Calibri"/>
                <w:b/>
                <w:bCs/>
                <w:sz w:val="24"/>
                <w:szCs w:val="24"/>
              </w:rPr>
            </w:pPr>
            <w:r>
              <w:rPr>
                <w:rFonts w:ascii="Calibri" w:eastAsia="Calibri" w:hAnsi="Calibri" w:cs="Calibri"/>
                <w:b/>
                <w:bCs/>
                <w:sz w:val="24"/>
                <w:szCs w:val="24"/>
              </w:rPr>
              <w:t>PL.N. 370 DE 2026 SENADO – 574 DE 2025 CAMARA</w:t>
            </w:r>
          </w:p>
        </w:tc>
      </w:tr>
      <w:tr w:rsidR="00180975" w:rsidRPr="000716A3" w14:paraId="28A24D47" w14:textId="77777777" w:rsidTr="00FA62D3">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06EC6C"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A8DFE6" w14:textId="2FEE8274" w:rsidR="00180975" w:rsidRPr="000716A3" w:rsidRDefault="00C76F74" w:rsidP="00FA62D3">
            <w:pPr>
              <w:spacing w:after="0" w:line="240" w:lineRule="auto"/>
              <w:jc w:val="center"/>
              <w:rPr>
                <w:rFonts w:ascii="Calibri" w:eastAsia="Calibri" w:hAnsi="Calibri" w:cs="Calibri"/>
                <w:lang w:val="es-CO" w:eastAsia="es-CO"/>
              </w:rPr>
            </w:pPr>
            <w:r w:rsidRPr="009A2CD7">
              <w:rPr>
                <w:rFonts w:ascii="Calibri" w:hAnsi="Calibri" w:cs="Calibri"/>
                <w:b/>
                <w:bCs/>
                <w14:shadow w14:blurRad="50800" w14:dist="38100" w14:dir="5400000" w14:sx="100000" w14:sy="100000" w14:kx="0" w14:ky="0" w14:algn="t">
                  <w14:srgbClr w14:val="000000">
                    <w14:alpha w14:val="60000"/>
                  </w14:srgbClr>
                </w14:shadow>
              </w:rPr>
              <w:t>“POR MEDIO DE LA CUAL SE</w:t>
            </w:r>
            <w:r>
              <w:rPr>
                <w:rFonts w:ascii="Calibri" w:hAnsi="Calibri" w:cs="Calibri"/>
                <w:b/>
                <w:bCs/>
                <w14:shadow w14:blurRad="50800" w14:dist="38100" w14:dir="5400000" w14:sx="100000" w14:sy="100000" w14:kx="0" w14:ky="0" w14:algn="t">
                  <w14:srgbClr w14:val="000000">
                    <w14:alpha w14:val="60000"/>
                  </w14:srgbClr>
                </w14:shadow>
              </w:rPr>
              <w:t xml:space="preserve"> </w:t>
            </w:r>
            <w:r w:rsidRPr="009A2CD7">
              <w:rPr>
                <w:rFonts w:ascii="Calibri" w:hAnsi="Calibri" w:cs="Calibri"/>
                <w:b/>
                <w:bCs/>
                <w14:shadow w14:blurRad="50800" w14:dist="38100" w14:dir="5400000" w14:sx="100000" w14:sy="100000" w14:kx="0" w14:ky="0" w14:algn="t">
                  <w14:srgbClr w14:val="000000">
                    <w14:alpha w14:val="60000"/>
                  </w14:srgbClr>
                </w14:shadow>
              </w:rPr>
              <w:t>CREA EL PROGRAMA DE ALIMENTACIÓN UNIVERSITARIA - PAU- PARA</w:t>
            </w:r>
            <w:r>
              <w:rPr>
                <w:rFonts w:ascii="Calibri" w:hAnsi="Calibri" w:cs="Calibri"/>
                <w:b/>
                <w:bCs/>
                <w14:shadow w14:blurRad="50800" w14:dist="38100" w14:dir="5400000" w14:sx="100000" w14:sy="100000" w14:kx="0" w14:ky="0" w14:algn="t">
                  <w14:srgbClr w14:val="000000">
                    <w14:alpha w14:val="60000"/>
                  </w14:srgbClr>
                </w14:shadow>
              </w:rPr>
              <w:t xml:space="preserve"> </w:t>
            </w:r>
            <w:r w:rsidRPr="009A2CD7">
              <w:rPr>
                <w:rFonts w:ascii="Calibri" w:hAnsi="Calibri" w:cs="Calibri"/>
                <w:b/>
                <w:bCs/>
                <w14:shadow w14:blurRad="50800" w14:dist="38100" w14:dir="5400000" w14:sx="100000" w14:sy="100000" w14:kx="0" w14:ky="0" w14:algn="t">
                  <w14:srgbClr w14:val="000000">
                    <w14:alpha w14:val="60000"/>
                  </w14:srgbClr>
                </w14:shadow>
              </w:rPr>
              <w:t>LAS UNIVERSIDADES PÚBLICAS DE COLOMBIA”</w:t>
            </w:r>
            <w:r>
              <w:rPr>
                <w:rFonts w:ascii="Calibri" w:hAnsi="Calibri" w:cs="Calibri"/>
                <w:b/>
                <w:bCs/>
                <w14:shadow w14:blurRad="50800" w14:dist="38100" w14:dir="5400000" w14:sx="100000" w14:sy="100000" w14:kx="0" w14:ky="0" w14:algn="t">
                  <w14:srgbClr w14:val="000000">
                    <w14:alpha w14:val="60000"/>
                  </w14:srgbClr>
                </w14:shadow>
              </w:rPr>
              <w:t xml:space="preserve">.  </w:t>
            </w:r>
            <w:r w:rsidR="00180975" w:rsidRPr="000716A3">
              <w:rPr>
                <w:rFonts w:ascii="Calibri" w:eastAsia="Calibri" w:hAnsi="Calibri" w:cs="Calibri"/>
                <w:lang w:val="es-CO" w:eastAsia="es-CO"/>
              </w:rPr>
              <w:t xml:space="preserve">GACETA: </w:t>
            </w:r>
            <w:r w:rsidR="00180975" w:rsidRPr="00180975">
              <w:rPr>
                <w:rFonts w:ascii="Calibri" w:eastAsia="Calibri" w:hAnsi="Calibri" w:cs="Calibri"/>
                <w:lang w:val="es-CO" w:eastAsia="es-CO"/>
              </w:rPr>
              <w:t>675</w:t>
            </w:r>
            <w:r w:rsidR="00180975" w:rsidRPr="000716A3">
              <w:rPr>
                <w:rFonts w:ascii="Calibri" w:eastAsia="Calibri" w:hAnsi="Calibri" w:cs="Calibri"/>
                <w:lang w:val="es-CO" w:eastAsia="es-CO"/>
              </w:rPr>
              <w:t>/26</w:t>
            </w:r>
          </w:p>
        </w:tc>
      </w:tr>
      <w:tr w:rsidR="00180975" w:rsidRPr="000716A3" w14:paraId="05350677"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757B64A5" w14:textId="77777777" w:rsidR="00180975" w:rsidRPr="000716A3" w:rsidRDefault="00180975" w:rsidP="00FA62D3">
            <w:pPr>
              <w:spacing w:after="0" w:line="240" w:lineRule="auto"/>
              <w:jc w:val="center"/>
              <w:rPr>
                <w:rFonts w:ascii="Calibri" w:eastAsia="Calibri" w:hAnsi="Calibri" w:cs="Calibri"/>
                <w:lang w:val="es-CO" w:eastAsia="es-CO"/>
              </w:rPr>
            </w:pPr>
            <w:r w:rsidRPr="000716A3">
              <w:rPr>
                <w:rFonts w:ascii="Calibri" w:eastAsia="Calibri" w:hAnsi="Calibri" w:cs="Calibri"/>
                <w:lang w:val="es-CO" w:eastAsia="es-CO"/>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D11590" w14:textId="77777777" w:rsidR="00180975" w:rsidRPr="000716A3" w:rsidRDefault="00180975" w:rsidP="00FA62D3">
            <w:pPr>
              <w:spacing w:after="0" w:line="240" w:lineRule="auto"/>
              <w:jc w:val="center"/>
              <w:rPr>
                <w:rFonts w:ascii="Calibri" w:eastAsia="Calibri" w:hAnsi="Calibri" w:cs="Calibri"/>
                <w:lang w:val="es-CO" w:eastAsia="es-CO"/>
              </w:rPr>
            </w:pPr>
            <w:r w:rsidRPr="00961EC0">
              <w:rPr>
                <w:rFonts w:ascii="Calibri" w:eastAsia="Calibri" w:hAnsi="Calibri" w:cs="Calibri"/>
                <w:sz w:val="24"/>
                <w:szCs w:val="24"/>
                <w:lang w:eastAsia="es-CO"/>
              </w:rPr>
              <w:tab/>
            </w:r>
            <w:r w:rsidRPr="0063152C">
              <w:rPr>
                <w:rFonts w:ascii="Calibri" w:eastAsia="Calibri" w:hAnsi="Calibri" w:cs="Calibri"/>
                <w:lang w:eastAsia="es-CO"/>
              </w:rPr>
              <w:t>H.S.</w:t>
            </w:r>
            <w:r>
              <w:rPr>
                <w:rFonts w:ascii="Calibri" w:eastAsia="Calibri" w:hAnsi="Calibri" w:cs="Calibri"/>
                <w:lang w:eastAsia="es-CO"/>
              </w:rPr>
              <w:t xml:space="preserve"> </w:t>
            </w:r>
            <w:r w:rsidRPr="0063152C">
              <w:rPr>
                <w:rFonts w:ascii="Calibri" w:eastAsia="Calibri" w:hAnsi="Calibri" w:cs="Calibri"/>
                <w:lang w:eastAsia="es-CO"/>
              </w:rPr>
              <w:t>JULIO ALBERTO ELIAS VIDAL, H.R. ALEXANDER GUARÍN SILVA, ANÍBAL GUSTAVO HOYOS FRANCO, CAMILO ESTEBAN ÁVILA MORALES, HUGO ALFONSO ARCHILA SUÁREZ, JAIME RAÚL SALAMANCA TORRES, JOSÉ ELIÉCER SALAZAR LÓPEZ, JULIÁN DAVID LÓPEZ TENORIO, MARÍA FERNANDA CARRASCAL ROJAS, MAURICIO PARODI DÍAZ, MILENE JARAVA DÍAZ, TERESA DE JESÚS ENRÍQUEZ ROSERO</w:t>
            </w:r>
          </w:p>
        </w:tc>
      </w:tr>
      <w:tr w:rsidR="00180975" w:rsidRPr="000716A3" w14:paraId="369DA7D8" w14:textId="77777777" w:rsidTr="00FA62D3">
        <w:tc>
          <w:tcPr>
            <w:tcW w:w="3002" w:type="dxa"/>
            <w:tcBorders>
              <w:top w:val="single" w:sz="4" w:space="0" w:color="000000"/>
              <w:left w:val="single" w:sz="4" w:space="0" w:color="000000"/>
              <w:bottom w:val="single" w:sz="4" w:space="0" w:color="000000"/>
              <w:right w:val="single" w:sz="4" w:space="0" w:color="000000"/>
            </w:tcBorders>
            <w:vAlign w:val="center"/>
          </w:tcPr>
          <w:p w14:paraId="5E45ABD7" w14:textId="77777777" w:rsidR="00180975" w:rsidRPr="000716A3" w:rsidRDefault="00180975" w:rsidP="00FA62D3">
            <w:pPr>
              <w:spacing w:after="0" w:line="240" w:lineRule="auto"/>
              <w:jc w:val="center"/>
              <w:rPr>
                <w:rFonts w:ascii="Calibri" w:eastAsia="Calibri" w:hAnsi="Calibri" w:cs="Calibri"/>
                <w:lang w:val="es-CO" w:eastAsia="es-CO"/>
              </w:rPr>
            </w:pPr>
            <w:r>
              <w:rPr>
                <w:rFonts w:ascii="Calibri" w:eastAsia="Calibri" w:hAnsi="Calibri" w:cs="Calibri"/>
                <w:lang w:val="es-CO" w:eastAsia="es-CO"/>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1DE422E" w14:textId="77777777" w:rsidR="00180975" w:rsidRPr="000716A3" w:rsidRDefault="00180975" w:rsidP="00FA62D3">
            <w:pPr>
              <w:jc w:val="center"/>
              <w:rPr>
                <w:rFonts w:ascii="Calibri" w:eastAsia="Calibri" w:hAnsi="Calibri" w:cs="Calibri"/>
                <w:lang w:val="es-CO" w:eastAsia="es-CO"/>
              </w:rPr>
            </w:pPr>
            <w:r w:rsidRPr="0063152C">
              <w:rPr>
                <w:rFonts w:ascii="Arial" w:hAnsi="Arial" w:cs="Arial"/>
                <w:color w:val="212529"/>
                <w:sz w:val="21"/>
                <w:szCs w:val="21"/>
              </w:rPr>
              <w:t>H.S. ANA MARIA CASTAÑEDA GOMEZ</w:t>
            </w:r>
          </w:p>
        </w:tc>
      </w:tr>
      <w:bookmarkEnd w:id="74"/>
    </w:tbl>
    <w:p w14:paraId="0B404D9E" w14:textId="77777777" w:rsidR="00180975" w:rsidRDefault="00180975" w:rsidP="006F73C8">
      <w:pPr>
        <w:spacing w:after="0" w:line="240" w:lineRule="auto"/>
        <w:jc w:val="center"/>
        <w:rPr>
          <w:rFonts w:ascii="Calibri" w:eastAsia="Calibri" w:hAnsi="Calibri" w:cs="Calibri"/>
          <w:b/>
          <w:bCs/>
          <w:sz w:val="28"/>
          <w:szCs w:val="28"/>
        </w:rPr>
      </w:pPr>
    </w:p>
    <w:sectPr w:rsidR="00180975">
      <w:pgSz w:w="12240" w:h="15840"/>
      <w:pgMar w:top="1304"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16434F2C"/>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2B53DC"/>
    <w:multiLevelType w:val="hybridMultilevel"/>
    <w:tmpl w:val="23AC0936"/>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A841A4"/>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622736"/>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F7751E2"/>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29773F"/>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436D1"/>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3C33CB"/>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B71531"/>
    <w:multiLevelType w:val="hybridMultilevel"/>
    <w:tmpl w:val="7826D8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78C53A6"/>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2D05DF"/>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524102"/>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0B3B40"/>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356D595F"/>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4775CC"/>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9C461C"/>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E3F471D"/>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6C6A98"/>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662E70"/>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44D67EFD"/>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056C1A"/>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CC3F9E"/>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659D71D7"/>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3C0D95"/>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71C56B63"/>
    <w:multiLevelType w:val="hybridMultilevel"/>
    <w:tmpl w:val="7826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D257AC"/>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691954659">
    <w:abstractNumId w:val="5"/>
  </w:num>
  <w:num w:numId="2" w16cid:durableId="1080374880">
    <w:abstractNumId w:val="3"/>
  </w:num>
  <w:num w:numId="3" w16cid:durableId="157963486">
    <w:abstractNumId w:val="2"/>
  </w:num>
  <w:num w:numId="4" w16cid:durableId="891116181">
    <w:abstractNumId w:val="4"/>
  </w:num>
  <w:num w:numId="5" w16cid:durableId="1592811785">
    <w:abstractNumId w:val="1"/>
  </w:num>
  <w:num w:numId="6" w16cid:durableId="429085438">
    <w:abstractNumId w:val="0"/>
  </w:num>
  <w:num w:numId="7" w16cid:durableId="1147895717">
    <w:abstractNumId w:val="14"/>
  </w:num>
  <w:num w:numId="8" w16cid:durableId="341978804">
    <w:abstractNumId w:val="10"/>
  </w:num>
  <w:num w:numId="9" w16cid:durableId="10425207">
    <w:abstractNumId w:val="11"/>
  </w:num>
  <w:num w:numId="10" w16cid:durableId="871529283">
    <w:abstractNumId w:val="12"/>
  </w:num>
  <w:num w:numId="11" w16cid:durableId="1855532505">
    <w:abstractNumId w:val="8"/>
  </w:num>
  <w:num w:numId="12" w16cid:durableId="1534224878">
    <w:abstractNumId w:val="19"/>
  </w:num>
  <w:num w:numId="13" w16cid:durableId="2144886496">
    <w:abstractNumId w:val="26"/>
  </w:num>
  <w:num w:numId="14" w16cid:durableId="220017733">
    <w:abstractNumId w:val="30"/>
  </w:num>
  <w:num w:numId="15" w16cid:durableId="1134132499">
    <w:abstractNumId w:val="15"/>
  </w:num>
  <w:num w:numId="16" w16cid:durableId="30959557">
    <w:abstractNumId w:val="25"/>
  </w:num>
  <w:num w:numId="17" w16cid:durableId="86851564">
    <w:abstractNumId w:val="28"/>
  </w:num>
  <w:num w:numId="18" w16cid:durableId="559250211">
    <w:abstractNumId w:val="13"/>
  </w:num>
  <w:num w:numId="19" w16cid:durableId="506480569">
    <w:abstractNumId w:val="23"/>
  </w:num>
  <w:num w:numId="20" w16cid:durableId="1852795528">
    <w:abstractNumId w:val="20"/>
  </w:num>
  <w:num w:numId="21" w16cid:durableId="517813912">
    <w:abstractNumId w:val="17"/>
  </w:num>
  <w:num w:numId="22" w16cid:durableId="205338626">
    <w:abstractNumId w:val="27"/>
  </w:num>
  <w:num w:numId="23" w16cid:durableId="1899777734">
    <w:abstractNumId w:val="16"/>
  </w:num>
  <w:num w:numId="24" w16cid:durableId="169687321">
    <w:abstractNumId w:val="9"/>
  </w:num>
  <w:num w:numId="25" w16cid:durableId="1326319947">
    <w:abstractNumId w:val="29"/>
  </w:num>
  <w:num w:numId="26" w16cid:durableId="1067461696">
    <w:abstractNumId w:val="24"/>
  </w:num>
  <w:num w:numId="27" w16cid:durableId="1833832690">
    <w:abstractNumId w:val="22"/>
  </w:num>
  <w:num w:numId="28" w16cid:durableId="1183712651">
    <w:abstractNumId w:val="18"/>
  </w:num>
  <w:num w:numId="29" w16cid:durableId="182984202">
    <w:abstractNumId w:val="6"/>
  </w:num>
  <w:num w:numId="30" w16cid:durableId="1484352817">
    <w:abstractNumId w:val="21"/>
  </w:num>
  <w:num w:numId="31" w16cid:durableId="840854161">
    <w:abstractNumId w:val="31"/>
  </w:num>
  <w:num w:numId="32" w16cid:durableId="135476673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F59"/>
    <w:rsid w:val="00007F56"/>
    <w:rsid w:val="00023795"/>
    <w:rsid w:val="00034616"/>
    <w:rsid w:val="000560FC"/>
    <w:rsid w:val="0006063C"/>
    <w:rsid w:val="00070C2B"/>
    <w:rsid w:val="000716A3"/>
    <w:rsid w:val="0009315C"/>
    <w:rsid w:val="0009735C"/>
    <w:rsid w:val="00097CE9"/>
    <w:rsid w:val="000A423E"/>
    <w:rsid w:val="000A7C66"/>
    <w:rsid w:val="000B1958"/>
    <w:rsid w:val="000E5C63"/>
    <w:rsid w:val="000F4AF3"/>
    <w:rsid w:val="0015074B"/>
    <w:rsid w:val="00155F99"/>
    <w:rsid w:val="00156CA3"/>
    <w:rsid w:val="00177AA6"/>
    <w:rsid w:val="00180975"/>
    <w:rsid w:val="001A545C"/>
    <w:rsid w:val="001B29CE"/>
    <w:rsid w:val="001D095D"/>
    <w:rsid w:val="001D55EC"/>
    <w:rsid w:val="001D569A"/>
    <w:rsid w:val="002156FD"/>
    <w:rsid w:val="00216FB6"/>
    <w:rsid w:val="002265DB"/>
    <w:rsid w:val="00242D40"/>
    <w:rsid w:val="002460CC"/>
    <w:rsid w:val="00253485"/>
    <w:rsid w:val="00286E53"/>
    <w:rsid w:val="0029639D"/>
    <w:rsid w:val="002966C1"/>
    <w:rsid w:val="002A2183"/>
    <w:rsid w:val="002A563B"/>
    <w:rsid w:val="002B2EAF"/>
    <w:rsid w:val="002D3FCE"/>
    <w:rsid w:val="002D45E2"/>
    <w:rsid w:val="002D550A"/>
    <w:rsid w:val="002E165A"/>
    <w:rsid w:val="0030287B"/>
    <w:rsid w:val="00310C1C"/>
    <w:rsid w:val="00317E94"/>
    <w:rsid w:val="0032214E"/>
    <w:rsid w:val="00325A59"/>
    <w:rsid w:val="00326F90"/>
    <w:rsid w:val="00333E21"/>
    <w:rsid w:val="00394C56"/>
    <w:rsid w:val="003A4253"/>
    <w:rsid w:val="003A6180"/>
    <w:rsid w:val="003B73E6"/>
    <w:rsid w:val="003C3390"/>
    <w:rsid w:val="003D0AFE"/>
    <w:rsid w:val="003D64D3"/>
    <w:rsid w:val="004002A7"/>
    <w:rsid w:val="0040171A"/>
    <w:rsid w:val="00413AC1"/>
    <w:rsid w:val="00442006"/>
    <w:rsid w:val="0044491F"/>
    <w:rsid w:val="00452EC7"/>
    <w:rsid w:val="00455777"/>
    <w:rsid w:val="00470288"/>
    <w:rsid w:val="00486321"/>
    <w:rsid w:val="00486983"/>
    <w:rsid w:val="00495042"/>
    <w:rsid w:val="004A1E3B"/>
    <w:rsid w:val="004C1CE0"/>
    <w:rsid w:val="004C20B5"/>
    <w:rsid w:val="004C43E6"/>
    <w:rsid w:val="004E4144"/>
    <w:rsid w:val="00520286"/>
    <w:rsid w:val="00553066"/>
    <w:rsid w:val="005C5F98"/>
    <w:rsid w:val="00607553"/>
    <w:rsid w:val="00620585"/>
    <w:rsid w:val="0063152C"/>
    <w:rsid w:val="006348B8"/>
    <w:rsid w:val="00645A6B"/>
    <w:rsid w:val="0065315C"/>
    <w:rsid w:val="00655C6F"/>
    <w:rsid w:val="00676F65"/>
    <w:rsid w:val="00680F88"/>
    <w:rsid w:val="0069122F"/>
    <w:rsid w:val="006945C3"/>
    <w:rsid w:val="006A0094"/>
    <w:rsid w:val="006A7820"/>
    <w:rsid w:val="006B397F"/>
    <w:rsid w:val="006C3198"/>
    <w:rsid w:val="006E2715"/>
    <w:rsid w:val="006F1488"/>
    <w:rsid w:val="006F73C8"/>
    <w:rsid w:val="00717384"/>
    <w:rsid w:val="00732533"/>
    <w:rsid w:val="00734C9B"/>
    <w:rsid w:val="00756AD4"/>
    <w:rsid w:val="00795AD3"/>
    <w:rsid w:val="007A08FA"/>
    <w:rsid w:val="007E604D"/>
    <w:rsid w:val="008207F4"/>
    <w:rsid w:val="00845789"/>
    <w:rsid w:val="00861EB5"/>
    <w:rsid w:val="00873C26"/>
    <w:rsid w:val="00887610"/>
    <w:rsid w:val="008925B8"/>
    <w:rsid w:val="00897739"/>
    <w:rsid w:val="008E2388"/>
    <w:rsid w:val="008F0629"/>
    <w:rsid w:val="008F3B77"/>
    <w:rsid w:val="00900801"/>
    <w:rsid w:val="009075A3"/>
    <w:rsid w:val="00927370"/>
    <w:rsid w:val="00930504"/>
    <w:rsid w:val="00940CFB"/>
    <w:rsid w:val="00961EC0"/>
    <w:rsid w:val="009652A0"/>
    <w:rsid w:val="009872B4"/>
    <w:rsid w:val="00994FEF"/>
    <w:rsid w:val="009A0B27"/>
    <w:rsid w:val="009C1132"/>
    <w:rsid w:val="009F1009"/>
    <w:rsid w:val="009F7C1B"/>
    <w:rsid w:val="00A20C9B"/>
    <w:rsid w:val="00A23E90"/>
    <w:rsid w:val="00A302F5"/>
    <w:rsid w:val="00A506AE"/>
    <w:rsid w:val="00A57E33"/>
    <w:rsid w:val="00A635B1"/>
    <w:rsid w:val="00A726B6"/>
    <w:rsid w:val="00A8069F"/>
    <w:rsid w:val="00A91450"/>
    <w:rsid w:val="00A96479"/>
    <w:rsid w:val="00A9726C"/>
    <w:rsid w:val="00AA1D8D"/>
    <w:rsid w:val="00AE1F1D"/>
    <w:rsid w:val="00AE2178"/>
    <w:rsid w:val="00AE69CD"/>
    <w:rsid w:val="00B0078B"/>
    <w:rsid w:val="00B103DC"/>
    <w:rsid w:val="00B10749"/>
    <w:rsid w:val="00B27E83"/>
    <w:rsid w:val="00B27ECC"/>
    <w:rsid w:val="00B32B77"/>
    <w:rsid w:val="00B4708B"/>
    <w:rsid w:val="00B47730"/>
    <w:rsid w:val="00BA13F9"/>
    <w:rsid w:val="00BB12A1"/>
    <w:rsid w:val="00C72943"/>
    <w:rsid w:val="00C75EEF"/>
    <w:rsid w:val="00C76F74"/>
    <w:rsid w:val="00C922A4"/>
    <w:rsid w:val="00C93FE0"/>
    <w:rsid w:val="00CA1CBA"/>
    <w:rsid w:val="00CB0664"/>
    <w:rsid w:val="00CC2868"/>
    <w:rsid w:val="00CD1C72"/>
    <w:rsid w:val="00CD3AA9"/>
    <w:rsid w:val="00CD5AE2"/>
    <w:rsid w:val="00CF6039"/>
    <w:rsid w:val="00D51947"/>
    <w:rsid w:val="00D54011"/>
    <w:rsid w:val="00D70457"/>
    <w:rsid w:val="00E04925"/>
    <w:rsid w:val="00EE24DB"/>
    <w:rsid w:val="00EE6B1B"/>
    <w:rsid w:val="00EF2470"/>
    <w:rsid w:val="00F108F0"/>
    <w:rsid w:val="00F116AB"/>
    <w:rsid w:val="00F13265"/>
    <w:rsid w:val="00F243E0"/>
    <w:rsid w:val="00F2651F"/>
    <w:rsid w:val="00F55C0B"/>
    <w:rsid w:val="00F820AD"/>
    <w:rsid w:val="00F83B7B"/>
    <w:rsid w:val="00FA6D91"/>
    <w:rsid w:val="00FA79EA"/>
    <w:rsid w:val="00FB0D99"/>
    <w:rsid w:val="00FC693F"/>
    <w:rsid w:val="00FF6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B31E14B-9180-4A4F-8837-2135E99E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4"/>
      </w:numPr>
      <w:contextualSpacing/>
    </w:pPr>
  </w:style>
  <w:style w:type="paragraph" w:styleId="Listaconnmeros2">
    <w:name w:val="List Number 2"/>
    <w:basedOn w:val="Normal"/>
    <w:uiPriority w:val="99"/>
    <w:unhideWhenUsed/>
    <w:rsid w:val="0029639D"/>
    <w:pPr>
      <w:numPr>
        <w:numId w:val="5"/>
      </w:numPr>
      <w:contextualSpacing/>
    </w:pPr>
  </w:style>
  <w:style w:type="paragraph" w:styleId="Listaconnmeros3">
    <w:name w:val="List Number 3"/>
    <w:basedOn w:val="Normal"/>
    <w:uiPriority w:val="99"/>
    <w:unhideWhenUsed/>
    <w:rsid w:val="0029639D"/>
    <w:pPr>
      <w:numPr>
        <w:numId w:val="6"/>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59"/>
    <w:rsid w:val="00B103DC"/>
    <w:pPr>
      <w:spacing w:after="0" w:line="240" w:lineRule="auto"/>
      <w:jc w:val="both"/>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45</Pages>
  <Words>12900</Words>
  <Characters>70952</Characters>
  <Application>Microsoft Office Word</Application>
  <DocSecurity>0</DocSecurity>
  <Lines>591</Lines>
  <Paragraphs>167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Administrador</cp:lastModifiedBy>
  <cp:revision>6</cp:revision>
  <cp:lastPrinted>2026-06-16T21:42:00Z</cp:lastPrinted>
  <dcterms:created xsi:type="dcterms:W3CDTF">2026-06-17T13:51:00Z</dcterms:created>
  <dcterms:modified xsi:type="dcterms:W3CDTF">2026-06-17T15:57:00Z</dcterms:modified>
  <cp:category/>
</cp:coreProperties>
</file>